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640" w:type="dxa"/>
        <w:jc w:val="center"/>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2160"/>
        <w:gridCol w:w="2160"/>
        <w:gridCol w:w="1860"/>
        <w:gridCol w:w="2460"/>
      </w:tblGrid>
      <w:tr w:rsidR="00787694" w14:paraId="4B493405" w14:textId="77777777" w:rsidTr="63C8F195">
        <w:trPr>
          <w:cantSplit/>
          <w:jc w:val="center"/>
        </w:trPr>
        <w:tc>
          <w:tcPr>
            <w:tcW w:w="2160" w:type="dxa"/>
          </w:tcPr>
          <w:p w14:paraId="0B3A7E2F" w14:textId="77777777" w:rsidR="00787694" w:rsidRDefault="009F6E96">
            <w:pPr>
              <w:keepNext/>
              <w:keepLines/>
            </w:pPr>
            <w:r>
              <w:t>Last Name of PI</w:t>
            </w:r>
          </w:p>
        </w:tc>
        <w:tc>
          <w:tcPr>
            <w:tcW w:w="2160" w:type="dxa"/>
          </w:tcPr>
          <w:sdt>
            <w:sdtPr>
              <w:rPr>
                <w:color w:val="4F81BD" w:themeColor="accent1"/>
              </w:rPr>
              <w:id w:val="1223788569"/>
              <w:placeholder>
                <w:docPart w:val="9AEAA8A00F984FD5847384CF8071FCCB"/>
              </w:placeholder>
              <w:showingPlcHdr/>
              <w15:appearance w15:val="hidden"/>
              <w:text/>
            </w:sdtPr>
            <w:sdtEndPr/>
            <w:sdtContent>
              <w:p w14:paraId="40514CD6" w14:textId="7E3FC5D4" w:rsidR="00787694" w:rsidRDefault="00331FC7">
                <w:pPr>
                  <w:keepNext/>
                  <w:keepLines/>
                </w:pPr>
                <w:r w:rsidRPr="006039A1">
                  <w:rPr>
                    <w:rStyle w:val="PlaceholderText"/>
                    <w:color w:val="4F81BD" w:themeColor="accent1"/>
                  </w:rPr>
                  <w:t>Click or tap here to enter text.</w:t>
                </w:r>
              </w:p>
            </w:sdtContent>
          </w:sdt>
        </w:tc>
        <w:tc>
          <w:tcPr>
            <w:tcW w:w="1860" w:type="dxa"/>
          </w:tcPr>
          <w:p w14:paraId="484B26F5" w14:textId="77777777" w:rsidR="00787694" w:rsidRDefault="009F6E96">
            <w:pPr>
              <w:keepNext/>
              <w:keepLines/>
            </w:pPr>
            <w:r>
              <w:t>Protocol No.</w:t>
            </w:r>
          </w:p>
        </w:tc>
        <w:sdt>
          <w:sdtPr>
            <w:rPr>
              <w:color w:val="4F81BD" w:themeColor="accent1"/>
            </w:rPr>
            <w:id w:val="1370800957"/>
            <w:placeholder>
              <w:docPart w:val="DefaultPlaceholder_-1854013440"/>
            </w:placeholder>
            <w:text/>
          </w:sdtPr>
          <w:sdtEndPr/>
          <w:sdtContent>
            <w:tc>
              <w:tcPr>
                <w:tcW w:w="2460" w:type="dxa"/>
              </w:tcPr>
              <w:p w14:paraId="521065B9" w14:textId="0B3D6FF3" w:rsidR="00787694" w:rsidRDefault="006039A1" w:rsidP="63C8F195">
                <w:pPr>
                  <w:keepNext/>
                  <w:keepLines/>
                  <w:rPr>
                    <w:color w:val="4F81BD" w:themeColor="accent1"/>
                  </w:rPr>
                </w:pPr>
                <w:r>
                  <w:rPr>
                    <w:color w:val="4F81BD" w:themeColor="accent1"/>
                  </w:rPr>
                  <w:t>Assigned by IACUC</w:t>
                </w:r>
              </w:p>
            </w:tc>
          </w:sdtContent>
        </w:sdt>
      </w:tr>
      <w:tr w:rsidR="00787694" w14:paraId="106ED164" w14:textId="77777777" w:rsidTr="63C8F195">
        <w:trPr>
          <w:cantSplit/>
          <w:jc w:val="center"/>
        </w:trPr>
        <w:tc>
          <w:tcPr>
            <w:tcW w:w="4320" w:type="dxa"/>
            <w:gridSpan w:val="2"/>
          </w:tcPr>
          <w:p w14:paraId="03DFA482" w14:textId="77777777" w:rsidR="00787694" w:rsidRDefault="6FA4342D" w:rsidP="6FA4342D">
            <w:pPr>
              <w:keepNext/>
              <w:keepLines/>
              <w:jc w:val="center"/>
            </w:pPr>
            <w:r>
              <w:t>Official Date of Approval</w:t>
            </w:r>
          </w:p>
        </w:tc>
        <w:tc>
          <w:tcPr>
            <w:tcW w:w="1860" w:type="dxa"/>
          </w:tcPr>
          <w:sdt>
            <w:sdtPr>
              <w:rPr>
                <w:color w:val="4F81BD" w:themeColor="accent1"/>
              </w:rPr>
              <w:id w:val="207384018"/>
              <w:placeholder>
                <w:docPart w:val="4ECD2E2A723443D8A94A3611D7AEE62D"/>
              </w:placeholder>
              <w:showingPlcHdr/>
              <w:date>
                <w:dateFormat w:val="M/d/yyyy"/>
                <w:lid w:val="en-US"/>
                <w:storeMappedDataAs w:val="dateTime"/>
                <w:calendar w:val="gregorian"/>
              </w:date>
            </w:sdtPr>
            <w:sdtEndPr/>
            <w:sdtContent>
              <w:p w14:paraId="2162BF4D" w14:textId="1C2F1334" w:rsidR="00787694" w:rsidRDefault="006039A1" w:rsidP="63C8F195">
                <w:pPr>
                  <w:keepNext/>
                  <w:keepLines/>
                  <w:rPr>
                    <w:color w:val="4F81BD" w:themeColor="accent1"/>
                  </w:rPr>
                </w:pPr>
                <w:r w:rsidRPr="006039A1">
                  <w:rPr>
                    <w:rStyle w:val="PlaceholderText"/>
                    <w:color w:val="4F81BD" w:themeColor="accent1"/>
                  </w:rPr>
                  <w:t>Click or tap to enter a date.</w:t>
                </w:r>
              </w:p>
            </w:sdtContent>
          </w:sdt>
          <w:p w14:paraId="672A6659" w14:textId="77777777" w:rsidR="00787694" w:rsidRDefault="00787694">
            <w:pPr>
              <w:keepNext/>
              <w:keepLines/>
            </w:pPr>
          </w:p>
        </w:tc>
        <w:tc>
          <w:tcPr>
            <w:tcW w:w="2460" w:type="dxa"/>
          </w:tcPr>
          <w:p w14:paraId="1028CE4A" w14:textId="363ED2EC" w:rsidR="00B53CD2" w:rsidRDefault="00B53CD2" w:rsidP="63C8F195"/>
        </w:tc>
      </w:tr>
    </w:tbl>
    <w:p w14:paraId="5DAB6C7B" w14:textId="77777777" w:rsidR="00787694" w:rsidRDefault="00787694"/>
    <w:p w14:paraId="41C6C30C" w14:textId="0C8DD9A5" w:rsidR="00787694" w:rsidRDefault="7BBD6AE5" w:rsidP="098DE445">
      <w:pPr>
        <w:pStyle w:val="Title"/>
        <w:jc w:val="center"/>
        <w:rPr>
          <w:b/>
          <w:bCs/>
          <w:sz w:val="32"/>
          <w:szCs w:val="32"/>
        </w:rPr>
      </w:pPr>
      <w:r w:rsidRPr="098DE445">
        <w:rPr>
          <w:b/>
          <w:bCs/>
          <w:sz w:val="32"/>
          <w:szCs w:val="32"/>
        </w:rPr>
        <w:t>VIRGINIA STATE UNIVERSITY (VSU)</w:t>
      </w:r>
    </w:p>
    <w:p w14:paraId="486DEEE3" w14:textId="100EF792" w:rsidR="00787694" w:rsidRDefault="6FA4342D" w:rsidP="6FA4342D">
      <w:pPr>
        <w:pStyle w:val="Title"/>
        <w:jc w:val="center"/>
        <w:rPr>
          <w:b/>
          <w:bCs/>
          <w:sz w:val="32"/>
          <w:szCs w:val="32"/>
        </w:rPr>
      </w:pPr>
      <w:r w:rsidRPr="098DE445">
        <w:rPr>
          <w:b/>
          <w:bCs/>
          <w:sz w:val="32"/>
          <w:szCs w:val="32"/>
        </w:rPr>
        <w:t>INSTITUTIONAL ANIMAL CARE &amp; USE COMMITTEE (IACUC)</w:t>
      </w:r>
      <w:r>
        <w:br/>
      </w:r>
      <w:r w:rsidRPr="098DE445">
        <w:rPr>
          <w:b/>
          <w:bCs/>
          <w:sz w:val="32"/>
          <w:szCs w:val="32"/>
        </w:rPr>
        <w:t>ANIMAL RESEARCH PROTOCOL (ARP)</w:t>
      </w:r>
    </w:p>
    <w:p w14:paraId="176459F5" w14:textId="54B2C91E" w:rsidR="00787694" w:rsidRDefault="6FA4342D" w:rsidP="6FA4342D">
      <w:pPr>
        <w:pStyle w:val="Title"/>
        <w:jc w:val="center"/>
        <w:rPr>
          <w:b/>
          <w:bCs/>
          <w:i/>
          <w:iCs/>
          <w:sz w:val="28"/>
          <w:szCs w:val="28"/>
        </w:rPr>
      </w:pPr>
      <w:r w:rsidRPr="6FA4342D">
        <w:rPr>
          <w:b/>
          <w:bCs/>
          <w:i/>
          <w:iCs/>
          <w:sz w:val="28"/>
          <w:szCs w:val="28"/>
        </w:rPr>
        <w:t>Rev. March 2026</w:t>
      </w:r>
    </w:p>
    <w:p w14:paraId="6604A464" w14:textId="77777777" w:rsidR="00787694" w:rsidRDefault="009F6E96">
      <w:pPr>
        <w:pStyle w:val="Heading1"/>
      </w:pPr>
      <w:r>
        <w:t>I. Administrative Information</w:t>
      </w:r>
    </w:p>
    <w:p w14:paraId="6E0047ED" w14:textId="77777777" w:rsidR="00787694" w:rsidRDefault="009F6E96">
      <w:r>
        <w:rPr>
          <w:i/>
        </w:rPr>
        <w:t>Provide identifying and administrative details for this protocol, including PI and co‑investigator information, submission type (initial, renewal, or modification), related and prior approvals, and funding sources.</w:t>
      </w:r>
    </w:p>
    <w:p w14:paraId="67F33BDA" w14:textId="77777777" w:rsidR="00787694" w:rsidRDefault="009F6E96">
      <w:r>
        <w:rPr>
          <w:b/>
        </w:rPr>
        <w:t xml:space="preserve">Principal Investigator (Name, Department, Address, Email): </w:t>
      </w:r>
    </w:p>
    <w:sdt>
      <w:sdtPr>
        <w:rPr>
          <w:color w:val="4F81BD" w:themeColor="accent1"/>
        </w:rPr>
        <w:id w:val="621814931"/>
        <w:placeholder>
          <w:docPart w:val="9FED240ED8DB493AB11F00E518F2C760"/>
        </w:placeholder>
        <w:showingPlcHdr/>
        <w15:appearance w15:val="tags"/>
        <w:text/>
      </w:sdtPr>
      <w:sdtEndPr/>
      <w:sdtContent>
        <w:p w14:paraId="3B5C8029" w14:textId="76215293" w:rsidR="00787694" w:rsidRDefault="007C61D4" w:rsidP="63C8F195">
          <w:pPr>
            <w:rPr>
              <w:color w:val="4F81BD" w:themeColor="accent1"/>
            </w:rPr>
          </w:pPr>
          <w:r w:rsidRPr="0067437D">
            <w:rPr>
              <w:rStyle w:val="PlaceholderText"/>
            </w:rPr>
            <w:t>Click or tap here to enter text.</w:t>
          </w:r>
        </w:p>
      </w:sdtContent>
    </w:sdt>
    <w:p w14:paraId="1C34AD1E" w14:textId="77777777" w:rsidR="00787694" w:rsidRDefault="009F6E96">
      <w:r>
        <w:rPr>
          <w:b/>
        </w:rPr>
        <w:t xml:space="preserve">Co-Investigators (Name, Department): </w:t>
      </w:r>
    </w:p>
    <w:sdt>
      <w:sdtPr>
        <w:id w:val="677080148"/>
        <w:placeholder>
          <w:docPart w:val="D98A882CE73A40798FBE612427882093"/>
        </w:placeholder>
        <w:showingPlcHdr/>
        <w15:appearance w15:val="tags"/>
        <w:text/>
      </w:sdtPr>
      <w:sdtEndPr/>
      <w:sdtContent>
        <w:p w14:paraId="29160185" w14:textId="2ED7D8DF" w:rsidR="00787694" w:rsidRDefault="007C61D4">
          <w:r w:rsidRPr="0067437D">
            <w:rPr>
              <w:rStyle w:val="PlaceholderText"/>
            </w:rPr>
            <w:t>Click or tap here to enter text.</w:t>
          </w:r>
        </w:p>
      </w:sdtContent>
    </w:sdt>
    <w:p w14:paraId="4DF2F8A3" w14:textId="77777777" w:rsidR="00787694" w:rsidRDefault="009F6E96">
      <w:r>
        <w:rPr>
          <w:b/>
        </w:rPr>
        <w:t xml:space="preserve">Protocol Title: </w:t>
      </w:r>
    </w:p>
    <w:sdt>
      <w:sdtPr>
        <w:id w:val="1633363710"/>
        <w:placeholder>
          <w:docPart w:val="C63AB792D8704E34A72EB2DDDCE53CD4"/>
        </w:placeholder>
        <w:showingPlcHdr/>
        <w15:appearance w15:val="tags"/>
        <w:text/>
      </w:sdtPr>
      <w:sdtEndPr/>
      <w:sdtContent>
        <w:p w14:paraId="5B0B29D7" w14:textId="20B4A383" w:rsidR="00787694" w:rsidRDefault="007C61D4">
          <w:r w:rsidRPr="0067437D">
            <w:rPr>
              <w:rStyle w:val="PlaceholderText"/>
            </w:rPr>
            <w:t>Click or tap here to enter text.</w:t>
          </w:r>
        </w:p>
      </w:sdtContent>
    </w:sdt>
    <w:p w14:paraId="7AFC6DED" w14:textId="5510E10B" w:rsidR="00787694" w:rsidRDefault="009F6E96">
      <w:r>
        <w:t xml:space="preserve">Submission Type: </w:t>
      </w:r>
      <w:sdt>
        <w:sdtPr>
          <w:id w:val="-1753816391"/>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w:t>
      </w:r>
      <w:r w:rsidR="47A2AFDD">
        <w:t xml:space="preserve">Initial </w:t>
      </w:r>
      <w:sdt>
        <w:sdtPr>
          <w:id w:val="1650095817"/>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w:t>
      </w:r>
      <w:r w:rsidR="62C706A6">
        <w:t xml:space="preserve">Renewal </w:t>
      </w:r>
      <w:sdt>
        <w:sdtPr>
          <w:id w:val="-865832971"/>
          <w14:checkbox>
            <w14:checked w14:val="0"/>
            <w14:checkedState w14:val="2612" w14:font="MS Gothic"/>
            <w14:uncheckedState w14:val="2610" w14:font="MS Gothic"/>
          </w14:checkbox>
        </w:sdtPr>
        <w:sdtEndPr/>
        <w:sdtContent>
          <w:r w:rsidR="00331FC7">
            <w:rPr>
              <w:rFonts w:ascii="MS Gothic" w:eastAsia="MS Gothic" w:hAnsi="MS Gothic" w:hint="eastAsia"/>
            </w:rPr>
            <w:t>☐</w:t>
          </w:r>
        </w:sdtContent>
      </w:sdt>
      <w:r>
        <w:t xml:space="preserve"> Modification</w:t>
      </w:r>
    </w:p>
    <w:p w14:paraId="608F37FA" w14:textId="396A696D" w:rsidR="00787694" w:rsidRDefault="009F6E96">
      <w:r>
        <w:t xml:space="preserve">Funding Sources: </w:t>
      </w:r>
      <w:sdt>
        <w:sdtPr>
          <w:id w:val="-110742710"/>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US Public Health Service (e.g., </w:t>
      </w:r>
      <w:r w:rsidR="5E7B2BEA">
        <w:t xml:space="preserve">NIH) </w:t>
      </w:r>
      <w:sdt>
        <w:sdtPr>
          <w:id w:val="1793717"/>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Private or Charitable </w:t>
      </w:r>
      <w:r w:rsidR="6641BDAB">
        <w:t xml:space="preserve">Foundation </w:t>
      </w:r>
      <w:sdt>
        <w:sdtPr>
          <w:id w:val="-1113281613"/>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University Intramural </w:t>
      </w:r>
      <w:r w:rsidR="14A486BE">
        <w:t xml:space="preserve">Funds </w:t>
      </w:r>
      <w:sdt>
        <w:sdtPr>
          <w:id w:val="-594400993"/>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t xml:space="preserve"> Private </w:t>
      </w:r>
      <w:r w:rsidR="469734F1">
        <w:t xml:space="preserve">Company </w:t>
      </w:r>
      <w:sdt>
        <w:sdtPr>
          <w:id w:val="-1790513461"/>
          <w14:checkbox>
            <w14:checked w14:val="0"/>
            <w14:checkedState w14:val="2612" w14:font="MS Gothic"/>
            <w14:uncheckedState w14:val="2610" w14:font="MS Gothic"/>
          </w14:checkbox>
        </w:sdtPr>
        <w:sdtEndPr/>
        <w:sdtContent>
          <w:r w:rsidR="006A32F8">
            <w:rPr>
              <w:rFonts w:ascii="MS Gothic" w:eastAsia="MS Gothic" w:hAnsi="MS Gothic" w:hint="eastAsia"/>
            </w:rPr>
            <w:t>☐</w:t>
          </w:r>
        </w:sdtContent>
      </w:sdt>
      <w:r>
        <w:t xml:space="preserve"> Other</w:t>
      </w:r>
    </w:p>
    <w:p w14:paraId="6A2D2A6D" w14:textId="7EF882BA" w:rsidR="00787694" w:rsidRDefault="6FA4342D" w:rsidP="6FA4342D">
      <w:pPr>
        <w:ind w:firstLine="720"/>
      </w:pPr>
      <w:r w:rsidRPr="75B68F43">
        <w:rPr>
          <w:b/>
          <w:bCs/>
        </w:rPr>
        <w:t xml:space="preserve">If 'Other', specify: </w:t>
      </w:r>
    </w:p>
    <w:sdt>
      <w:sdtPr>
        <w:id w:val="872732937"/>
        <w:placeholder>
          <w:docPart w:val="8325075121064DAAAEF164CED23B2A92"/>
        </w:placeholder>
        <w:showingPlcHdr/>
        <w15:appearance w15:val="tags"/>
        <w:text/>
      </w:sdtPr>
      <w:sdtEndPr/>
      <w:sdtContent>
        <w:p w14:paraId="5F656B64" w14:textId="281AA1EA" w:rsidR="00787694" w:rsidRDefault="00331FC7" w:rsidP="75B68F43">
          <w:pPr>
            <w:ind w:firstLine="720"/>
          </w:pPr>
          <w:r w:rsidRPr="0067437D">
            <w:rPr>
              <w:rStyle w:val="PlaceholderText"/>
            </w:rPr>
            <w:t>Click or tap here to enter text.</w:t>
          </w:r>
        </w:p>
      </w:sdtContent>
    </w:sdt>
    <w:p w14:paraId="3F4B6A52" w14:textId="2C97FDE0" w:rsidR="69B2D499" w:rsidRDefault="69B2D499" w:rsidP="6FA4342D">
      <w:pPr>
        <w:rPr>
          <w:rFonts w:ascii="Arial" w:eastAsia="Arial" w:hAnsi="Arial" w:cs="Arial"/>
          <w:color w:val="000000" w:themeColor="text1"/>
        </w:rPr>
      </w:pPr>
      <w:r>
        <w:rPr>
          <w:b/>
        </w:rPr>
        <w:t>Related documentation:</w:t>
      </w:r>
    </w:p>
    <w:p w14:paraId="2B0C4ED0" w14:textId="5C8C1091" w:rsidR="00787694" w:rsidRDefault="009F6E96">
      <w:r>
        <w:t xml:space="preserve">1) If this protocol has already been submitted to the R&amp;D Committee, identify the project: </w:t>
      </w:r>
    </w:p>
    <w:p w14:paraId="4F14D7C8" w14:textId="20C24A41" w:rsidR="00787694" w:rsidRDefault="00CF6F80">
      <w:sdt>
        <w:sdtPr>
          <w:id w:val="588842502"/>
          <w:text w:multiLine="1"/>
        </w:sdtPr>
        <w:sdtEndPr/>
        <w:sdtContent>
          <w:r w:rsidR="4AE17271">
            <w:t xml:space="preserve">  </w:t>
          </w:r>
        </w:sdtContent>
      </w:sdt>
    </w:p>
    <w:p w14:paraId="5362E849" w14:textId="45C6A573" w:rsidR="00787694" w:rsidRDefault="009F6E96">
      <w:r>
        <w:lastRenderedPageBreak/>
        <w:t xml:space="preserve">2) If this is a triennial de novo review, identify previously approved ARP(s) (include # and genotype of animals already used, and study results prompting changes): </w:t>
      </w:r>
    </w:p>
    <w:sdt>
      <w:sdtPr>
        <w:id w:val="1330643435"/>
        <w:placeholder>
          <w:docPart w:val="F6F583F428324ED7B7212D51DE672958"/>
        </w:placeholder>
        <w:showingPlcHdr/>
        <w15:appearance w15:val="tags"/>
        <w:text w:multiLine="1"/>
      </w:sdtPr>
      <w:sdtEndPr/>
      <w:sdtContent>
        <w:p w14:paraId="6BD176C4" w14:textId="3E424A9A" w:rsidR="5C5540D2" w:rsidRDefault="007C61D4" w:rsidP="75B68F43">
          <w:r w:rsidRPr="0067437D">
            <w:rPr>
              <w:rStyle w:val="PlaceholderText"/>
            </w:rPr>
            <w:t>Click or tap here to enter text.</w:t>
          </w:r>
        </w:p>
      </w:sdtContent>
    </w:sdt>
    <w:p w14:paraId="7B320802" w14:textId="77777777" w:rsidR="00787694" w:rsidRDefault="00787694"/>
    <w:p w14:paraId="2783683C" w14:textId="24E852EF" w:rsidR="6FA4342D" w:rsidRDefault="009F6E96" w:rsidP="6FA4342D">
      <w:r>
        <w:t>3) List any other relevant previously approved animal use protocols (Title, IACUC Approval #, institution if different):</w:t>
      </w:r>
    </w:p>
    <w:p w14:paraId="6A8FE634" w14:textId="6B4D8006" w:rsidR="6FA4342D" w:rsidRDefault="009F6E96" w:rsidP="6FA4342D">
      <w:r>
        <w:t xml:space="preserve"> </w:t>
      </w:r>
      <w:sdt>
        <w:sdtPr>
          <w:id w:val="1357381521"/>
          <w:placeholder>
            <w:docPart w:val="96A4351A239147228C2BFBF424DB1B67"/>
          </w:placeholder>
          <w:showingPlcHdr/>
          <w15:appearance w15:val="tags"/>
          <w:text/>
        </w:sdtPr>
        <w:sdtEndPr/>
        <w:sdtContent>
          <w:r w:rsidR="00971822" w:rsidRPr="0067437D">
            <w:rPr>
              <w:rStyle w:val="PlaceholderText"/>
            </w:rPr>
            <w:t>Click or tap here to enter text.</w:t>
          </w:r>
        </w:sdtContent>
      </w:sdt>
    </w:p>
    <w:p w14:paraId="364D456C" w14:textId="77777777" w:rsidR="00787694" w:rsidRDefault="009F6E96">
      <w:pPr>
        <w:pStyle w:val="Heading1"/>
      </w:pPr>
      <w:r>
        <w:t>II. Study Objectives and Experimental Design (Lay Language)</w:t>
      </w:r>
    </w:p>
    <w:p w14:paraId="7A34C0BE" w14:textId="77777777" w:rsidR="00787694" w:rsidRDefault="009F6E96">
      <w:r>
        <w:rPr>
          <w:i/>
        </w:rPr>
        <w:t>Using non‑technical, layperson language, describe the purpose of the study, its relevance, how it is intended to improve human or animal health or serve society, and why the anticipated benefits outweigh any potential pain or distress to the animals.</w:t>
      </w:r>
    </w:p>
    <w:p w14:paraId="625D08FD" w14:textId="77777777" w:rsidR="00787694" w:rsidRDefault="009F6E96">
      <w:r>
        <w:rPr>
          <w:b/>
        </w:rPr>
        <w:t xml:space="preserve">Relevance, Objectives, and Harm–Benefit Analysis: </w:t>
      </w:r>
    </w:p>
    <w:sdt>
      <w:sdtPr>
        <w:id w:val="372516689"/>
        <w:placeholder>
          <w:docPart w:val="B9A48EF9F3354B43B596B1EBC93E0E4E"/>
        </w:placeholder>
        <w:showingPlcHdr/>
        <w15:appearance w15:val="tags"/>
        <w:text w:multiLine="1"/>
      </w:sdtPr>
      <w:sdtEndPr/>
      <w:sdtContent>
        <w:p w14:paraId="5D7AAA46" w14:textId="5F70190C" w:rsidR="00787694" w:rsidRDefault="007C61D4">
          <w:r w:rsidRPr="0067437D">
            <w:rPr>
              <w:rStyle w:val="PlaceholderText"/>
            </w:rPr>
            <w:t>Click or tap here to enter text.</w:t>
          </w:r>
        </w:p>
      </w:sdtContent>
    </w:sdt>
    <w:p w14:paraId="54EA1394" w14:textId="77777777" w:rsidR="00787694" w:rsidRDefault="009F6E96">
      <w:r>
        <w:rPr>
          <w:b/>
        </w:rPr>
        <w:t xml:space="preserve">Experimental Design Summary: </w:t>
      </w:r>
    </w:p>
    <w:sdt>
      <w:sdtPr>
        <w:id w:val="606166487"/>
        <w:placeholder>
          <w:docPart w:val="787A2DCDAB554E0EA58B0872C6E38899"/>
        </w:placeholder>
        <w:showingPlcHdr/>
        <w15:appearance w15:val="tags"/>
        <w:text w:multiLine="1"/>
      </w:sdtPr>
      <w:sdtEndPr/>
      <w:sdtContent>
        <w:p w14:paraId="1C35C790" w14:textId="48ABA2D0" w:rsidR="00787694" w:rsidRDefault="007C61D4">
          <w:r w:rsidRPr="0067437D">
            <w:rPr>
              <w:rStyle w:val="PlaceholderText"/>
            </w:rPr>
            <w:t>Click or tap here to enter text.</w:t>
          </w:r>
        </w:p>
      </w:sdtContent>
    </w:sdt>
    <w:p w14:paraId="72F3CBE8" w14:textId="77777777" w:rsidR="00787694" w:rsidRDefault="009F6E96">
      <w:r>
        <w:rPr>
          <w:b/>
        </w:rPr>
        <w:t xml:space="preserve">Description of Animal Procedures (non-technical): </w:t>
      </w:r>
    </w:p>
    <w:sdt>
      <w:sdtPr>
        <w:id w:val="2123029560"/>
        <w:placeholder>
          <w:docPart w:val="F3110C8EF21E4CA89159D23FFD139291"/>
        </w:placeholder>
        <w:showingPlcHdr/>
        <w15:appearance w15:val="tags"/>
        <w:text/>
      </w:sdtPr>
      <w:sdtEndPr/>
      <w:sdtContent>
        <w:p w14:paraId="3CB6BD9B" w14:textId="2FCD68B2" w:rsidR="00787694" w:rsidRDefault="007C61D4">
          <w:r w:rsidRPr="0067437D">
            <w:rPr>
              <w:rStyle w:val="PlaceholderText"/>
            </w:rPr>
            <w:t>Click or tap here to enter text.</w:t>
          </w:r>
        </w:p>
      </w:sdtContent>
    </w:sdt>
    <w:p w14:paraId="1488442D" w14:textId="77777777" w:rsidR="00787694" w:rsidRDefault="009F6E96">
      <w:r>
        <w:rPr>
          <w:b/>
        </w:rPr>
        <w:t xml:space="preserve">Rationale for Animal Use and Species Selection: </w:t>
      </w:r>
    </w:p>
    <w:sdt>
      <w:sdtPr>
        <w:id w:val="451984772"/>
        <w:placeholder>
          <w:docPart w:val="10BA430DF3F042408257D556DDA650E9"/>
        </w:placeholder>
        <w:showingPlcHdr/>
        <w15:appearance w15:val="tags"/>
        <w:text w:multiLine="1"/>
      </w:sdtPr>
      <w:sdtEndPr/>
      <w:sdtContent>
        <w:p w14:paraId="261A8ADC" w14:textId="329E6688" w:rsidR="00787694" w:rsidRDefault="007C61D4">
          <w:r w:rsidRPr="0067437D">
            <w:rPr>
              <w:rStyle w:val="PlaceholderText"/>
            </w:rPr>
            <w:t>Click or tap here to enter text.</w:t>
          </w:r>
        </w:p>
      </w:sdtContent>
    </w:sdt>
    <w:p w14:paraId="22226F4F" w14:textId="77777777" w:rsidR="00787694" w:rsidRDefault="009F6E96">
      <w:r>
        <w:rPr>
          <w:b/>
        </w:rPr>
        <w:t xml:space="preserve">Justification of Animal Numbers (include power analysis if available): </w:t>
      </w:r>
    </w:p>
    <w:sdt>
      <w:sdtPr>
        <w:id w:val="-2144883398"/>
        <w:placeholder>
          <w:docPart w:val="28F6434D1F46457CB9A6E4A1A5BCEB46"/>
        </w:placeholder>
        <w:showingPlcHdr/>
        <w15:appearance w15:val="tags"/>
        <w:text w:multiLine="1"/>
      </w:sdtPr>
      <w:sdtEndPr/>
      <w:sdtContent>
        <w:p w14:paraId="6C9916CB" w14:textId="16FECC4F" w:rsidR="00787694" w:rsidRDefault="007C61D4">
          <w:r w:rsidRPr="1108FD00">
            <w:rPr>
              <w:rStyle w:val="PlaceholderText"/>
            </w:rPr>
            <w:t>Click or tap here to enter text.</w:t>
          </w:r>
        </w:p>
      </w:sdtContent>
    </w:sdt>
    <w:p w14:paraId="2B024F3C" w14:textId="77777777" w:rsidR="00787694" w:rsidRDefault="009F6E96">
      <w:pPr>
        <w:pStyle w:val="Heading1"/>
      </w:pPr>
      <w:r>
        <w:t>III. Animal Requirements</w:t>
      </w:r>
    </w:p>
    <w:p w14:paraId="5C8B5CFB" w14:textId="77777777" w:rsidR="00787694" w:rsidRDefault="009F6E96">
      <w:r>
        <w:rPr>
          <w:i/>
        </w:rPr>
        <w:t>Describe the animal species and characteristics, housing location, source, sex, age/size, health status, duration of the project, and the maximum and total numbers of animals to be used.</w:t>
      </w:r>
    </w:p>
    <w:p w14:paraId="74C6541D" w14:textId="77777777" w:rsidR="00787694" w:rsidRDefault="009F6E96">
      <w:r>
        <w:rPr>
          <w:b/>
        </w:rPr>
        <w:t xml:space="preserve">Species and Characteristics (Genus/species; strain/breed; common name): </w:t>
      </w:r>
    </w:p>
    <w:sdt>
      <w:sdtPr>
        <w:id w:val="1304883734"/>
        <w:placeholder>
          <w:docPart w:val="32E44D96ADBC4BD0AF4E12DA5F70D387"/>
        </w:placeholder>
        <w:showingPlcHdr/>
        <w15:appearance w15:val="tags"/>
        <w:text w:multiLine="1"/>
      </w:sdtPr>
      <w:sdtEndPr/>
      <w:sdtContent>
        <w:p w14:paraId="3BC75DF5" w14:textId="76BA58B3" w:rsidR="00787694" w:rsidRDefault="007C61D4">
          <w:r w:rsidRPr="0067437D">
            <w:rPr>
              <w:rStyle w:val="PlaceholderText"/>
            </w:rPr>
            <w:t>Click or tap here to enter text.</w:t>
          </w:r>
        </w:p>
      </w:sdtContent>
    </w:sdt>
    <w:p w14:paraId="4EE2730E" w14:textId="77777777" w:rsidR="00787694" w:rsidRDefault="009F6E96">
      <w:r>
        <w:rPr>
          <w:b/>
        </w:rPr>
        <w:lastRenderedPageBreak/>
        <w:t xml:space="preserve">Animal Source and Housing Location: </w:t>
      </w:r>
    </w:p>
    <w:sdt>
      <w:sdtPr>
        <w:id w:val="-1145959352"/>
        <w:placeholder>
          <w:docPart w:val="DACDF91E0E714B2E85D8C6CF3F3786FA"/>
        </w:placeholder>
        <w:showingPlcHdr/>
        <w15:appearance w15:val="tags"/>
        <w:text w:multiLine="1"/>
      </w:sdtPr>
      <w:sdtEndPr/>
      <w:sdtContent>
        <w:p w14:paraId="38A61CA0" w14:textId="52776703" w:rsidR="00787694" w:rsidRDefault="007C61D4">
          <w:r w:rsidRPr="0067437D">
            <w:rPr>
              <w:rStyle w:val="PlaceholderText"/>
            </w:rPr>
            <w:t>Click or tap here to enter text.</w:t>
          </w:r>
        </w:p>
      </w:sdtContent>
    </w:sdt>
    <w:p w14:paraId="4D6C83AA" w14:textId="77777777" w:rsidR="00787694" w:rsidRDefault="009F6E96">
      <w:r>
        <w:rPr>
          <w:b/>
        </w:rPr>
        <w:t xml:space="preserve">Sex, Age/Size, Health Status: </w:t>
      </w:r>
    </w:p>
    <w:sdt>
      <w:sdtPr>
        <w:id w:val="-1318801738"/>
        <w:placeholder>
          <w:docPart w:val="4F891DA38BB04C7D80A1B2F6AF074ED1"/>
        </w:placeholder>
        <w:showingPlcHdr/>
        <w15:appearance w15:val="tags"/>
        <w:text/>
      </w:sdtPr>
      <w:sdtEndPr/>
      <w:sdtContent>
        <w:p w14:paraId="6E817463" w14:textId="6F1386A4" w:rsidR="00787694" w:rsidRDefault="007C61D4">
          <w:r w:rsidRPr="0067437D">
            <w:rPr>
              <w:rStyle w:val="PlaceholderText"/>
            </w:rPr>
            <w:t>Click or tap here to enter text.</w:t>
          </w:r>
        </w:p>
      </w:sdtContent>
    </w:sdt>
    <w:p w14:paraId="49B62743" w14:textId="77777777" w:rsidR="00787694" w:rsidRDefault="009F6E96">
      <w:r>
        <w:rPr>
          <w:b/>
        </w:rPr>
        <w:t xml:space="preserve">Project Duration: </w:t>
      </w:r>
    </w:p>
    <w:sdt>
      <w:sdtPr>
        <w:id w:val="-679658071"/>
        <w:placeholder>
          <w:docPart w:val="1D699CF0F0B8413BB79800EA3A63640D"/>
        </w:placeholder>
        <w:showingPlcHdr/>
        <w15:appearance w15:val="tags"/>
        <w:text w:multiLine="1"/>
      </w:sdtPr>
      <w:sdtEndPr/>
      <w:sdtContent>
        <w:p w14:paraId="42D6893B" w14:textId="2313E7CA" w:rsidR="00787694" w:rsidRDefault="007C61D4">
          <w:r w:rsidRPr="0067437D">
            <w:rPr>
              <w:rStyle w:val="PlaceholderText"/>
            </w:rPr>
            <w:t>Click or tap here to enter text.</w:t>
          </w:r>
        </w:p>
      </w:sdtContent>
    </w:sdt>
    <w:p w14:paraId="6111E459" w14:textId="77777777" w:rsidR="00787694" w:rsidRDefault="009F6E96">
      <w:r>
        <w:rPr>
          <w:b/>
        </w:rPr>
        <w:t xml:space="preserve">Maximum Number Housed at One Time: </w:t>
      </w:r>
    </w:p>
    <w:sdt>
      <w:sdtPr>
        <w:id w:val="985049838"/>
        <w:placeholder>
          <w:docPart w:val="A89EBA4095394ECE9127A0D754117362"/>
        </w:placeholder>
        <w:showingPlcHdr/>
        <w15:appearance w15:val="tags"/>
        <w:text w:multiLine="1"/>
      </w:sdtPr>
      <w:sdtEndPr/>
      <w:sdtContent>
        <w:p w14:paraId="47F053CA" w14:textId="753D219C" w:rsidR="00787694" w:rsidRDefault="007C61D4">
          <w:r w:rsidRPr="0067437D">
            <w:rPr>
              <w:rStyle w:val="PlaceholderText"/>
            </w:rPr>
            <w:t>Click or tap here to enter text.</w:t>
          </w:r>
        </w:p>
      </w:sdtContent>
    </w:sdt>
    <w:p w14:paraId="26EC56E5" w14:textId="77777777" w:rsidR="00787694" w:rsidRDefault="009F6E96">
      <w:r>
        <w:rPr>
          <w:b/>
        </w:rPr>
        <w:t xml:space="preserve">Total Number Used Over Project: </w:t>
      </w:r>
    </w:p>
    <w:sdt>
      <w:sdtPr>
        <w:id w:val="-72204277"/>
        <w:placeholder>
          <w:docPart w:val="02153F2E9C414A6DB0981FFEC04CEECB"/>
        </w:placeholder>
        <w:showingPlcHdr/>
        <w15:appearance w15:val="tags"/>
        <w:text w:multiLine="1"/>
      </w:sdtPr>
      <w:sdtEndPr/>
      <w:sdtContent>
        <w:p w14:paraId="3B64B154" w14:textId="15399BBB" w:rsidR="00787694" w:rsidRDefault="009C03B4">
          <w:r w:rsidRPr="0067437D">
            <w:rPr>
              <w:rStyle w:val="PlaceholderText"/>
            </w:rPr>
            <w:t>Click or tap here to enter text.</w:t>
          </w:r>
        </w:p>
      </w:sdtContent>
    </w:sdt>
    <w:p w14:paraId="216ECAB2" w14:textId="77777777" w:rsidR="00787694" w:rsidRDefault="009F6E96">
      <w:pPr>
        <w:pStyle w:val="Heading1"/>
      </w:pPr>
      <w:r>
        <w:t>IV. USDA Pain and Distress Classification</w:t>
      </w:r>
    </w:p>
    <w:p w14:paraId="721913A9" w14:textId="77777777" w:rsidR="00787694" w:rsidRDefault="009F6E96">
      <w:r>
        <w:rPr>
          <w:i/>
        </w:rPr>
        <w:t>Assign the appropriate USDA pain/distress category (B, C, D, or E) to each experimental group or procedure and summarize animal numbers by year and three‑year total. If Category D or E procedures are included, provide the required monitoring and justification details below.</w:t>
      </w:r>
    </w:p>
    <w:p w14:paraId="3A64AF00" w14:textId="77777777" w:rsidR="00787694" w:rsidRDefault="009F6E96">
      <w:r>
        <w:rPr>
          <w:b/>
        </w:rPr>
        <w:t xml:space="preserve">USDA Category (select all that apply): </w:t>
      </w:r>
      <w:sdt>
        <w:sdtPr>
          <w:alias w:val="B"/>
          <w:tag w:val="usda_b"/>
          <w:id w:val="1343776309"/>
          <w14:checkbox>
            <w14:checked w14:val="0"/>
            <w14:checkedState w14:val="2612" w14:font="MS Gothic"/>
            <w14:uncheckedState w14:val="2610" w14:font="MS Gothic"/>
          </w14:checkbox>
        </w:sdtPr>
        <w:sdtEndPr/>
        <w:sdtContent/>
      </w:sdt>
      <w:r>
        <w:t xml:space="preserve"> B  </w:t>
      </w:r>
      <w:sdt>
        <w:sdtPr>
          <w:alias w:val="C"/>
          <w:tag w:val="usda_c"/>
          <w:id w:val="258649766"/>
          <w14:checkbox>
            <w14:checked w14:val="0"/>
            <w14:checkedState w14:val="2612" w14:font="MS Gothic"/>
            <w14:uncheckedState w14:val="2610" w14:font="MS Gothic"/>
          </w14:checkbox>
        </w:sdtPr>
        <w:sdtEndPr/>
        <w:sdtContent/>
      </w:sdt>
      <w:r>
        <w:t xml:space="preserve"> C  </w:t>
      </w:r>
      <w:sdt>
        <w:sdtPr>
          <w:alias w:val="D"/>
          <w:tag w:val="usda_d"/>
          <w:id w:val="2006852801"/>
          <w14:checkbox>
            <w14:checked w14:val="0"/>
            <w14:checkedState w14:val="2612" w14:font="MS Gothic"/>
            <w14:uncheckedState w14:val="2610" w14:font="MS Gothic"/>
          </w14:checkbox>
        </w:sdtPr>
        <w:sdtEndPr/>
        <w:sdtContent/>
      </w:sdt>
      <w:r>
        <w:t xml:space="preserve"> D  </w:t>
      </w:r>
      <w:sdt>
        <w:sdtPr>
          <w:alias w:val="E"/>
          <w:tag w:val="usda_e"/>
          <w:id w:val="2122348149"/>
          <w14:checkbox>
            <w14:checked w14:val="0"/>
            <w14:checkedState w14:val="2612" w14:font="MS Gothic"/>
            <w14:uncheckedState w14:val="2610" w14:font="MS Gothic"/>
          </w14:checkbox>
        </w:sdtPr>
        <w:sdtEndPr/>
        <w:sdtContent/>
      </w:sdt>
      <w:r>
        <w:t xml:space="preserve"> E  </w:t>
      </w:r>
    </w:p>
    <w:p w14:paraId="3C222D1C" w14:textId="77777777" w:rsidR="00787694" w:rsidRDefault="009F6E96" w:rsidP="098DE445">
      <w:pPr>
        <w:shd w:val="clear" w:color="auto" w:fill="FFF2CC"/>
      </w:pPr>
      <w:r w:rsidRPr="098DE445">
        <w:rPr>
          <w:b/>
          <w:bCs/>
        </w:rPr>
        <w:t xml:space="preserve">If you check Category D, complete the 'Category D </w:t>
      </w:r>
      <w:bookmarkStart w:id="0" w:name="_Int_QflfIhCm"/>
      <w:r w:rsidRPr="098DE445">
        <w:rPr>
          <w:b/>
          <w:bCs/>
        </w:rPr>
        <w:t>Procedures'</w:t>
      </w:r>
      <w:bookmarkEnd w:id="0"/>
      <w:r w:rsidRPr="098DE445">
        <w:rPr>
          <w:b/>
          <w:bCs/>
        </w:rPr>
        <w:t xml:space="preserve"> field below. If you check Category E, complete the 'Category E Justification' and 'Consideration of Alternatives' fields.</w:t>
      </w:r>
    </w:p>
    <w:tbl>
      <w:tblPr>
        <w:tblStyle w:val="TableGrid"/>
        <w:tblW w:w="8640" w:type="dxa"/>
        <w:jc w:val="center"/>
        <w:tblLook w:val="04A0" w:firstRow="1" w:lastRow="0" w:firstColumn="1" w:lastColumn="0" w:noHBand="0" w:noVBand="1"/>
      </w:tblPr>
      <w:tblGrid>
        <w:gridCol w:w="3915"/>
        <w:gridCol w:w="1665"/>
        <w:gridCol w:w="750"/>
        <w:gridCol w:w="690"/>
        <w:gridCol w:w="675"/>
        <w:gridCol w:w="945"/>
      </w:tblGrid>
      <w:tr w:rsidR="00787694" w14:paraId="1169F44B" w14:textId="77777777" w:rsidTr="5E048D16">
        <w:trPr>
          <w:cantSplit/>
          <w:jc w:val="center"/>
        </w:trPr>
        <w:tc>
          <w:tcPr>
            <w:tcW w:w="3915" w:type="dxa"/>
          </w:tcPr>
          <w:p w14:paraId="53B118A6" w14:textId="77777777" w:rsidR="00787694" w:rsidRDefault="009F6E96">
            <w:pPr>
              <w:keepNext/>
              <w:keepLines/>
            </w:pPr>
            <w:r>
              <w:t>Species / Experimental Group / Procedure(s)</w:t>
            </w:r>
          </w:p>
        </w:tc>
        <w:tc>
          <w:tcPr>
            <w:tcW w:w="1665" w:type="dxa"/>
          </w:tcPr>
          <w:p w14:paraId="6C39DD60" w14:textId="77777777" w:rsidR="00787694" w:rsidRDefault="009F6E96">
            <w:pPr>
              <w:keepNext/>
              <w:keepLines/>
            </w:pPr>
            <w:r>
              <w:t>USDA Category (B/C/D/E)</w:t>
            </w:r>
          </w:p>
        </w:tc>
        <w:tc>
          <w:tcPr>
            <w:tcW w:w="750" w:type="dxa"/>
          </w:tcPr>
          <w:p w14:paraId="0E6EC6A0" w14:textId="77777777" w:rsidR="00787694" w:rsidRDefault="009F6E96">
            <w:pPr>
              <w:keepNext/>
              <w:keepLines/>
            </w:pPr>
            <w:r>
              <w:t>Year 1 #</w:t>
            </w:r>
          </w:p>
        </w:tc>
        <w:tc>
          <w:tcPr>
            <w:tcW w:w="690" w:type="dxa"/>
          </w:tcPr>
          <w:p w14:paraId="330D7D03" w14:textId="77777777" w:rsidR="00787694" w:rsidRDefault="009F6E96">
            <w:pPr>
              <w:keepNext/>
              <w:keepLines/>
            </w:pPr>
            <w:r>
              <w:t>Year 2 #</w:t>
            </w:r>
          </w:p>
        </w:tc>
        <w:tc>
          <w:tcPr>
            <w:tcW w:w="675" w:type="dxa"/>
          </w:tcPr>
          <w:p w14:paraId="3340706E" w14:textId="77777777" w:rsidR="00787694" w:rsidRDefault="009F6E96">
            <w:pPr>
              <w:keepNext/>
              <w:keepLines/>
            </w:pPr>
            <w:r>
              <w:t>Year 3 #</w:t>
            </w:r>
          </w:p>
        </w:tc>
        <w:tc>
          <w:tcPr>
            <w:tcW w:w="945" w:type="dxa"/>
          </w:tcPr>
          <w:p w14:paraId="05688B96" w14:textId="77777777" w:rsidR="00787694" w:rsidRDefault="009F6E96">
            <w:pPr>
              <w:keepNext/>
              <w:keepLines/>
            </w:pPr>
            <w:r>
              <w:t>3-Year TOTAL</w:t>
            </w:r>
          </w:p>
        </w:tc>
      </w:tr>
      <w:tr w:rsidR="00787694" w14:paraId="02EB378F" w14:textId="77777777" w:rsidTr="5E048D16">
        <w:trPr>
          <w:cantSplit/>
          <w:jc w:val="center"/>
        </w:trPr>
        <w:tc>
          <w:tcPr>
            <w:tcW w:w="3915" w:type="dxa"/>
          </w:tcPr>
          <w:p w14:paraId="6423CB77" w14:textId="3CF7DDD7" w:rsidR="00B53CD2" w:rsidRDefault="00B53CD2"/>
        </w:tc>
        <w:tc>
          <w:tcPr>
            <w:tcW w:w="1665" w:type="dxa"/>
          </w:tcPr>
          <w:p w14:paraId="36A0056B" w14:textId="23F9C79A" w:rsidR="00B53CD2" w:rsidRDefault="00B53CD2"/>
        </w:tc>
        <w:tc>
          <w:tcPr>
            <w:tcW w:w="750" w:type="dxa"/>
          </w:tcPr>
          <w:p w14:paraId="70CA1803" w14:textId="51D63BD7" w:rsidR="00B53CD2" w:rsidRDefault="00B53CD2" w:rsidP="5E048D16">
            <w:pPr>
              <w:rPr>
                <w:sz w:val="16"/>
                <w:szCs w:val="16"/>
              </w:rPr>
            </w:pPr>
          </w:p>
        </w:tc>
        <w:tc>
          <w:tcPr>
            <w:tcW w:w="690" w:type="dxa"/>
          </w:tcPr>
          <w:p w14:paraId="691CA485" w14:textId="7500B763" w:rsidR="00B53CD2" w:rsidRDefault="00B53CD2" w:rsidP="5E048D16">
            <w:pPr>
              <w:rPr>
                <w:sz w:val="16"/>
                <w:szCs w:val="16"/>
              </w:rPr>
            </w:pPr>
          </w:p>
        </w:tc>
        <w:tc>
          <w:tcPr>
            <w:tcW w:w="675" w:type="dxa"/>
          </w:tcPr>
          <w:p w14:paraId="7B3F294F" w14:textId="3788397E" w:rsidR="00B53CD2" w:rsidRDefault="00B53CD2" w:rsidP="5E048D16">
            <w:pPr>
              <w:rPr>
                <w:sz w:val="16"/>
                <w:szCs w:val="16"/>
              </w:rPr>
            </w:pPr>
          </w:p>
        </w:tc>
        <w:tc>
          <w:tcPr>
            <w:tcW w:w="945" w:type="dxa"/>
          </w:tcPr>
          <w:p w14:paraId="1BBB543C" w14:textId="0012593D" w:rsidR="00B53CD2" w:rsidRDefault="00B53CD2"/>
        </w:tc>
      </w:tr>
      <w:tr w:rsidR="00787694" w14:paraId="60061E4C" w14:textId="77777777" w:rsidTr="5E048D16">
        <w:trPr>
          <w:cantSplit/>
          <w:jc w:val="center"/>
        </w:trPr>
        <w:tc>
          <w:tcPr>
            <w:tcW w:w="3915" w:type="dxa"/>
          </w:tcPr>
          <w:p w14:paraId="24581F96" w14:textId="59B4C708" w:rsidR="00B53CD2" w:rsidRDefault="00B53CD2"/>
        </w:tc>
        <w:tc>
          <w:tcPr>
            <w:tcW w:w="1665" w:type="dxa"/>
          </w:tcPr>
          <w:p w14:paraId="1CFB24D0" w14:textId="0022FF9C" w:rsidR="00B53CD2" w:rsidRDefault="00B53CD2"/>
        </w:tc>
        <w:tc>
          <w:tcPr>
            <w:tcW w:w="750" w:type="dxa"/>
          </w:tcPr>
          <w:p w14:paraId="31A31914" w14:textId="6B53925E" w:rsidR="00B53CD2" w:rsidRDefault="00B53CD2" w:rsidP="5E048D16">
            <w:pPr>
              <w:rPr>
                <w:sz w:val="16"/>
                <w:szCs w:val="16"/>
              </w:rPr>
            </w:pPr>
          </w:p>
        </w:tc>
        <w:tc>
          <w:tcPr>
            <w:tcW w:w="690" w:type="dxa"/>
          </w:tcPr>
          <w:p w14:paraId="24B040CA" w14:textId="1AC74FF8" w:rsidR="00B53CD2" w:rsidRDefault="00B53CD2" w:rsidP="5E048D16">
            <w:pPr>
              <w:rPr>
                <w:sz w:val="16"/>
                <w:szCs w:val="16"/>
              </w:rPr>
            </w:pPr>
          </w:p>
        </w:tc>
        <w:tc>
          <w:tcPr>
            <w:tcW w:w="675" w:type="dxa"/>
          </w:tcPr>
          <w:p w14:paraId="33F4D425" w14:textId="2C56D8C9" w:rsidR="00B53CD2" w:rsidRDefault="00B53CD2" w:rsidP="5E048D16">
            <w:pPr>
              <w:rPr>
                <w:sz w:val="16"/>
                <w:szCs w:val="16"/>
              </w:rPr>
            </w:pPr>
          </w:p>
        </w:tc>
        <w:tc>
          <w:tcPr>
            <w:tcW w:w="945" w:type="dxa"/>
          </w:tcPr>
          <w:p w14:paraId="1B7DFD1F" w14:textId="2189538C" w:rsidR="00B53CD2" w:rsidRDefault="00B53CD2"/>
        </w:tc>
      </w:tr>
      <w:tr w:rsidR="00787694" w14:paraId="53128261" w14:textId="77777777" w:rsidTr="5E048D16">
        <w:trPr>
          <w:cantSplit/>
          <w:jc w:val="center"/>
        </w:trPr>
        <w:tc>
          <w:tcPr>
            <w:tcW w:w="3915" w:type="dxa"/>
          </w:tcPr>
          <w:p w14:paraId="722AC392" w14:textId="13EE5A3B" w:rsidR="00B53CD2" w:rsidRDefault="00B53CD2"/>
        </w:tc>
        <w:tc>
          <w:tcPr>
            <w:tcW w:w="1665" w:type="dxa"/>
          </w:tcPr>
          <w:p w14:paraId="119E5E37" w14:textId="7A07AFC0" w:rsidR="00B53CD2" w:rsidRDefault="00B53CD2"/>
        </w:tc>
        <w:tc>
          <w:tcPr>
            <w:tcW w:w="750" w:type="dxa"/>
          </w:tcPr>
          <w:p w14:paraId="4E224086" w14:textId="20085092" w:rsidR="00B53CD2" w:rsidRDefault="00B53CD2" w:rsidP="5E048D16">
            <w:pPr>
              <w:rPr>
                <w:sz w:val="16"/>
                <w:szCs w:val="16"/>
              </w:rPr>
            </w:pPr>
          </w:p>
        </w:tc>
        <w:tc>
          <w:tcPr>
            <w:tcW w:w="690" w:type="dxa"/>
          </w:tcPr>
          <w:p w14:paraId="2432C119" w14:textId="150FF3CA" w:rsidR="00B53CD2" w:rsidRDefault="00B53CD2" w:rsidP="5E048D16">
            <w:pPr>
              <w:rPr>
                <w:sz w:val="16"/>
                <w:szCs w:val="16"/>
              </w:rPr>
            </w:pPr>
          </w:p>
        </w:tc>
        <w:tc>
          <w:tcPr>
            <w:tcW w:w="675" w:type="dxa"/>
          </w:tcPr>
          <w:p w14:paraId="0909A00F" w14:textId="50743487" w:rsidR="00B53CD2" w:rsidRDefault="00B53CD2" w:rsidP="5E048D16">
            <w:pPr>
              <w:rPr>
                <w:sz w:val="16"/>
                <w:szCs w:val="16"/>
              </w:rPr>
            </w:pPr>
          </w:p>
        </w:tc>
        <w:tc>
          <w:tcPr>
            <w:tcW w:w="945" w:type="dxa"/>
          </w:tcPr>
          <w:p w14:paraId="09082328" w14:textId="71367004" w:rsidR="00B53CD2" w:rsidRDefault="00B53CD2"/>
        </w:tc>
      </w:tr>
      <w:tr w:rsidR="00787694" w14:paraId="3CF2D8B6" w14:textId="77777777" w:rsidTr="5E048D16">
        <w:trPr>
          <w:cantSplit/>
          <w:jc w:val="center"/>
        </w:trPr>
        <w:tc>
          <w:tcPr>
            <w:tcW w:w="3915" w:type="dxa"/>
          </w:tcPr>
          <w:p w14:paraId="3B27B581" w14:textId="1984BAB4" w:rsidR="00B53CD2" w:rsidRDefault="00B53CD2"/>
        </w:tc>
        <w:tc>
          <w:tcPr>
            <w:tcW w:w="1665" w:type="dxa"/>
          </w:tcPr>
          <w:p w14:paraId="7C1D2607" w14:textId="12F9F04F" w:rsidR="00B53CD2" w:rsidRDefault="00B53CD2"/>
        </w:tc>
        <w:tc>
          <w:tcPr>
            <w:tcW w:w="750" w:type="dxa"/>
          </w:tcPr>
          <w:p w14:paraId="75607669" w14:textId="34E3672D" w:rsidR="00B53CD2" w:rsidRDefault="00B53CD2" w:rsidP="5E048D16">
            <w:pPr>
              <w:rPr>
                <w:sz w:val="16"/>
                <w:szCs w:val="16"/>
              </w:rPr>
            </w:pPr>
          </w:p>
        </w:tc>
        <w:tc>
          <w:tcPr>
            <w:tcW w:w="690" w:type="dxa"/>
          </w:tcPr>
          <w:p w14:paraId="4B4842C4" w14:textId="6880EBD0" w:rsidR="00B53CD2" w:rsidRDefault="00B53CD2" w:rsidP="5E048D16">
            <w:pPr>
              <w:rPr>
                <w:sz w:val="16"/>
                <w:szCs w:val="16"/>
              </w:rPr>
            </w:pPr>
          </w:p>
        </w:tc>
        <w:tc>
          <w:tcPr>
            <w:tcW w:w="675" w:type="dxa"/>
          </w:tcPr>
          <w:p w14:paraId="01D06F0A" w14:textId="685D9097" w:rsidR="00B53CD2" w:rsidRDefault="00B53CD2" w:rsidP="5E048D16">
            <w:pPr>
              <w:rPr>
                <w:sz w:val="16"/>
                <w:szCs w:val="16"/>
              </w:rPr>
            </w:pPr>
          </w:p>
        </w:tc>
        <w:tc>
          <w:tcPr>
            <w:tcW w:w="945" w:type="dxa"/>
          </w:tcPr>
          <w:p w14:paraId="7FC2C6BE" w14:textId="3A08381D" w:rsidR="00B53CD2" w:rsidRDefault="00B53CD2"/>
        </w:tc>
      </w:tr>
      <w:tr w:rsidR="00787694" w14:paraId="2946DB82" w14:textId="77777777" w:rsidTr="5E048D16">
        <w:trPr>
          <w:cantSplit/>
          <w:jc w:val="center"/>
        </w:trPr>
        <w:tc>
          <w:tcPr>
            <w:tcW w:w="3915" w:type="dxa"/>
          </w:tcPr>
          <w:p w14:paraId="4EFAF0D2" w14:textId="71DFA6B3" w:rsidR="00B53CD2" w:rsidRDefault="00B53CD2"/>
        </w:tc>
        <w:tc>
          <w:tcPr>
            <w:tcW w:w="1665" w:type="dxa"/>
          </w:tcPr>
          <w:p w14:paraId="7223575C" w14:textId="2C0B0EE0" w:rsidR="00B53CD2" w:rsidRDefault="00B53CD2"/>
        </w:tc>
        <w:tc>
          <w:tcPr>
            <w:tcW w:w="750" w:type="dxa"/>
          </w:tcPr>
          <w:p w14:paraId="2C3CBCEE" w14:textId="3F4665F1" w:rsidR="00B53CD2" w:rsidRDefault="00B53CD2" w:rsidP="5E048D16">
            <w:pPr>
              <w:rPr>
                <w:sz w:val="16"/>
                <w:szCs w:val="16"/>
              </w:rPr>
            </w:pPr>
          </w:p>
        </w:tc>
        <w:tc>
          <w:tcPr>
            <w:tcW w:w="690" w:type="dxa"/>
          </w:tcPr>
          <w:p w14:paraId="345A6DF2" w14:textId="0AC19BBB" w:rsidR="00B53CD2" w:rsidRDefault="00B53CD2" w:rsidP="5E048D16">
            <w:pPr>
              <w:rPr>
                <w:sz w:val="16"/>
                <w:szCs w:val="16"/>
              </w:rPr>
            </w:pPr>
          </w:p>
        </w:tc>
        <w:tc>
          <w:tcPr>
            <w:tcW w:w="675" w:type="dxa"/>
          </w:tcPr>
          <w:p w14:paraId="5DA6DDBB" w14:textId="40800BDB" w:rsidR="00B53CD2" w:rsidRDefault="00B53CD2" w:rsidP="5E048D16">
            <w:pPr>
              <w:rPr>
                <w:sz w:val="16"/>
                <w:szCs w:val="16"/>
              </w:rPr>
            </w:pPr>
          </w:p>
        </w:tc>
        <w:tc>
          <w:tcPr>
            <w:tcW w:w="945" w:type="dxa"/>
          </w:tcPr>
          <w:p w14:paraId="78E8826C" w14:textId="13FB411E" w:rsidR="00B53CD2" w:rsidRDefault="00B53CD2"/>
        </w:tc>
      </w:tr>
    </w:tbl>
    <w:p w14:paraId="33333257" w14:textId="77777777" w:rsidR="00787694" w:rsidRDefault="009F6E96">
      <w:r>
        <w:rPr>
          <w:b/>
        </w:rPr>
        <w:t xml:space="preserve">Category D Procedures – Monitoring and Pain/Distress Alleviation (agents, dose, route, frequency): </w:t>
      </w:r>
    </w:p>
    <w:sdt>
      <w:sdtPr>
        <w:id w:val="311842211"/>
        <w:placeholder>
          <w:docPart w:val="81835CB1501A42C38BE02BEA9659E572"/>
        </w:placeholder>
        <w:showingPlcHdr/>
        <w15:appearance w15:val="tags"/>
        <w:text w:multiLine="1"/>
      </w:sdtPr>
      <w:sdtEndPr/>
      <w:sdtContent>
        <w:p w14:paraId="26BFF281" w14:textId="4799AD7A" w:rsidR="00787694" w:rsidRDefault="006C75DF">
          <w:r w:rsidRPr="0067437D">
            <w:rPr>
              <w:rStyle w:val="PlaceholderText"/>
            </w:rPr>
            <w:t>Click or tap here to enter text.</w:t>
          </w:r>
        </w:p>
      </w:sdtContent>
    </w:sdt>
    <w:p w14:paraId="6A5DD02D" w14:textId="77777777" w:rsidR="00787694" w:rsidRDefault="009F6E96">
      <w:r>
        <w:rPr>
          <w:b/>
        </w:rPr>
        <w:t xml:space="preserve">Category E Procedures – Scientific Justification (if applicable): </w:t>
      </w:r>
    </w:p>
    <w:sdt>
      <w:sdtPr>
        <w:id w:val="-461417043"/>
        <w:placeholder>
          <w:docPart w:val="3FF8856B62A84265A5C84529C3C5D962"/>
        </w:placeholder>
        <w:showingPlcHdr/>
        <w15:appearance w15:val="tags"/>
        <w:text w:multiLine="1"/>
      </w:sdtPr>
      <w:sdtEndPr/>
      <w:sdtContent>
        <w:p w14:paraId="0D3AAAC0" w14:textId="5154E226" w:rsidR="00787694" w:rsidRDefault="006C75DF">
          <w:r w:rsidRPr="0067437D">
            <w:rPr>
              <w:rStyle w:val="PlaceholderText"/>
            </w:rPr>
            <w:t>Click or tap here to enter text.</w:t>
          </w:r>
        </w:p>
      </w:sdtContent>
    </w:sdt>
    <w:p w14:paraId="38E03AC3" w14:textId="77777777" w:rsidR="00787694" w:rsidRDefault="009F6E96">
      <w:r>
        <w:rPr>
          <w:b/>
        </w:rPr>
        <w:t xml:space="preserve">Consideration of Alternatives – databases searched, dates, periods covered, keywords: </w:t>
      </w:r>
    </w:p>
    <w:sdt>
      <w:sdtPr>
        <w:id w:val="-1727529351"/>
        <w:placeholder>
          <w:docPart w:val="DefaultPlaceholder_-1854013440"/>
        </w:placeholder>
        <w:text w:multiLine="1"/>
      </w:sdtPr>
      <w:sdtEndPr/>
      <w:sdtContent>
        <w:p w14:paraId="050AF82A" w14:textId="095CE9DA" w:rsidR="00787694" w:rsidRDefault="009F6E96">
          <w:r>
            <w:t>[Enter text]</w:t>
          </w:r>
        </w:p>
      </w:sdtContent>
    </w:sdt>
    <w:p w14:paraId="59C0CE25" w14:textId="77777777" w:rsidR="00787694" w:rsidRDefault="009F6E96">
      <w:pPr>
        <w:pStyle w:val="Heading1"/>
      </w:pPr>
      <w:r>
        <w:t>V. Husbandry and Veterinary Care</w:t>
      </w:r>
    </w:p>
    <w:p w14:paraId="40AC974D" w14:textId="77777777" w:rsidR="00787694" w:rsidRDefault="009F6E96">
      <w:r>
        <w:rPr>
          <w:i/>
        </w:rPr>
        <w:t>Describe veterinary oversight, transportation methods, housing conditions, group or single housing justification, environmental enrichment, any departures from the *Guide* or USDA regulations, and special husbandry or genetically engineered animal requirements, if applicable.</w:t>
      </w:r>
    </w:p>
    <w:p w14:paraId="0CFB109F" w14:textId="77777777" w:rsidR="00787694" w:rsidRDefault="009F6E96">
      <w:r>
        <w:rPr>
          <w:b/>
        </w:rPr>
        <w:t xml:space="preserve">Attending Veterinarian (name, affiliation, email) and date consulted: </w:t>
      </w:r>
    </w:p>
    <w:sdt>
      <w:sdtPr>
        <w:id w:val="-822040440"/>
        <w:placeholder>
          <w:docPart w:val="DefaultPlaceholder_-1854013440"/>
        </w:placeholder>
        <w:text w:multiLine="1"/>
      </w:sdtPr>
      <w:sdtEndPr/>
      <w:sdtContent>
        <w:p w14:paraId="25FBDD81" w14:textId="320AE85C" w:rsidR="00787694" w:rsidRDefault="009F6E96">
          <w:r>
            <w:t>[Enter text]</w:t>
          </w:r>
        </w:p>
      </w:sdtContent>
    </w:sdt>
    <w:p w14:paraId="649A7F7D" w14:textId="77777777" w:rsidR="00787694" w:rsidRDefault="009F6E96">
      <w:r>
        <w:rPr>
          <w:b/>
        </w:rPr>
        <w:t xml:space="preserve">Transportation Methods (intra-facility, inter-facility/out-of-state): </w:t>
      </w:r>
    </w:p>
    <w:sdt>
      <w:sdtPr>
        <w:id w:val="1382441574"/>
        <w:placeholder>
          <w:docPart w:val="DefaultPlaceholder_-1854013440"/>
        </w:placeholder>
        <w:text w:multiLine="1"/>
      </w:sdtPr>
      <w:sdtEndPr/>
      <w:sdtContent>
        <w:p w14:paraId="46BA54F6" w14:textId="10D07C0A" w:rsidR="00787694" w:rsidRDefault="009F6E96">
          <w:r>
            <w:t>[Enter text]</w:t>
          </w:r>
        </w:p>
      </w:sdtContent>
    </w:sdt>
    <w:p w14:paraId="024E75D6" w14:textId="390C33AF" w:rsidR="00787694" w:rsidRDefault="009F6E96">
      <w:r>
        <w:t xml:space="preserve">Housing consistent with the Guide and USDA regulations? </w:t>
      </w:r>
      <w:sdt>
        <w:sdtPr>
          <w:id w:val="-1748573047"/>
          <w14:checkbox>
            <w14:checked w14:val="0"/>
            <w14:checkedState w14:val="2612" w14:font="MS Gothic"/>
            <w14:uncheckedState w14:val="2610" w14:font="MS Gothic"/>
          </w14:checkbox>
        </w:sdtPr>
        <w:sdtEndPr/>
        <w:sdtContent>
          <w:r w:rsidR="006C75DF">
            <w:rPr>
              <w:rFonts w:ascii="MS Gothic" w:eastAsia="MS Gothic" w:hAnsi="MS Gothic" w:hint="eastAsia"/>
            </w:rPr>
            <w:t>☐</w:t>
          </w:r>
        </w:sdtContent>
      </w:sdt>
      <w:r>
        <w:t xml:space="preserve"> Yes   </w:t>
      </w:r>
      <w:sdt>
        <w:sdtPr>
          <w:id w:val="-1182891826"/>
          <w14:checkbox>
            <w14:checked w14:val="0"/>
            <w14:checkedState w14:val="2612" w14:font="MS Gothic"/>
            <w14:uncheckedState w14:val="2610" w14:font="MS Gothic"/>
          </w14:checkbox>
        </w:sdtPr>
        <w:sdtEndPr/>
        <w:sdtContent>
          <w:r w:rsidR="006C75DF">
            <w:rPr>
              <w:rFonts w:ascii="MS Gothic" w:eastAsia="MS Gothic" w:hAnsi="MS Gothic" w:hint="eastAsia"/>
            </w:rPr>
            <w:t>☐</w:t>
          </w:r>
        </w:sdtContent>
      </w:sdt>
      <w:r>
        <w:t xml:space="preserve"> No (provide justification below)</w:t>
      </w:r>
    </w:p>
    <w:p w14:paraId="444CA6B6" w14:textId="77777777" w:rsidR="00787694" w:rsidRDefault="009F6E96">
      <w:r>
        <w:rPr>
          <w:b/>
        </w:rPr>
        <w:t xml:space="preserve">Housing Description and Justification (Guide/USDA compliance; departures if any): </w:t>
      </w:r>
    </w:p>
    <w:p w14:paraId="075D50C9" w14:textId="77777777" w:rsidR="00787694" w:rsidRDefault="009F6E96">
      <w:r>
        <w:t>Housing Details by Species (complete the table below):</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721"/>
        <w:gridCol w:w="1720"/>
        <w:gridCol w:w="1724"/>
        <w:gridCol w:w="1725"/>
        <w:gridCol w:w="1720"/>
      </w:tblGrid>
      <w:tr w:rsidR="00787694" w14:paraId="3276AA90" w14:textId="77777777" w:rsidTr="5E048D16">
        <w:trPr>
          <w:cantSplit/>
        </w:trPr>
        <w:tc>
          <w:tcPr>
            <w:tcW w:w="1728" w:type="dxa"/>
          </w:tcPr>
          <w:p w14:paraId="647125D9" w14:textId="77777777" w:rsidR="00787694" w:rsidRDefault="009F6E96">
            <w:pPr>
              <w:keepNext/>
              <w:keepLines/>
            </w:pPr>
            <w:r>
              <w:rPr>
                <w:b/>
              </w:rPr>
              <w:t>Species</w:t>
            </w:r>
          </w:p>
        </w:tc>
        <w:tc>
          <w:tcPr>
            <w:tcW w:w="1728" w:type="dxa"/>
          </w:tcPr>
          <w:p w14:paraId="48C101A7" w14:textId="77777777" w:rsidR="00787694" w:rsidRDefault="009F6E96">
            <w:pPr>
              <w:keepNext/>
              <w:keepLines/>
            </w:pPr>
            <w:r>
              <w:rPr>
                <w:b/>
              </w:rPr>
              <w:t>Type of housing</w:t>
            </w:r>
          </w:p>
        </w:tc>
        <w:tc>
          <w:tcPr>
            <w:tcW w:w="1728" w:type="dxa"/>
          </w:tcPr>
          <w:p w14:paraId="3273BBE4" w14:textId="77777777" w:rsidR="00787694" w:rsidRDefault="009F6E96">
            <w:pPr>
              <w:keepNext/>
              <w:keepLines/>
            </w:pPr>
            <w:r>
              <w:rPr>
                <w:b/>
              </w:rPr>
              <w:t># individuals per housing unit</w:t>
            </w:r>
          </w:p>
        </w:tc>
        <w:tc>
          <w:tcPr>
            <w:tcW w:w="1728" w:type="dxa"/>
          </w:tcPr>
          <w:p w14:paraId="09776509" w14:textId="77777777" w:rsidR="00787694" w:rsidRDefault="009F6E96">
            <w:pPr>
              <w:keepNext/>
              <w:keepLines/>
            </w:pPr>
            <w:r>
              <w:rPr>
                <w:b/>
              </w:rPr>
              <w:t>Consistent with Guide/USDA</w:t>
            </w:r>
          </w:p>
        </w:tc>
        <w:tc>
          <w:tcPr>
            <w:tcW w:w="1728" w:type="dxa"/>
          </w:tcPr>
          <w:p w14:paraId="797806C3" w14:textId="77777777" w:rsidR="00787694" w:rsidRDefault="009F6E96">
            <w:pPr>
              <w:keepNext/>
              <w:keepLines/>
            </w:pPr>
            <w:r>
              <w:rPr>
                <w:b/>
              </w:rPr>
              <w:t>Max # housing units at one time</w:t>
            </w:r>
          </w:p>
        </w:tc>
      </w:tr>
      <w:tr w:rsidR="00787694" w14:paraId="3DF19AD5" w14:textId="77777777" w:rsidTr="5E048D16">
        <w:trPr>
          <w:cantSplit/>
        </w:trPr>
        <w:tc>
          <w:tcPr>
            <w:tcW w:w="1728" w:type="dxa"/>
          </w:tcPr>
          <w:p w14:paraId="7F16D385" w14:textId="2C7D8C48" w:rsidR="00B53CD2" w:rsidRDefault="00B53CD2"/>
        </w:tc>
        <w:tc>
          <w:tcPr>
            <w:tcW w:w="1728" w:type="dxa"/>
          </w:tcPr>
          <w:p w14:paraId="50A8829B" w14:textId="4035108F" w:rsidR="00B53CD2" w:rsidRDefault="00B53CD2"/>
        </w:tc>
        <w:tc>
          <w:tcPr>
            <w:tcW w:w="1728" w:type="dxa"/>
          </w:tcPr>
          <w:p w14:paraId="657D4F42" w14:textId="2D6537E6" w:rsidR="00B53CD2" w:rsidRDefault="00B53CD2"/>
        </w:tc>
        <w:tc>
          <w:tcPr>
            <w:tcW w:w="1728" w:type="dxa"/>
          </w:tcPr>
          <w:p w14:paraId="09E02E83" w14:textId="67331372" w:rsidR="00787694" w:rsidRDefault="00CF6F80">
            <w:pPr>
              <w:keepNext/>
              <w:keepLines/>
            </w:pPr>
            <w:sdt>
              <w:sdtPr>
                <w:id w:val="1319300590"/>
                <w14:checkbox>
                  <w14:checked w14:val="0"/>
                  <w14:checkedState w14:val="2612" w14:font="MS Gothic"/>
                  <w14:uncheckedState w14:val="2610" w14:font="MS Gothic"/>
                </w14:checkbox>
              </w:sdtPr>
              <w:sdtEndPr/>
              <w:sdtContent>
                <w:r w:rsidR="006039A1">
                  <w:rPr>
                    <w:rFonts w:ascii="MS Gothic" w:eastAsia="MS Gothic" w:hAnsi="MS Gothic" w:hint="eastAsia"/>
                  </w:rPr>
                  <w:t>☐</w:t>
                </w:r>
              </w:sdtContent>
            </w:sdt>
            <w:r w:rsidR="009F6E96">
              <w:t xml:space="preserve"> Yes   </w:t>
            </w:r>
            <w:sdt>
              <w:sdtPr>
                <w:id w:val="88822936"/>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No</w:t>
            </w:r>
          </w:p>
        </w:tc>
        <w:tc>
          <w:tcPr>
            <w:tcW w:w="1728" w:type="dxa"/>
          </w:tcPr>
          <w:p w14:paraId="2D1A0BB0" w14:textId="4435C7C9" w:rsidR="00B53CD2" w:rsidRDefault="00B53CD2"/>
        </w:tc>
      </w:tr>
      <w:tr w:rsidR="00787694" w14:paraId="32E10873" w14:textId="77777777" w:rsidTr="5E048D16">
        <w:trPr>
          <w:cantSplit/>
        </w:trPr>
        <w:tc>
          <w:tcPr>
            <w:tcW w:w="1728" w:type="dxa"/>
          </w:tcPr>
          <w:p w14:paraId="62A397ED" w14:textId="1CD33921" w:rsidR="00B53CD2" w:rsidRDefault="00B53CD2"/>
        </w:tc>
        <w:tc>
          <w:tcPr>
            <w:tcW w:w="1728" w:type="dxa"/>
          </w:tcPr>
          <w:p w14:paraId="12A9F6FC" w14:textId="733A40C2" w:rsidR="00B53CD2" w:rsidRDefault="00B53CD2"/>
        </w:tc>
        <w:tc>
          <w:tcPr>
            <w:tcW w:w="1728" w:type="dxa"/>
          </w:tcPr>
          <w:p w14:paraId="2A0AF3BF" w14:textId="30B6E349" w:rsidR="00B53CD2" w:rsidRDefault="00B53CD2"/>
        </w:tc>
        <w:tc>
          <w:tcPr>
            <w:tcW w:w="1728" w:type="dxa"/>
          </w:tcPr>
          <w:p w14:paraId="337DA9E9" w14:textId="31CE5E76" w:rsidR="00787694" w:rsidRDefault="00CF6F80">
            <w:pPr>
              <w:keepNext/>
              <w:keepLines/>
            </w:pPr>
            <w:sdt>
              <w:sdtPr>
                <w:id w:val="-1336602729"/>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Yes   </w:t>
            </w:r>
            <w:sdt>
              <w:sdtPr>
                <w:id w:val="-1321498671"/>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No</w:t>
            </w:r>
          </w:p>
        </w:tc>
        <w:tc>
          <w:tcPr>
            <w:tcW w:w="1728" w:type="dxa"/>
          </w:tcPr>
          <w:p w14:paraId="2655C068" w14:textId="6B7DD14B" w:rsidR="00B53CD2" w:rsidRDefault="00B53CD2"/>
        </w:tc>
      </w:tr>
      <w:tr w:rsidR="00787694" w14:paraId="5FDE3149" w14:textId="77777777" w:rsidTr="5E048D16">
        <w:trPr>
          <w:cantSplit/>
        </w:trPr>
        <w:tc>
          <w:tcPr>
            <w:tcW w:w="1728" w:type="dxa"/>
          </w:tcPr>
          <w:p w14:paraId="58A6A68D" w14:textId="1ADE896B" w:rsidR="00B53CD2" w:rsidRDefault="00B53CD2"/>
        </w:tc>
        <w:tc>
          <w:tcPr>
            <w:tcW w:w="1728" w:type="dxa"/>
          </w:tcPr>
          <w:p w14:paraId="1EB7BD2D" w14:textId="2149B06F" w:rsidR="00B53CD2" w:rsidRDefault="00B53CD2"/>
        </w:tc>
        <w:tc>
          <w:tcPr>
            <w:tcW w:w="1728" w:type="dxa"/>
          </w:tcPr>
          <w:p w14:paraId="15DD363D" w14:textId="54D32BCC" w:rsidR="00B53CD2" w:rsidRDefault="00B53CD2"/>
        </w:tc>
        <w:tc>
          <w:tcPr>
            <w:tcW w:w="1728" w:type="dxa"/>
          </w:tcPr>
          <w:p w14:paraId="1AAF70FB" w14:textId="0EBDD39B" w:rsidR="00787694" w:rsidRDefault="00CF6F80">
            <w:pPr>
              <w:keepNext/>
              <w:keepLines/>
            </w:pPr>
            <w:sdt>
              <w:sdtPr>
                <w:id w:val="778382475"/>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Yes   </w:t>
            </w:r>
            <w:sdt>
              <w:sdtPr>
                <w:id w:val="-783337096"/>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No</w:t>
            </w:r>
          </w:p>
        </w:tc>
        <w:tc>
          <w:tcPr>
            <w:tcW w:w="1728" w:type="dxa"/>
          </w:tcPr>
          <w:p w14:paraId="13D579D1" w14:textId="664A86F7" w:rsidR="00B53CD2" w:rsidRDefault="00B53CD2"/>
        </w:tc>
      </w:tr>
      <w:tr w:rsidR="00787694" w14:paraId="1389FA71" w14:textId="77777777" w:rsidTr="5E048D16">
        <w:trPr>
          <w:cantSplit/>
        </w:trPr>
        <w:tc>
          <w:tcPr>
            <w:tcW w:w="1728" w:type="dxa"/>
          </w:tcPr>
          <w:p w14:paraId="2B7F95EB" w14:textId="42FC0900" w:rsidR="00B53CD2" w:rsidRDefault="00B53CD2"/>
        </w:tc>
        <w:tc>
          <w:tcPr>
            <w:tcW w:w="1728" w:type="dxa"/>
          </w:tcPr>
          <w:p w14:paraId="2DC1C3C6" w14:textId="00C6AA63" w:rsidR="00B53CD2" w:rsidRDefault="00B53CD2"/>
        </w:tc>
        <w:tc>
          <w:tcPr>
            <w:tcW w:w="1728" w:type="dxa"/>
          </w:tcPr>
          <w:p w14:paraId="6E6C65EB" w14:textId="54289B4E" w:rsidR="00B53CD2" w:rsidRDefault="00B53CD2"/>
        </w:tc>
        <w:tc>
          <w:tcPr>
            <w:tcW w:w="1728" w:type="dxa"/>
          </w:tcPr>
          <w:p w14:paraId="51FBC997" w14:textId="1E777C86" w:rsidR="00787694" w:rsidRDefault="00CF6F80">
            <w:pPr>
              <w:keepNext/>
              <w:keepLines/>
            </w:pPr>
            <w:sdt>
              <w:sdtPr>
                <w:id w:val="-2106716655"/>
                <w14:checkbox>
                  <w14:checked w14:val="0"/>
                  <w14:checkedState w14:val="2612" w14:font="MS Gothic"/>
                  <w14:uncheckedState w14:val="2610" w14:font="MS Gothic"/>
                </w14:checkbox>
              </w:sdtPr>
              <w:sdtEndPr/>
              <w:sdtContent>
                <w:r w:rsidR="006C75DF">
                  <w:rPr>
                    <w:rFonts w:ascii="MS Gothic" w:eastAsia="MS Gothic" w:hAnsi="MS Gothic" w:hint="eastAsia"/>
                  </w:rPr>
                  <w:t>☐</w:t>
                </w:r>
              </w:sdtContent>
            </w:sdt>
            <w:r w:rsidR="009F6E96">
              <w:t xml:space="preserve"> Yes   </w:t>
            </w:r>
            <w:sdt>
              <w:sdtPr>
                <w:id w:val="1367032888"/>
                <w14:checkbox>
                  <w14:checked w14:val="0"/>
                  <w14:checkedState w14:val="2612" w14:font="MS Gothic"/>
                  <w14:uncheckedState w14:val="2610" w14:font="MS Gothic"/>
                </w14:checkbox>
              </w:sdtPr>
              <w:sdtEndPr/>
              <w:sdtContent>
                <w:r w:rsidR="00623B83">
                  <w:rPr>
                    <w:rFonts w:ascii="MS Gothic" w:eastAsia="MS Gothic" w:hAnsi="MS Gothic" w:hint="eastAsia"/>
                  </w:rPr>
                  <w:t>☐</w:t>
                </w:r>
              </w:sdtContent>
            </w:sdt>
            <w:r w:rsidR="009F6E96">
              <w:t xml:space="preserve"> No</w:t>
            </w:r>
          </w:p>
        </w:tc>
        <w:tc>
          <w:tcPr>
            <w:tcW w:w="1728" w:type="dxa"/>
          </w:tcPr>
          <w:p w14:paraId="07C3A5A4" w14:textId="59F23013" w:rsidR="00B53CD2" w:rsidRDefault="00B53CD2"/>
        </w:tc>
      </w:tr>
    </w:tbl>
    <w:p w14:paraId="63620646" w14:textId="4939663F" w:rsidR="5E048D16" w:rsidRDefault="5E048D16" w:rsidP="5E048D16">
      <w:pPr>
        <w:rPr>
          <w:b/>
          <w:bCs/>
        </w:rPr>
      </w:pPr>
    </w:p>
    <w:p w14:paraId="29B7521B" w14:textId="77777777" w:rsidR="00787694" w:rsidRDefault="009F6E96">
      <w:r>
        <w:rPr>
          <w:b/>
        </w:rPr>
        <w:t xml:space="preserve">Environmental Enrichment (standard and any special provisions/restrictions): </w:t>
      </w:r>
    </w:p>
    <w:sdt>
      <w:sdtPr>
        <w:id w:val="1860467965"/>
        <w:placeholder>
          <w:docPart w:val="DBE498F6C1F9478E9256B5C3C3B8D0FE"/>
        </w:placeholder>
        <w:showingPlcHdr/>
        <w15:appearance w15:val="tags"/>
        <w:text w:multiLine="1"/>
      </w:sdtPr>
      <w:sdtEndPr/>
      <w:sdtContent>
        <w:p w14:paraId="6B69F1D9" w14:textId="505013EB" w:rsidR="00787694" w:rsidRDefault="006C75DF">
          <w:r w:rsidRPr="0067437D">
            <w:rPr>
              <w:rStyle w:val="PlaceholderText"/>
            </w:rPr>
            <w:t>Click or tap here to enter text.</w:t>
          </w:r>
        </w:p>
      </w:sdtContent>
    </w:sdt>
    <w:p w14:paraId="0DDA2185" w14:textId="77777777" w:rsidR="00787694" w:rsidRDefault="009F6E96">
      <w:r>
        <w:rPr>
          <w:b/>
        </w:rPr>
        <w:t xml:space="preserve">Special Husbandry Requirements or Genetically Engineered Animal Considerations: </w:t>
      </w:r>
    </w:p>
    <w:sdt>
      <w:sdtPr>
        <w:id w:val="-1027322502"/>
        <w:placeholder>
          <w:docPart w:val="BDE1C10464E64A0C81164B77F9A4AA5C"/>
        </w:placeholder>
        <w:showingPlcHdr/>
        <w15:appearance w15:val="tags"/>
        <w:text w:multiLine="1"/>
      </w:sdtPr>
      <w:sdtEndPr/>
      <w:sdtContent>
        <w:p w14:paraId="4EF2298D" w14:textId="778F85F1" w:rsidR="00787694" w:rsidRDefault="006C75DF">
          <w:r w:rsidRPr="0067437D">
            <w:rPr>
              <w:rStyle w:val="PlaceholderText"/>
            </w:rPr>
            <w:t>Click or tap here to enter text.</w:t>
          </w:r>
        </w:p>
      </w:sdtContent>
    </w:sdt>
    <w:p w14:paraId="2F6F9AF7" w14:textId="77777777" w:rsidR="00787694" w:rsidRDefault="009F6E96">
      <w:pPr>
        <w:pStyle w:val="Heading1"/>
      </w:pPr>
      <w:r>
        <w:lastRenderedPageBreak/>
        <w:t>VI. Anesthesia, Analgesia, and Drugs</w:t>
      </w:r>
    </w:p>
    <w:p w14:paraId="317C996A" w14:textId="77777777" w:rsidR="00787694" w:rsidRDefault="009F6E96">
      <w:r>
        <w:rPr>
          <w:i/>
        </w:rPr>
        <w:t>List all anesthetics, analgesics, sedatives, biologics, and other substances to be used, including dose, route, frequency, duration, and personnel responsible for monitoring. Provide justification for any departures from the *Guide* or use of non‑pharmaceutical‑grade agents.</w:t>
      </w:r>
    </w:p>
    <w:p w14:paraId="0E59AD1F" w14:textId="77777777" w:rsidR="00787694" w:rsidRDefault="009F6E96">
      <w:r>
        <w:rPr>
          <w:b/>
        </w:rPr>
        <w:t xml:space="preserve">Anesthetic Agents (dose, route, frequency, duration); personnel monitoring anesthesia and recovery: </w:t>
      </w:r>
    </w:p>
    <w:sdt>
      <w:sdtPr>
        <w:id w:val="330803822"/>
        <w:placeholder>
          <w:docPart w:val="648DBBF183FB40FAB6C79D4C05E49AA4"/>
        </w:placeholder>
        <w:showingPlcHdr/>
        <w15:appearance w15:val="tags"/>
        <w:text w:multiLine="1"/>
      </w:sdtPr>
      <w:sdtEndPr/>
      <w:sdtContent>
        <w:p w14:paraId="727DCCF1" w14:textId="05652E45" w:rsidR="00787694" w:rsidRDefault="009F302E">
          <w:r w:rsidRPr="0067437D">
            <w:rPr>
              <w:rStyle w:val="PlaceholderText"/>
            </w:rPr>
            <w:t>Click or tap here to enter text.</w:t>
          </w:r>
        </w:p>
      </w:sdtContent>
    </w:sdt>
    <w:p w14:paraId="45FE43E8" w14:textId="77777777" w:rsidR="00787694" w:rsidRDefault="009F6E96">
      <w:r>
        <w:rPr>
          <w:b/>
        </w:rPr>
        <w:t xml:space="preserve">Analgesics (dose, route, frequency, duration): </w:t>
      </w:r>
    </w:p>
    <w:sdt>
      <w:sdtPr>
        <w:id w:val="934253038"/>
        <w:placeholder>
          <w:docPart w:val="1C09BEC26D3548A89E225D009B56BFFB"/>
        </w:placeholder>
        <w:showingPlcHdr/>
        <w15:appearance w15:val="tags"/>
        <w:text w:multiLine="1"/>
      </w:sdtPr>
      <w:sdtEndPr/>
      <w:sdtContent>
        <w:p w14:paraId="0CBD4DD5" w14:textId="21CD6A5D" w:rsidR="00787694" w:rsidRDefault="009F302E">
          <w:r w:rsidRPr="0067437D">
            <w:rPr>
              <w:rStyle w:val="PlaceholderText"/>
            </w:rPr>
            <w:t>Click or tap here to enter text.</w:t>
          </w:r>
        </w:p>
      </w:sdtContent>
    </w:sdt>
    <w:p w14:paraId="649391A9" w14:textId="77777777" w:rsidR="00787694" w:rsidRDefault="009F6E96">
      <w:r>
        <w:rPr>
          <w:b/>
        </w:rPr>
        <w:t xml:space="preserve">Other Drugs/Biologics/Reagents (dose, route, frequency, duration): </w:t>
      </w:r>
    </w:p>
    <w:sdt>
      <w:sdtPr>
        <w:id w:val="-718587979"/>
        <w:placeholder>
          <w:docPart w:val="860677CA9CD4419B8300F24B017CFBBE"/>
        </w:placeholder>
        <w:showingPlcHdr/>
        <w15:appearance w15:val="tags"/>
        <w:text w:multiLine="1"/>
      </w:sdtPr>
      <w:sdtEndPr/>
      <w:sdtContent>
        <w:p w14:paraId="57D76B54" w14:textId="57C53BA1" w:rsidR="00787694" w:rsidRDefault="00580217">
          <w:r w:rsidRPr="0067437D">
            <w:rPr>
              <w:rStyle w:val="PlaceholderText"/>
            </w:rPr>
            <w:t>Click or tap here to enter text.</w:t>
          </w:r>
        </w:p>
      </w:sdtContent>
    </w:sdt>
    <w:p w14:paraId="7C851F61" w14:textId="77777777" w:rsidR="00787694" w:rsidRDefault="009F6E96">
      <w:r>
        <w:rPr>
          <w:b/>
        </w:rPr>
        <w:t xml:space="preserve">Non-Pharmaceutical Grade Use – Scientific Justification and Preparation/Administration Methods: </w:t>
      </w:r>
    </w:p>
    <w:sdt>
      <w:sdtPr>
        <w:id w:val="1783216485"/>
        <w:placeholder>
          <w:docPart w:val="6C42C24885A6479A8C655EDA93D92F26"/>
        </w:placeholder>
        <w:showingPlcHdr/>
        <w15:appearance w15:val="tags"/>
        <w:text w:multiLine="1"/>
      </w:sdtPr>
      <w:sdtEndPr/>
      <w:sdtContent>
        <w:p w14:paraId="18BC8C35" w14:textId="041695C4" w:rsidR="00787694" w:rsidRDefault="00580217">
          <w:r w:rsidRPr="0067437D">
            <w:rPr>
              <w:rStyle w:val="PlaceholderText"/>
            </w:rPr>
            <w:t>Click or tap here to enter text.</w:t>
          </w:r>
        </w:p>
      </w:sdtContent>
    </w:sdt>
    <w:p w14:paraId="266D5BEF" w14:textId="77777777" w:rsidR="00787694" w:rsidRDefault="009F6E96">
      <w:pPr>
        <w:pStyle w:val="Heading1"/>
      </w:pPr>
      <w:r>
        <w:t>VII. Monitoring, Humane Endpoints, and Euthanasia</w:t>
      </w:r>
    </w:p>
    <w:p w14:paraId="12FCBF33" w14:textId="77777777" w:rsidR="00787694" w:rsidRDefault="009F6E96">
      <w:r>
        <w:rPr>
          <w:i/>
        </w:rPr>
        <w:t>Describe animal monitoring plans, humane endpoint criteria, personnel responsible for illness reporting, methods of euthanasia (including dosage and route), confirmation of death, and carcass disposal.</w:t>
      </w:r>
    </w:p>
    <w:p w14:paraId="2DB24484" w14:textId="77777777" w:rsidR="00787694" w:rsidRDefault="009F6E96">
      <w:r>
        <w:rPr>
          <w:b/>
        </w:rPr>
        <w:t xml:space="preserve">Animal Illness – Personnel responsible for contacting Attending Veterinarian and PI/designee: </w:t>
      </w:r>
    </w:p>
    <w:sdt>
      <w:sdtPr>
        <w:id w:val="935793192"/>
        <w:placeholder>
          <w:docPart w:val="AE78C549051C42ACAB0308BC3FBFBD26"/>
        </w:placeholder>
        <w:showingPlcHdr/>
        <w15:appearance w15:val="tags"/>
        <w:text w:multiLine="1"/>
      </w:sdtPr>
      <w:sdtEndPr/>
      <w:sdtContent>
        <w:p w14:paraId="0FFE465D" w14:textId="13080135" w:rsidR="00787694" w:rsidRDefault="00580217">
          <w:r w:rsidRPr="0067437D">
            <w:rPr>
              <w:rStyle w:val="PlaceholderText"/>
            </w:rPr>
            <w:t>Click or tap here to enter text.</w:t>
          </w:r>
        </w:p>
      </w:sdtContent>
    </w:sdt>
    <w:p w14:paraId="546E5048" w14:textId="77777777" w:rsidR="00787694" w:rsidRDefault="009F6E96">
      <w:r>
        <w:rPr>
          <w:b/>
        </w:rPr>
        <w:t xml:space="preserve">Humane Endpoints – Criteria for euthanasia: </w:t>
      </w:r>
    </w:p>
    <w:sdt>
      <w:sdtPr>
        <w:id w:val="1748381630"/>
        <w:placeholder>
          <w:docPart w:val="BE156BEC2F1543B3B84B3D0F6AB9DFA0"/>
        </w:placeholder>
        <w:showingPlcHdr/>
        <w15:appearance w15:val="tags"/>
        <w:text w:multiLine="1"/>
      </w:sdtPr>
      <w:sdtEndPr/>
      <w:sdtContent>
        <w:p w14:paraId="6CD9CFAF" w14:textId="1E870C42" w:rsidR="00787694" w:rsidRDefault="00580217">
          <w:r w:rsidRPr="0067437D">
            <w:rPr>
              <w:rStyle w:val="PlaceholderText"/>
            </w:rPr>
            <w:t>Click or tap here to enter text.</w:t>
          </w:r>
        </w:p>
      </w:sdtContent>
    </w:sdt>
    <w:p w14:paraId="7E3DB744" w14:textId="77777777" w:rsidR="00787694" w:rsidRDefault="009F6E96">
      <w:r>
        <w:rPr>
          <w:b/>
        </w:rPr>
        <w:t xml:space="preserve">Planned Euthanasia – Method, justification, AVMA compliance: </w:t>
      </w:r>
    </w:p>
    <w:sdt>
      <w:sdtPr>
        <w:id w:val="488673977"/>
        <w:placeholder>
          <w:docPart w:val="AF0EAD1D64F34A3BAED0B738FADC88E5"/>
        </w:placeholder>
        <w:showingPlcHdr/>
        <w15:appearance w15:val="tags"/>
        <w:text w:multiLine="1"/>
      </w:sdtPr>
      <w:sdtEndPr/>
      <w:sdtContent>
        <w:p w14:paraId="1653728A" w14:textId="6F591B83" w:rsidR="00787694" w:rsidRDefault="00580217">
          <w:r w:rsidRPr="0067437D">
            <w:rPr>
              <w:rStyle w:val="PlaceholderText"/>
            </w:rPr>
            <w:t>Click or tap here to enter text.</w:t>
          </w:r>
        </w:p>
      </w:sdtContent>
    </w:sdt>
    <w:p w14:paraId="4B07D088" w14:textId="77777777" w:rsidR="00787694" w:rsidRDefault="009F6E96">
      <w:r>
        <w:rPr>
          <w:b/>
        </w:rPr>
        <w:t xml:space="preserve">Carcass Disposal – Method and holding period (if any): </w:t>
      </w:r>
    </w:p>
    <w:sdt>
      <w:sdtPr>
        <w:id w:val="-1834290677"/>
        <w:placeholder>
          <w:docPart w:val="B30D077B9E80489CBC3921A2CB4E1EA9"/>
        </w:placeholder>
        <w:showingPlcHdr/>
        <w15:appearance w15:val="tags"/>
        <w:text w:multiLine="1"/>
      </w:sdtPr>
      <w:sdtEndPr/>
      <w:sdtContent>
        <w:p w14:paraId="4B713D50" w14:textId="28C56E03" w:rsidR="00787694" w:rsidRDefault="00580217">
          <w:r w:rsidRPr="0067437D">
            <w:rPr>
              <w:rStyle w:val="PlaceholderText"/>
            </w:rPr>
            <w:t>Click or tap here to enter text.</w:t>
          </w:r>
        </w:p>
      </w:sdtContent>
    </w:sdt>
    <w:p w14:paraId="3DF394D5" w14:textId="42EBFBD2" w:rsidR="1ACEEAE6" w:rsidRDefault="1ACEEAE6" w:rsidP="6FA4342D">
      <w:pPr>
        <w:pStyle w:val="Heading1"/>
      </w:pPr>
      <w:r>
        <w:lastRenderedPageBreak/>
        <w:t>VIII. Termination or removal from protocol</w:t>
      </w:r>
    </w:p>
    <w:p w14:paraId="710E3423" w14:textId="45C7709C" w:rsidR="6FA4342D" w:rsidRDefault="6FA4342D" w:rsidP="6FA4342D">
      <w:pPr>
        <w:rPr>
          <w:b/>
          <w:bCs/>
        </w:rPr>
      </w:pPr>
    </w:p>
    <w:p w14:paraId="4ECF9ADF" w14:textId="5C98F19B" w:rsidR="1ACEEAE6" w:rsidRDefault="1ACEEAE6" w:rsidP="6FA4342D">
      <w:r w:rsidRPr="6FA4342D">
        <w:rPr>
          <w:b/>
          <w:bCs/>
        </w:rPr>
        <w:t>Disposition of animals that will NOT be euthanized on this protocol:</w:t>
      </w:r>
    </w:p>
    <w:sdt>
      <w:sdtPr>
        <w:id w:val="-1327741156"/>
        <w:placeholder>
          <w:docPart w:val="6F253A2C3CB54B90B13DE772D5510E90"/>
        </w:placeholder>
        <w:showingPlcHdr/>
        <w15:appearance w15:val="tags"/>
        <w:text w:multiLine="1"/>
      </w:sdtPr>
      <w:sdtEndPr/>
      <w:sdtContent>
        <w:p w14:paraId="2FD98FFC" w14:textId="355061AE" w:rsidR="1ACEEAE6" w:rsidRDefault="00580217">
          <w:r w:rsidRPr="0067437D">
            <w:rPr>
              <w:rStyle w:val="PlaceholderText"/>
            </w:rPr>
            <w:t>Click or tap here to enter text.</w:t>
          </w:r>
        </w:p>
      </w:sdtContent>
    </w:sdt>
    <w:p w14:paraId="47DABA77" w14:textId="4CC60802" w:rsidR="1ACEEAE6" w:rsidRDefault="1ACEEAE6" w:rsidP="6FA4342D">
      <w:pPr>
        <w:rPr>
          <w:b/>
          <w:bCs/>
        </w:rPr>
      </w:pPr>
      <w:r w:rsidRPr="6FA4342D">
        <w:rPr>
          <w:b/>
          <w:bCs/>
        </w:rPr>
        <w:t xml:space="preserve">Disposition of animals that will be euthanized on this protocol (method/justification/carcass disposal): </w:t>
      </w:r>
    </w:p>
    <w:sdt>
      <w:sdtPr>
        <w:id w:val="-448705921"/>
        <w:placeholder>
          <w:docPart w:val="45527F50F168459E8AAF279EDE532CE7"/>
        </w:placeholder>
        <w:showingPlcHdr/>
        <w15:appearance w15:val="tags"/>
        <w:text w:multiLine="1"/>
      </w:sdtPr>
      <w:sdtEndPr/>
      <w:sdtContent>
        <w:p w14:paraId="0609A0F7" w14:textId="50ACF6D1" w:rsidR="1ACEEAE6" w:rsidRDefault="00580217">
          <w:r w:rsidRPr="0067437D">
            <w:rPr>
              <w:rStyle w:val="PlaceholderText"/>
            </w:rPr>
            <w:t>Click or tap here to enter text.</w:t>
          </w:r>
        </w:p>
      </w:sdtContent>
    </w:sdt>
    <w:p w14:paraId="188C08B2" w14:textId="0221874B" w:rsidR="00787694" w:rsidRDefault="61CE1E6D">
      <w:pPr>
        <w:pStyle w:val="Heading1"/>
      </w:pPr>
      <w:r>
        <w:t>IX</w:t>
      </w:r>
      <w:r w:rsidR="009F6E96">
        <w:t>. Hazardous Agents and Biosafety</w:t>
      </w:r>
    </w:p>
    <w:p w14:paraId="3606EA00" w14:textId="77777777" w:rsidR="00787694" w:rsidRDefault="009F6E96">
      <w:r>
        <w:rPr>
          <w:i/>
        </w:rPr>
        <w:t>Identify all hazardous agents used in the protocol and describe biosafety approvals, safe handling procedures, and disposal methods.</w:t>
      </w:r>
    </w:p>
    <w:tbl>
      <w:tblPr>
        <w:tblStyle w:val="TableGrid"/>
        <w:tblW w:w="8640" w:type="dxa"/>
        <w:jc w:val="center"/>
        <w:tblLook w:val="04A0" w:firstRow="1" w:lastRow="0" w:firstColumn="1" w:lastColumn="0" w:noHBand="0" w:noVBand="1"/>
      </w:tblPr>
      <w:tblGrid>
        <w:gridCol w:w="2160"/>
        <w:gridCol w:w="2160"/>
        <w:gridCol w:w="2610"/>
        <w:gridCol w:w="1710"/>
      </w:tblGrid>
      <w:tr w:rsidR="00787694" w14:paraId="1AB0BC86" w14:textId="77777777" w:rsidTr="098DE445">
        <w:trPr>
          <w:cantSplit/>
          <w:jc w:val="center"/>
        </w:trPr>
        <w:tc>
          <w:tcPr>
            <w:tcW w:w="2160" w:type="dxa"/>
          </w:tcPr>
          <w:p w14:paraId="2381C5F6" w14:textId="70114847" w:rsidR="00787694" w:rsidRDefault="6FA4342D">
            <w:pPr>
              <w:keepNext/>
              <w:keepLines/>
            </w:pPr>
            <w:r>
              <w:t xml:space="preserve">Hazard Type </w:t>
            </w:r>
          </w:p>
        </w:tc>
        <w:tc>
          <w:tcPr>
            <w:tcW w:w="2160" w:type="dxa"/>
          </w:tcPr>
          <w:p w14:paraId="51563A72" w14:textId="77777777" w:rsidR="00787694" w:rsidRDefault="009F6E96">
            <w:pPr>
              <w:keepNext/>
              <w:keepLines/>
            </w:pPr>
            <w:r>
              <w:t>Agent</w:t>
            </w:r>
          </w:p>
        </w:tc>
        <w:tc>
          <w:tcPr>
            <w:tcW w:w="2610" w:type="dxa"/>
          </w:tcPr>
          <w:p w14:paraId="653A5924" w14:textId="77777777" w:rsidR="00787694" w:rsidRDefault="009F6E96">
            <w:pPr>
              <w:keepNext/>
              <w:keepLines/>
            </w:pPr>
            <w:r>
              <w:t>Biosafety Approval Date</w:t>
            </w:r>
          </w:p>
        </w:tc>
        <w:tc>
          <w:tcPr>
            <w:tcW w:w="1710" w:type="dxa"/>
          </w:tcPr>
          <w:p w14:paraId="29A329D6" w14:textId="77777777" w:rsidR="00787694" w:rsidRDefault="009F6E96">
            <w:pPr>
              <w:keepNext/>
              <w:keepLines/>
            </w:pPr>
            <w:r>
              <w:t>Tracking #</w:t>
            </w:r>
          </w:p>
        </w:tc>
      </w:tr>
      <w:tr w:rsidR="00787694" w14:paraId="61CDCEAD" w14:textId="77777777" w:rsidTr="098DE445">
        <w:trPr>
          <w:cantSplit/>
          <w:jc w:val="center"/>
        </w:trPr>
        <w:tc>
          <w:tcPr>
            <w:tcW w:w="2160" w:type="dxa"/>
          </w:tcPr>
          <w:p w14:paraId="6BB9E253" w14:textId="77777777" w:rsidR="00787694" w:rsidRDefault="1C987D7A">
            <w:pPr>
              <w:keepNext/>
              <w:keepLines/>
            </w:pPr>
            <w:r>
              <w:t>Radioisotope</w:t>
            </w:r>
          </w:p>
        </w:tc>
        <w:tc>
          <w:tcPr>
            <w:tcW w:w="2160" w:type="dxa"/>
          </w:tcPr>
          <w:p w14:paraId="79F82A68" w14:textId="7418263C" w:rsidR="00B53CD2" w:rsidRDefault="00B53CD2"/>
        </w:tc>
        <w:tc>
          <w:tcPr>
            <w:tcW w:w="2610" w:type="dxa"/>
          </w:tcPr>
          <w:p w14:paraId="6FEB5B1D" w14:textId="7D0CDFE3" w:rsidR="00B53CD2" w:rsidRDefault="00B53CD2"/>
        </w:tc>
        <w:tc>
          <w:tcPr>
            <w:tcW w:w="1710" w:type="dxa"/>
          </w:tcPr>
          <w:p w14:paraId="423D1D14" w14:textId="3B2B2909" w:rsidR="00B53CD2" w:rsidRDefault="00B53CD2"/>
        </w:tc>
      </w:tr>
      <w:tr w:rsidR="00787694" w14:paraId="5043CB0F" w14:textId="77777777" w:rsidTr="098DE445">
        <w:trPr>
          <w:cantSplit/>
          <w:jc w:val="center"/>
        </w:trPr>
        <w:tc>
          <w:tcPr>
            <w:tcW w:w="2160" w:type="dxa"/>
          </w:tcPr>
          <w:p w14:paraId="07459315" w14:textId="77777777" w:rsidR="00787694" w:rsidRDefault="1C987D7A" w:rsidP="6FA4342D">
            <w:pPr>
              <w:keepNext/>
              <w:keepLines/>
            </w:pPr>
            <w:r>
              <w:t>Biohazard</w:t>
            </w:r>
          </w:p>
        </w:tc>
        <w:tc>
          <w:tcPr>
            <w:tcW w:w="2160" w:type="dxa"/>
          </w:tcPr>
          <w:p w14:paraId="271C9B68" w14:textId="546BDD6C" w:rsidR="00B53CD2" w:rsidRDefault="00B53CD2"/>
        </w:tc>
        <w:tc>
          <w:tcPr>
            <w:tcW w:w="2610" w:type="dxa"/>
          </w:tcPr>
          <w:p w14:paraId="4C739780" w14:textId="29203A5D" w:rsidR="00B53CD2" w:rsidRDefault="00B53CD2"/>
        </w:tc>
        <w:tc>
          <w:tcPr>
            <w:tcW w:w="1710" w:type="dxa"/>
          </w:tcPr>
          <w:p w14:paraId="17E07B4C" w14:textId="791B5887" w:rsidR="00B53CD2" w:rsidRDefault="00B53CD2"/>
        </w:tc>
      </w:tr>
      <w:tr w:rsidR="00787694" w14:paraId="44E871BC" w14:textId="77777777" w:rsidTr="098DE445">
        <w:trPr>
          <w:cantSplit/>
          <w:jc w:val="center"/>
        </w:trPr>
        <w:tc>
          <w:tcPr>
            <w:tcW w:w="2160" w:type="dxa"/>
          </w:tcPr>
          <w:p w14:paraId="144A5D23" w14:textId="77777777" w:rsidR="00787694" w:rsidRDefault="1C987D7A">
            <w:pPr>
              <w:keepNext/>
              <w:keepLines/>
            </w:pPr>
            <w:r>
              <w:t>Carcinogen</w:t>
            </w:r>
          </w:p>
        </w:tc>
        <w:tc>
          <w:tcPr>
            <w:tcW w:w="2160" w:type="dxa"/>
          </w:tcPr>
          <w:p w14:paraId="3874A89D" w14:textId="30DF7E94" w:rsidR="00B53CD2" w:rsidRDefault="00B53CD2"/>
        </w:tc>
        <w:tc>
          <w:tcPr>
            <w:tcW w:w="2610" w:type="dxa"/>
          </w:tcPr>
          <w:p w14:paraId="43CF4B70" w14:textId="6AD60DE2" w:rsidR="00B53CD2" w:rsidRDefault="00B53CD2"/>
        </w:tc>
        <w:tc>
          <w:tcPr>
            <w:tcW w:w="1710" w:type="dxa"/>
          </w:tcPr>
          <w:p w14:paraId="1E1E9E0A" w14:textId="54D42D2E" w:rsidR="00B53CD2" w:rsidRDefault="00B53CD2"/>
        </w:tc>
      </w:tr>
      <w:tr w:rsidR="00787694" w14:paraId="3B7B4B86" w14:textId="77777777" w:rsidTr="098DE445">
        <w:trPr>
          <w:cantSplit/>
          <w:jc w:val="center"/>
        </w:trPr>
        <w:tc>
          <w:tcPr>
            <w:tcW w:w="2160" w:type="dxa"/>
          </w:tcPr>
          <w:p w14:paraId="3A0FF5F2" w14:textId="77777777" w:rsidR="00787694" w:rsidRDefault="1C987D7A">
            <w:pPr>
              <w:keepNext/>
              <w:keepLines/>
            </w:pPr>
            <w:r>
              <w:t>Chemical</w:t>
            </w:r>
          </w:p>
        </w:tc>
        <w:tc>
          <w:tcPr>
            <w:tcW w:w="2160" w:type="dxa"/>
          </w:tcPr>
          <w:p w14:paraId="1E729A19" w14:textId="7FC4BECB" w:rsidR="00B53CD2" w:rsidRDefault="00B53CD2"/>
        </w:tc>
        <w:tc>
          <w:tcPr>
            <w:tcW w:w="2610" w:type="dxa"/>
          </w:tcPr>
          <w:p w14:paraId="6BB162E8" w14:textId="274AE876" w:rsidR="00B53CD2" w:rsidRDefault="00B53CD2"/>
        </w:tc>
        <w:tc>
          <w:tcPr>
            <w:tcW w:w="1710" w:type="dxa"/>
          </w:tcPr>
          <w:p w14:paraId="5677A1A8" w14:textId="5575E7D0" w:rsidR="00B53CD2" w:rsidRDefault="00B53CD2"/>
        </w:tc>
      </w:tr>
      <w:tr w:rsidR="00787694" w14:paraId="17AD93B2" w14:textId="77777777" w:rsidTr="098DE445">
        <w:trPr>
          <w:cantSplit/>
          <w:jc w:val="center"/>
        </w:trPr>
        <w:tc>
          <w:tcPr>
            <w:tcW w:w="2160" w:type="dxa"/>
          </w:tcPr>
          <w:p w14:paraId="0DE4B5B7" w14:textId="77777777" w:rsidR="00787694" w:rsidRDefault="1C987D7A">
            <w:pPr>
              <w:keepNext/>
              <w:keepLines/>
            </w:pPr>
            <w:r>
              <w:t>rDNA</w:t>
            </w:r>
          </w:p>
        </w:tc>
        <w:tc>
          <w:tcPr>
            <w:tcW w:w="2160" w:type="dxa"/>
          </w:tcPr>
          <w:p w14:paraId="066E730D" w14:textId="57E8EC60" w:rsidR="00B53CD2" w:rsidRDefault="00B53CD2"/>
        </w:tc>
        <w:tc>
          <w:tcPr>
            <w:tcW w:w="2610" w:type="dxa"/>
          </w:tcPr>
          <w:p w14:paraId="06F11AB8" w14:textId="6BAFF222" w:rsidR="00B53CD2" w:rsidRDefault="00B53CD2"/>
        </w:tc>
        <w:tc>
          <w:tcPr>
            <w:tcW w:w="1710" w:type="dxa"/>
          </w:tcPr>
          <w:p w14:paraId="2B0AEDD2" w14:textId="4738DE2B" w:rsidR="00B53CD2" w:rsidRDefault="00B53CD2"/>
        </w:tc>
      </w:tr>
      <w:tr w:rsidR="6FA4342D" w14:paraId="003E1C8F" w14:textId="77777777" w:rsidTr="098DE445">
        <w:trPr>
          <w:cantSplit/>
          <w:trHeight w:val="300"/>
          <w:jc w:val="center"/>
        </w:trPr>
        <w:tc>
          <w:tcPr>
            <w:tcW w:w="2160" w:type="dxa"/>
          </w:tcPr>
          <w:p w14:paraId="2F46FBF1" w14:textId="32B93CEA" w:rsidR="1C987D7A" w:rsidRDefault="1C987D7A" w:rsidP="6FA4342D">
            <w:pPr>
              <w:keepNext/>
              <w:keepLines/>
            </w:pPr>
            <w:r>
              <w:t>Other</w:t>
            </w:r>
          </w:p>
        </w:tc>
        <w:tc>
          <w:tcPr>
            <w:tcW w:w="2160" w:type="dxa"/>
          </w:tcPr>
          <w:p w14:paraId="7FCE4395" w14:textId="07D5BD4E" w:rsidR="00B53CD2" w:rsidRDefault="00B53CD2"/>
        </w:tc>
        <w:tc>
          <w:tcPr>
            <w:tcW w:w="2610" w:type="dxa"/>
          </w:tcPr>
          <w:p w14:paraId="5C1B3873" w14:textId="78DB1586" w:rsidR="00B53CD2" w:rsidRDefault="00B53CD2"/>
        </w:tc>
        <w:tc>
          <w:tcPr>
            <w:tcW w:w="1710" w:type="dxa"/>
          </w:tcPr>
          <w:p w14:paraId="4C33851B" w14:textId="67A9D19B" w:rsidR="00B53CD2" w:rsidRDefault="00B53CD2"/>
        </w:tc>
      </w:tr>
    </w:tbl>
    <w:p w14:paraId="67AA4367" w14:textId="5E549C97" w:rsidR="098DE445" w:rsidRDefault="098DE445" w:rsidP="098DE445">
      <w:pPr>
        <w:rPr>
          <w:b/>
          <w:bCs/>
        </w:rPr>
      </w:pPr>
    </w:p>
    <w:p w14:paraId="479F0747" w14:textId="77777777" w:rsidR="00787694" w:rsidRDefault="009F6E96">
      <w:r>
        <w:rPr>
          <w:b/>
        </w:rPr>
        <w:t xml:space="preserve">Safe Handling and Disposal Procedures (including radioactive waste monitoring, if applicable): </w:t>
      </w:r>
    </w:p>
    <w:sdt>
      <w:sdtPr>
        <w:id w:val="-801539952"/>
        <w:placeholder>
          <w:docPart w:val="D68A08BEDA9045CBBA0AA59C080ACB56"/>
        </w:placeholder>
        <w:showingPlcHdr/>
        <w15:appearance w15:val="tags"/>
        <w:text w:multiLine="1"/>
      </w:sdtPr>
      <w:sdtEndPr/>
      <w:sdtContent>
        <w:p w14:paraId="65EAA489" w14:textId="1C167A2C" w:rsidR="00787694" w:rsidRDefault="00580217">
          <w:r w:rsidRPr="0067437D">
            <w:rPr>
              <w:rStyle w:val="PlaceholderText"/>
            </w:rPr>
            <w:t>Click or tap here to enter text.</w:t>
          </w:r>
        </w:p>
      </w:sdtContent>
    </w:sdt>
    <w:p w14:paraId="7B2DACE9" w14:textId="07CC1FF8" w:rsidR="00787694" w:rsidRDefault="009F6E96">
      <w:pPr>
        <w:pStyle w:val="Heading1"/>
      </w:pPr>
      <w:r>
        <w:t>X. Personnel and Training</w:t>
      </w:r>
    </w:p>
    <w:p w14:paraId="0CFE184C" w14:textId="6095DD29" w:rsidR="00787694" w:rsidRDefault="009F6E96">
      <w:r w:rsidRPr="1108FD00">
        <w:rPr>
          <w:i/>
          <w:iCs/>
        </w:rPr>
        <w:t>List all personnel involved in animal activities, including their experience, qualifications</w:t>
      </w:r>
      <w:r w:rsidR="74A60343" w:rsidRPr="1108FD00">
        <w:rPr>
          <w:i/>
          <w:iCs/>
        </w:rPr>
        <w:t xml:space="preserve"> specific to this protocol</w:t>
      </w:r>
      <w:r w:rsidRPr="1108FD00">
        <w:rPr>
          <w:i/>
          <w:iCs/>
        </w:rPr>
        <w:t>, training history, and the plan to ensure ongoing proficiency.</w:t>
      </w:r>
      <w:r w:rsidR="391392E6" w:rsidRPr="1108FD00">
        <w:rPr>
          <w:i/>
          <w:iCs/>
        </w:rPr>
        <w:t xml:space="preserve"> Include most recent IACUC or investigator training course completed (Name of course, institution, date) for each research pesonnel/PI.</w:t>
      </w:r>
    </w:p>
    <w:p w14:paraId="3F427CCA" w14:textId="2449F4DF" w:rsidR="48A1C373" w:rsidRDefault="48A1C373">
      <w:r w:rsidRPr="75B68F43">
        <w:rPr>
          <w:b/>
          <w:bCs/>
        </w:rPr>
        <w:t xml:space="preserve">PI (Name/Experience/Qualifications): </w:t>
      </w:r>
    </w:p>
    <w:sdt>
      <w:sdtPr>
        <w:id w:val="901407795"/>
        <w:placeholder>
          <w:docPart w:val="553F8DCD51A145FDA48DA2C3DDFA72F9"/>
        </w:placeholder>
        <w:showingPlcHdr/>
        <w15:appearance w15:val="tags"/>
        <w:text w:multiLine="1"/>
      </w:sdtPr>
      <w:sdtEndPr/>
      <w:sdtContent>
        <w:p w14:paraId="60725151" w14:textId="79BEEE33" w:rsidR="48A1C373" w:rsidRDefault="004F0588">
          <w:r w:rsidRPr="0067437D">
            <w:rPr>
              <w:rStyle w:val="PlaceholderText"/>
            </w:rPr>
            <w:t>Click or tap here to enter text.</w:t>
          </w:r>
        </w:p>
      </w:sdtContent>
    </w:sdt>
    <w:p w14:paraId="7D1573E5" w14:textId="31CB99DE" w:rsidR="48A1C373" w:rsidRDefault="48A1C373">
      <w:r w:rsidRPr="098DE445">
        <w:rPr>
          <w:b/>
          <w:bCs/>
        </w:rPr>
        <w:t xml:space="preserve">Other research personnel (For </w:t>
      </w:r>
      <w:bookmarkStart w:id="1" w:name="_Int_qgC34sCJ"/>
      <w:r w:rsidRPr="098DE445">
        <w:rPr>
          <w:b/>
          <w:bCs/>
        </w:rPr>
        <w:t>each individual</w:t>
      </w:r>
      <w:bookmarkEnd w:id="1"/>
      <w:r w:rsidRPr="098DE445">
        <w:rPr>
          <w:b/>
          <w:bCs/>
        </w:rPr>
        <w:t xml:space="preserve">: Name/Department, phone email/Experience/Qualifications): </w:t>
      </w:r>
    </w:p>
    <w:sdt>
      <w:sdtPr>
        <w:id w:val="2099045512"/>
        <w:placeholder>
          <w:docPart w:val="B052F45FD5E44EB991A067077EAA23EC"/>
        </w:placeholder>
        <w:showingPlcHdr/>
        <w15:appearance w15:val="tags"/>
        <w:text w:multiLine="1"/>
      </w:sdtPr>
      <w:sdtEndPr/>
      <w:sdtContent>
        <w:p w14:paraId="6E7DBC7C" w14:textId="22377751" w:rsidR="48A1C373" w:rsidRDefault="004F0588">
          <w:r w:rsidRPr="0067437D">
            <w:rPr>
              <w:rStyle w:val="PlaceholderText"/>
            </w:rPr>
            <w:t>Click or tap here to enter text.</w:t>
          </w:r>
        </w:p>
      </w:sdtContent>
    </w:sdt>
    <w:p w14:paraId="5DF9042B" w14:textId="379788A0" w:rsidR="48A1C373" w:rsidRDefault="48A1C373">
      <w:r w:rsidRPr="098DE445">
        <w:rPr>
          <w:b/>
          <w:bCs/>
        </w:rPr>
        <w:t xml:space="preserve">Animal care and veterinary support staff personnel (For </w:t>
      </w:r>
      <w:bookmarkStart w:id="2" w:name="_Int_PSD2vxiI"/>
      <w:r w:rsidRPr="098DE445">
        <w:rPr>
          <w:b/>
          <w:bCs/>
        </w:rPr>
        <w:t>each individual</w:t>
      </w:r>
      <w:bookmarkEnd w:id="2"/>
      <w:r w:rsidRPr="098DE445">
        <w:rPr>
          <w:b/>
          <w:bCs/>
        </w:rPr>
        <w:t xml:space="preserve">: Name/Qualifications): </w:t>
      </w:r>
    </w:p>
    <w:sdt>
      <w:sdtPr>
        <w:id w:val="-985940550"/>
        <w:placeholder>
          <w:docPart w:val="6CDDEC44BCA146C7B2CF8FC91090E734"/>
        </w:placeholder>
        <w:showingPlcHdr/>
        <w15:appearance w15:val="tags"/>
        <w:text w:multiLine="1"/>
      </w:sdtPr>
      <w:sdtEndPr/>
      <w:sdtContent>
        <w:p w14:paraId="520309BF" w14:textId="41A4BFF0" w:rsidR="48A1C373" w:rsidRDefault="004F0588">
          <w:r w:rsidRPr="0067437D">
            <w:rPr>
              <w:rStyle w:val="PlaceholderText"/>
            </w:rPr>
            <w:t>Click or tap here to enter text.</w:t>
          </w:r>
        </w:p>
      </w:sdtContent>
    </w:sdt>
    <w:p w14:paraId="22EFBAA4" w14:textId="77777777" w:rsidR="00787694" w:rsidRDefault="009F6E96">
      <w:r>
        <w:rPr>
          <w:b/>
        </w:rPr>
        <w:t xml:space="preserve">Training Plan – Procedures requiring training; trainers &amp; qualifications; use of live/deceased animals (number and source); instructional alternatives if relevant: </w:t>
      </w:r>
    </w:p>
    <w:sdt>
      <w:sdtPr>
        <w:id w:val="1037009522"/>
        <w:placeholder>
          <w:docPart w:val="D59AA98BFBFE4C96AE4B0ED934DA2C10"/>
        </w:placeholder>
        <w:showingPlcHdr/>
        <w15:appearance w15:val="tags"/>
        <w:text w:multiLine="1"/>
      </w:sdtPr>
      <w:sdtEndPr/>
      <w:sdtContent>
        <w:p w14:paraId="4995A874" w14:textId="64EAFC35" w:rsidR="00787694" w:rsidRDefault="004F0588">
          <w:r w:rsidRPr="0067437D">
            <w:rPr>
              <w:rStyle w:val="PlaceholderText"/>
            </w:rPr>
            <w:t>Click or tap here to enter text.</w:t>
          </w:r>
        </w:p>
      </w:sdtContent>
    </w:sdt>
    <w:p w14:paraId="570D243C" w14:textId="45A60226" w:rsidR="00787694" w:rsidRDefault="009F6E96">
      <w:pPr>
        <w:pStyle w:val="Heading1"/>
      </w:pPr>
      <w:r>
        <w:t>X</w:t>
      </w:r>
      <w:r w:rsidR="1B207523">
        <w:t>I</w:t>
      </w:r>
      <w:r>
        <w:t>. Occupational Health and Safety</w:t>
      </w:r>
    </w:p>
    <w:p w14:paraId="0E02AFA1" w14:textId="380C6584" w:rsidR="00787694" w:rsidRDefault="6FA4342D">
      <w:r w:rsidRPr="6FA4342D">
        <w:rPr>
          <w:i/>
          <w:iCs/>
        </w:rPr>
        <w:t>Describe occupational health and safety requirements, completed training, and any non‑routine OHSP measures</w:t>
      </w:r>
      <w:r w:rsidR="5DF47DCB" w:rsidRPr="6FA4342D">
        <w:rPr>
          <w:i/>
          <w:iCs/>
        </w:rPr>
        <w:t xml:space="preserve"> that would potentially benefit or be</w:t>
      </w:r>
      <w:r w:rsidRPr="6FA4342D">
        <w:rPr>
          <w:i/>
          <w:iCs/>
        </w:rPr>
        <w:t xml:space="preserve"> required for personnel.</w:t>
      </w:r>
    </w:p>
    <w:p w14:paraId="7651A8F2" w14:textId="314E7787" w:rsidR="00787694" w:rsidRDefault="6FA4342D">
      <w:r w:rsidRPr="6FA4342D">
        <w:rPr>
          <w:b/>
          <w:bCs/>
        </w:rPr>
        <w:t xml:space="preserve">Non-routine OHSP Measures (if applicable): </w:t>
      </w:r>
    </w:p>
    <w:sdt>
      <w:sdtPr>
        <w:id w:val="262577381"/>
        <w:placeholder>
          <w:docPart w:val="D0FC822CB1DB4B86AEA97D39D23B7878"/>
        </w:placeholder>
        <w:showingPlcHdr/>
        <w15:appearance w15:val="tags"/>
        <w:text w:multiLine="1"/>
      </w:sdtPr>
      <w:sdtEndPr/>
      <w:sdtContent>
        <w:p w14:paraId="1F1EA64E" w14:textId="47A1BEFB" w:rsidR="00787694" w:rsidRDefault="004F0588">
          <w:r w:rsidRPr="0067437D">
            <w:rPr>
              <w:rStyle w:val="PlaceholderText"/>
            </w:rPr>
            <w:t>Click or tap here to enter text.</w:t>
          </w:r>
        </w:p>
      </w:sdtContent>
    </w:sdt>
    <w:p w14:paraId="46CF1748" w14:textId="77777777" w:rsidR="00787694" w:rsidRDefault="009F6E96">
      <w:r>
        <w:rPr>
          <w:b/>
        </w:rPr>
        <w:t xml:space="preserve">Completed OHSP Training for All Personnel: </w:t>
      </w:r>
    </w:p>
    <w:sdt>
      <w:sdtPr>
        <w:id w:val="392159106"/>
        <w:placeholder>
          <w:docPart w:val="40409FEADE30440DB9E89C1E4539BEF1"/>
        </w:placeholder>
        <w:showingPlcHdr/>
        <w15:appearance w15:val="tags"/>
        <w:text w:multiLine="1"/>
      </w:sdtPr>
      <w:sdtEndPr/>
      <w:sdtContent>
        <w:p w14:paraId="3F6AFB8D" w14:textId="63CCBB4A" w:rsidR="00787694" w:rsidRDefault="004F0588">
          <w:r w:rsidRPr="0067437D">
            <w:rPr>
              <w:rStyle w:val="PlaceholderText"/>
            </w:rPr>
            <w:t>Click or tap here to enter text.</w:t>
          </w:r>
        </w:p>
      </w:sdtContent>
    </w:sdt>
    <w:p w14:paraId="661B7E05" w14:textId="32CEE718" w:rsidR="00787694" w:rsidRDefault="009F6E96">
      <w:pPr>
        <w:pStyle w:val="Heading1"/>
      </w:pPr>
      <w:r>
        <w:t>X</w:t>
      </w:r>
      <w:r w:rsidR="6AB381E7">
        <w:t>I</w:t>
      </w:r>
      <w:r>
        <w:t>I. Technical Description of Procedures</w:t>
      </w:r>
    </w:p>
    <w:p w14:paraId="67CEE621" w14:textId="77777777" w:rsidR="00787694" w:rsidRDefault="009F6E96">
      <w:r w:rsidRPr="098DE445">
        <w:rPr>
          <w:i/>
          <w:iCs/>
        </w:rPr>
        <w:t xml:space="preserve">Provide a detailed, chronological description of all </w:t>
      </w:r>
      <w:bookmarkStart w:id="3" w:name="_Int_m7o1EEJO"/>
      <w:proofErr w:type="gramStart"/>
      <w:r w:rsidRPr="098DE445">
        <w:rPr>
          <w:i/>
          <w:iCs/>
        </w:rPr>
        <w:t>procedures</w:t>
      </w:r>
      <w:bookmarkEnd w:id="3"/>
      <w:proofErr w:type="gramEnd"/>
      <w:r w:rsidRPr="098DE445">
        <w:rPr>
          <w:i/>
          <w:iCs/>
        </w:rPr>
        <w:t xml:space="preserve"> animals will undergo, from initial handling through final disposition or euthanasia.</w:t>
      </w:r>
    </w:p>
    <w:p w14:paraId="7769B9C4" w14:textId="1B55EA62" w:rsidR="00787694" w:rsidRDefault="009F6E96">
      <w:r>
        <w:t xml:space="preserve">Surgery involved in this protocol? </w:t>
      </w:r>
      <w:sdt>
        <w:sdtPr>
          <w:id w:val="-555246126"/>
          <w14:checkbox>
            <w14:checked w14:val="0"/>
            <w14:checkedState w14:val="2612" w14:font="MS Gothic"/>
            <w14:uncheckedState w14:val="2610" w14:font="MS Gothic"/>
          </w14:checkbox>
        </w:sdtPr>
        <w:sdtEndPr/>
        <w:sdtContent>
          <w:r w:rsidR="004F0588">
            <w:rPr>
              <w:rFonts w:ascii="MS Gothic" w:eastAsia="MS Gothic" w:hAnsi="MS Gothic" w:hint="eastAsia"/>
            </w:rPr>
            <w:t>☐</w:t>
          </w:r>
        </w:sdtContent>
      </w:sdt>
      <w:r>
        <w:t xml:space="preserve"> Yes   </w:t>
      </w:r>
      <w:sdt>
        <w:sdtPr>
          <w:id w:val="-1317567690"/>
          <w14:checkbox>
            <w14:checked w14:val="0"/>
            <w14:checkedState w14:val="2612" w14:font="MS Gothic"/>
            <w14:uncheckedState w14:val="2610" w14:font="MS Gothic"/>
          </w14:checkbox>
        </w:sdtPr>
        <w:sdtEndPr/>
        <w:sdtContent>
          <w:r w:rsidR="004F0588">
            <w:rPr>
              <w:rFonts w:ascii="MS Gothic" w:eastAsia="MS Gothic" w:hAnsi="MS Gothic" w:hint="eastAsia"/>
            </w:rPr>
            <w:t>☐</w:t>
          </w:r>
        </w:sdtContent>
      </w:sdt>
      <w:r>
        <w:t xml:space="preserve"> </w:t>
      </w:r>
      <w:r w:rsidR="23607A4B">
        <w:t>No (</w:t>
      </w:r>
      <w:r>
        <w:t>If 'Yes' is checked, complete Appendix 1 – Surgery.)</w:t>
      </w:r>
    </w:p>
    <w:p w14:paraId="27DF52CD" w14:textId="77777777" w:rsidR="00787694" w:rsidRDefault="009F6E96">
      <w:pPr>
        <w:shd w:val="pct12" w:color="auto" w:fill="FFF2CC"/>
      </w:pPr>
      <w:r>
        <w:rPr>
          <w:b/>
        </w:rPr>
        <w:t>If 'Yes' is checked, complete Appendix 1 – Surgery. If 'No', you may omit Appendix 1.</w:t>
      </w:r>
    </w:p>
    <w:p w14:paraId="25790A4F" w14:textId="77777777" w:rsidR="00787694" w:rsidRDefault="009F6E96">
      <w:r>
        <w:rPr>
          <w:b/>
        </w:rPr>
        <w:t xml:space="preserve">Chronological Description of All Procedures (from first handling to euthanasia): </w:t>
      </w:r>
    </w:p>
    <w:sdt>
      <w:sdtPr>
        <w:id w:val="93219557"/>
        <w:placeholder>
          <w:docPart w:val="61C9730EC8034A00BD93CAF9C89F30D5"/>
        </w:placeholder>
        <w:showingPlcHdr/>
        <w15:appearance w15:val="tags"/>
        <w:text w:multiLine="1"/>
      </w:sdtPr>
      <w:sdtEndPr/>
      <w:sdtContent>
        <w:p w14:paraId="15DB786F" w14:textId="0277E493" w:rsidR="00787694" w:rsidRDefault="004F0588">
          <w:r w:rsidRPr="0067437D">
            <w:rPr>
              <w:rStyle w:val="PlaceholderText"/>
            </w:rPr>
            <w:t>Click or tap here to enter text.</w:t>
          </w:r>
        </w:p>
      </w:sdtContent>
    </w:sdt>
    <w:p w14:paraId="70E0EB58" w14:textId="77777777" w:rsidR="00787694" w:rsidRDefault="009F6E96">
      <w:r>
        <w:rPr>
          <w:b/>
        </w:rPr>
        <w:t xml:space="preserve">Restraint (method, duration, frequency, observation, responsible personnel) – N/A if none: </w:t>
      </w:r>
    </w:p>
    <w:sdt>
      <w:sdtPr>
        <w:id w:val="-1177796914"/>
        <w:placeholder>
          <w:docPart w:val="FB2C3228D9CA4012A42FEC8D8CA49847"/>
        </w:placeholder>
        <w:showingPlcHdr/>
        <w15:appearance w15:val="tags"/>
        <w:text w:multiLine="1"/>
      </w:sdtPr>
      <w:sdtEndPr/>
      <w:sdtContent>
        <w:p w14:paraId="085DF90C" w14:textId="304DE35A" w:rsidR="00787694" w:rsidRDefault="004F0588">
          <w:r w:rsidRPr="0067437D">
            <w:rPr>
              <w:rStyle w:val="PlaceholderText"/>
            </w:rPr>
            <w:t>Click or tap here to enter text.</w:t>
          </w:r>
        </w:p>
      </w:sdtContent>
    </w:sdt>
    <w:p w14:paraId="03FF9A15" w14:textId="77777777" w:rsidR="00787694" w:rsidRDefault="009F6E96">
      <w:r>
        <w:rPr>
          <w:b/>
        </w:rPr>
        <w:t xml:space="preserve">Food/Fluid Restriction (methods, monitoring, records) – N/A if none: </w:t>
      </w:r>
    </w:p>
    <w:sdt>
      <w:sdtPr>
        <w:id w:val="1391379441"/>
        <w:placeholder>
          <w:docPart w:val="C9EF37C4E9ED42F0AE51C3FB807AC894"/>
        </w:placeholder>
        <w:showingPlcHdr/>
        <w15:appearance w15:val="tags"/>
        <w:text w:multiLine="1"/>
      </w:sdtPr>
      <w:sdtEndPr/>
      <w:sdtContent>
        <w:p w14:paraId="5A77FCBB" w14:textId="230D424B" w:rsidR="00787694" w:rsidRDefault="004F0588">
          <w:r w:rsidRPr="0067437D">
            <w:rPr>
              <w:rStyle w:val="PlaceholderText"/>
            </w:rPr>
            <w:t>Click or tap here to enter text.</w:t>
          </w:r>
        </w:p>
      </w:sdtContent>
    </w:sdt>
    <w:p w14:paraId="4130BB4C" w14:textId="177F9E92" w:rsidR="00787694" w:rsidRDefault="009F6E96">
      <w:pPr>
        <w:pStyle w:val="Heading1"/>
      </w:pPr>
      <w:r>
        <w:t>X</w:t>
      </w:r>
      <w:r w:rsidR="58F8F194">
        <w:t>I</w:t>
      </w:r>
      <w:r>
        <w:t>II. Conflicts of Interest</w:t>
      </w:r>
    </w:p>
    <w:p w14:paraId="13B6E54D" w14:textId="77777777" w:rsidR="00787694" w:rsidRDefault="009F6E96">
      <w:r w:rsidRPr="098DE445">
        <w:rPr>
          <w:i/>
          <w:iCs/>
        </w:rPr>
        <w:t xml:space="preserve">Disclose any financial or professional interests that could </w:t>
      </w:r>
      <w:bookmarkStart w:id="4" w:name="_Int_HW7KhPFl"/>
      <w:r w:rsidRPr="098DE445">
        <w:rPr>
          <w:i/>
          <w:iCs/>
        </w:rPr>
        <w:t>reasonably be</w:t>
      </w:r>
      <w:bookmarkEnd w:id="4"/>
      <w:r w:rsidRPr="098DE445">
        <w:rPr>
          <w:i/>
          <w:iCs/>
        </w:rPr>
        <w:t xml:space="preserve"> perceived as conflicts of interest and describe any management plans.</w:t>
      </w:r>
    </w:p>
    <w:p w14:paraId="44D57FE6" w14:textId="77777777" w:rsidR="00787694" w:rsidRDefault="009F6E96">
      <w:r>
        <w:rPr>
          <w:b/>
        </w:rPr>
        <w:t xml:space="preserve">Affiliations/Financial Interests that could be perceived as COI: </w:t>
      </w:r>
    </w:p>
    <w:sdt>
      <w:sdtPr>
        <w:id w:val="1571002451"/>
        <w:placeholder>
          <w:docPart w:val="6955F58B115C425FBC6B147D47E95D85"/>
        </w:placeholder>
        <w:showingPlcHdr/>
        <w15:appearance w15:val="tags"/>
        <w:text w:multiLine="1"/>
      </w:sdtPr>
      <w:sdtEndPr/>
      <w:sdtContent>
        <w:p w14:paraId="29117932" w14:textId="3DFA6221" w:rsidR="00787694" w:rsidRDefault="00983FCB">
          <w:r w:rsidRPr="0067437D">
            <w:rPr>
              <w:rStyle w:val="PlaceholderText"/>
            </w:rPr>
            <w:t>Click or tap here to enter text.</w:t>
          </w:r>
        </w:p>
      </w:sdtContent>
    </w:sdt>
    <w:p w14:paraId="711F4359" w14:textId="77777777" w:rsidR="00787694" w:rsidRDefault="009F6E96">
      <w:r>
        <w:rPr>
          <w:b/>
        </w:rPr>
        <w:t xml:space="preserve">Active COI Management Plan (if applicable) – Attach copy and describe relation to this research: </w:t>
      </w:r>
    </w:p>
    <w:sdt>
      <w:sdtPr>
        <w:id w:val="252244454"/>
        <w:placeholder>
          <w:docPart w:val="C592AA76BE1A4F6FAEA18B80AA9EEAA9"/>
        </w:placeholder>
        <w:showingPlcHdr/>
        <w15:appearance w15:val="tags"/>
        <w:text w:multiLine="1"/>
      </w:sdtPr>
      <w:sdtEndPr/>
      <w:sdtContent>
        <w:p w14:paraId="3D735F0E" w14:textId="37AD7C91" w:rsidR="00787694" w:rsidRDefault="00983FCB">
          <w:r w:rsidRPr="0067437D">
            <w:rPr>
              <w:rStyle w:val="PlaceholderText"/>
            </w:rPr>
            <w:t>Click or tap here to enter text.</w:t>
          </w:r>
        </w:p>
      </w:sdtContent>
    </w:sdt>
    <w:p w14:paraId="553B362D" w14:textId="03415784" w:rsidR="00787694" w:rsidRDefault="009F6E96">
      <w:pPr>
        <w:pStyle w:val="Heading1"/>
      </w:pPr>
      <w:r>
        <w:t>XI</w:t>
      </w:r>
      <w:r w:rsidR="4B5926AC">
        <w:t>V</w:t>
      </w:r>
      <w:r>
        <w:t>. Certifications and Approvals</w:t>
      </w:r>
    </w:p>
    <w:p w14:paraId="064FCFAF" w14:textId="77777777" w:rsidR="00B53CD2" w:rsidRDefault="00E20F17">
      <w:pPr>
        <w:keepNext/>
      </w:pPr>
      <w:r>
        <w:t>This section contains formal certifications by the Principal Investigator, Attending Veterinarian, and IACUC officials indicating review and approval of this protocol.</w:t>
      </w:r>
    </w:p>
    <w:p w14:paraId="1B0F1CF6" w14:textId="77777777" w:rsidR="00B53CD2" w:rsidRDefault="00E20F17">
      <w:pPr>
        <w:pStyle w:val="Heading3"/>
      </w:pPr>
      <w:r>
        <w:t>Principal Investigator Certification</w:t>
      </w:r>
    </w:p>
    <w:p w14:paraId="23A926BA" w14:textId="77777777" w:rsidR="00B53CD2" w:rsidRDefault="00E20F17">
      <w:pPr>
        <w:keepNext/>
      </w:pPr>
      <w:r>
        <w:t>I certify that, to the best of my knowledge, the information provided in this Animal Research Protocol (ARP) is complete and accurate, and that the work will be performed as described and approved by the IACUC. I understand that:</w:t>
      </w:r>
    </w:p>
    <w:p w14:paraId="0A0D99CF" w14:textId="77777777" w:rsidR="00B53CD2" w:rsidRDefault="00E20F17">
      <w:pPr>
        <w:pStyle w:val="ListBullet"/>
        <w:keepNext/>
      </w:pPr>
      <w:r>
        <w:t xml:space="preserve">IACUC approval must be renewed at least annually, with a complete de novo </w:t>
      </w:r>
      <w:proofErr w:type="gramStart"/>
      <w:r>
        <w:t>review</w:t>
      </w:r>
      <w:proofErr w:type="gramEnd"/>
      <w:r>
        <w:t xml:space="preserve"> every three years if work continues.</w:t>
      </w:r>
    </w:p>
    <w:p w14:paraId="41471228" w14:textId="77777777" w:rsidR="00B53CD2" w:rsidRDefault="00E20F17">
      <w:pPr>
        <w:pStyle w:val="ListBullet"/>
        <w:keepNext/>
      </w:pPr>
      <w:r>
        <w:t>IACUC approval is required prior to implementing any significant changes, including changes to animal species, numbers, procedures, or pain/distress categories.</w:t>
      </w:r>
    </w:p>
    <w:p w14:paraId="4A02F56F" w14:textId="77777777" w:rsidR="00B53CD2" w:rsidRDefault="00E20F17">
      <w:pPr>
        <w:pStyle w:val="ListBullet"/>
        <w:keepNext/>
      </w:pPr>
      <w:r>
        <w:t>No personnel will perform animal procedures until training, occupational health enrollment, and IACUC confirmation are complete.</w:t>
      </w:r>
    </w:p>
    <w:p w14:paraId="4E5B6E90" w14:textId="77777777" w:rsidR="00B53CD2" w:rsidRDefault="5E048D16">
      <w:pPr>
        <w:pStyle w:val="ListBullet"/>
        <w:keepNext/>
      </w:pPr>
      <w:r>
        <w:t>I will comply with all applicable institutional, state, and federal regulations.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2610"/>
        <w:gridCol w:w="3210"/>
        <w:gridCol w:w="1965"/>
      </w:tblGrid>
      <w:tr w:rsidR="5E048D16" w14:paraId="43D9C564" w14:textId="77777777" w:rsidTr="5E048D16">
        <w:trPr>
          <w:trHeight w:val="300"/>
        </w:trPr>
        <w:tc>
          <w:tcPr>
            <w:tcW w:w="2610" w:type="dxa"/>
          </w:tcPr>
          <w:p w14:paraId="7A030707" w14:textId="3B0B2F91" w:rsidR="1FCEC0E9" w:rsidRDefault="1FCEC0E9" w:rsidP="5E048D16">
            <w:pPr>
              <w:rPr>
                <w:b/>
                <w:bCs/>
              </w:rPr>
            </w:pPr>
            <w:r w:rsidRPr="5E048D16">
              <w:rPr>
                <w:b/>
                <w:bCs/>
              </w:rPr>
              <w:t xml:space="preserve">PI </w:t>
            </w:r>
            <w:r w:rsidR="5E048D16" w:rsidRPr="5E048D16">
              <w:rPr>
                <w:b/>
                <w:bCs/>
              </w:rPr>
              <w:t>Name (Print)</w:t>
            </w:r>
            <w:r w:rsidR="0A1C7694" w:rsidRPr="5E048D16">
              <w:rPr>
                <w:b/>
                <w:bCs/>
              </w:rPr>
              <w:t>:</w:t>
            </w:r>
          </w:p>
        </w:tc>
        <w:tc>
          <w:tcPr>
            <w:tcW w:w="3210" w:type="dxa"/>
          </w:tcPr>
          <w:p w14:paraId="2E296465" w14:textId="3EDCC468" w:rsidR="5E048D16" w:rsidRDefault="5E048D16" w:rsidP="5E048D16">
            <w:pPr>
              <w:rPr>
                <w:b/>
                <w:bCs/>
              </w:rPr>
            </w:pPr>
            <w:r w:rsidRPr="5E048D16">
              <w:rPr>
                <w:b/>
                <w:bCs/>
              </w:rPr>
              <w:t>Signature</w:t>
            </w:r>
            <w:r w:rsidR="307806F1" w:rsidRPr="5E048D16">
              <w:rPr>
                <w:b/>
                <w:bCs/>
              </w:rPr>
              <w:t>:</w:t>
            </w:r>
          </w:p>
        </w:tc>
        <w:tc>
          <w:tcPr>
            <w:tcW w:w="1965" w:type="dxa"/>
          </w:tcPr>
          <w:p w14:paraId="16060322" w14:textId="5D9A20BB" w:rsidR="5E048D16" w:rsidRDefault="5E048D16" w:rsidP="5E048D16">
            <w:pPr>
              <w:rPr>
                <w:b/>
                <w:bCs/>
              </w:rPr>
            </w:pPr>
            <w:r w:rsidRPr="5E048D16">
              <w:rPr>
                <w:b/>
                <w:bCs/>
              </w:rPr>
              <w:t>Date</w:t>
            </w:r>
            <w:r w:rsidR="3C3A87B3" w:rsidRPr="5E048D16">
              <w:rPr>
                <w:b/>
                <w:bCs/>
              </w:rPr>
              <w:t>:</w:t>
            </w:r>
          </w:p>
        </w:tc>
      </w:tr>
      <w:tr w:rsidR="5E048D16" w14:paraId="18CB8DEF" w14:textId="77777777" w:rsidTr="5E048D16">
        <w:trPr>
          <w:trHeight w:val="690"/>
        </w:trPr>
        <w:tc>
          <w:tcPr>
            <w:tcW w:w="2610" w:type="dxa"/>
            <w:vAlign w:val="bottom"/>
          </w:tcPr>
          <w:sdt>
            <w:sdtPr>
              <w:id w:val="-1092999775"/>
              <w:placeholder>
                <w:docPart w:val="4458E34E141B466580BFD839F14E0A2A"/>
              </w:placeholder>
              <w:showingPlcHdr/>
              <w15:appearance w15:val="hidden"/>
              <w:text/>
            </w:sdtPr>
            <w:sdtEndPr/>
            <w:sdtContent>
              <w:p w14:paraId="03D480EB" w14:textId="66FACA2D" w:rsidR="5E048D16" w:rsidRDefault="00983FCB" w:rsidP="5E048D16">
                <w:r w:rsidRPr="0067437D">
                  <w:rPr>
                    <w:rStyle w:val="PlaceholderText"/>
                  </w:rPr>
                  <w:t>Click or tap here to enter text.</w:t>
                </w:r>
              </w:p>
            </w:sdtContent>
          </w:sdt>
        </w:tc>
        <w:sdt>
          <w:sdtPr>
            <w:rPr>
              <w:rStyle w:val="Style1"/>
            </w:rPr>
            <w:id w:val="-1273315244"/>
            <w:placeholder>
              <w:docPart w:val="8627827531E94CB39B2066CA30DE3B59"/>
            </w:placeholder>
            <w:showingPlcHdr/>
            <w15:color w:val="0000FF"/>
            <w:text/>
          </w:sdtPr>
          <w:sdtEndPr>
            <w:rPr>
              <w:rStyle w:val="DefaultParagraphFont"/>
              <w:rFonts w:asciiTheme="minorHAnsi" w:hAnsiTheme="minorHAnsi"/>
              <w:sz w:val="22"/>
            </w:rPr>
          </w:sdtEndPr>
          <w:sdtContent>
            <w:tc>
              <w:tcPr>
                <w:tcW w:w="3210" w:type="dxa"/>
                <w:vAlign w:val="bottom"/>
              </w:tcPr>
              <w:p w14:paraId="35DEF656" w14:textId="5CC5A62B" w:rsidR="5E048D16" w:rsidRDefault="004B3D82" w:rsidP="5E048D16">
                <w:r w:rsidRPr="006039A1">
                  <w:rPr>
                    <w:rStyle w:val="PlaceholderText"/>
                    <w:rFonts w:ascii="Freestyle Script" w:hAnsi="Freestyle Script"/>
                    <w:color w:val="1F497D" w:themeColor="text2"/>
                    <w:sz w:val="28"/>
                    <w:szCs w:val="28"/>
                  </w:rPr>
                  <w:t>Click or tap here to enter text.</w:t>
                </w:r>
              </w:p>
            </w:tc>
          </w:sdtContent>
        </w:sdt>
        <w:sdt>
          <w:sdtPr>
            <w:id w:val="1390229700"/>
            <w:placeholder>
              <w:docPart w:val="1C6E7260716445318A69FE9FF0933F42"/>
            </w:placeholder>
            <w:showingPlcHdr/>
            <w:date>
              <w:dateFormat w:val="M/d/yyyy"/>
              <w:lid w:val="en-US"/>
              <w:storeMappedDataAs w:val="dateTime"/>
              <w:calendar w:val="gregorian"/>
            </w:date>
          </w:sdtPr>
          <w:sdtEndPr/>
          <w:sdtContent>
            <w:tc>
              <w:tcPr>
                <w:tcW w:w="1965" w:type="dxa"/>
                <w:vAlign w:val="bottom"/>
              </w:tcPr>
              <w:p w14:paraId="608322BD" w14:textId="07977294" w:rsidR="5E048D16" w:rsidRDefault="00C92154" w:rsidP="5E048D16">
                <w:r w:rsidRPr="005509EF">
                  <w:rPr>
                    <w:rStyle w:val="PlaceholderText"/>
                  </w:rPr>
                  <w:t>Click or tap to enter a date.</w:t>
                </w:r>
              </w:p>
            </w:tc>
          </w:sdtContent>
        </w:sdt>
      </w:tr>
    </w:tbl>
    <w:p w14:paraId="0A37501D" w14:textId="0499B9B7" w:rsidR="00B53CD2" w:rsidRDefault="00B53CD2"/>
    <w:p w14:paraId="1B2D5DB9" w14:textId="77777777" w:rsidR="00B53CD2" w:rsidRDefault="00E20F17">
      <w:pPr>
        <w:pStyle w:val="Heading3"/>
      </w:pPr>
      <w:r>
        <w:t>IACUC Official Certification</w:t>
      </w:r>
    </w:p>
    <w:p w14:paraId="539F6E07" w14:textId="77777777" w:rsidR="00B53CD2" w:rsidRDefault="00E20F17">
      <w:pPr>
        <w:keepNext/>
      </w:pPr>
      <w:r>
        <w:t xml:space="preserve">We certify that the care and use of animals described in this ARP have been evaluated in accordance with applicable federal regulations, institutional policies, and recognized </w:t>
      </w:r>
      <w:r>
        <w:lastRenderedPageBreak/>
        <w:t>standards for animal care and use. The IACUC has determined that the proposed activities are appropriate and has approved this protocol.</w:t>
      </w:r>
    </w:p>
    <w:p w14:paraId="6A05A809" w14:textId="284931DF" w:rsidR="00B53CD2" w:rsidRDefault="5E048D16">
      <w:r>
        <w:t xml:space="preserve">Minority opinion:  </w:t>
      </w:r>
      <w:sdt>
        <w:sdtPr>
          <w:id w:val="-1573189765"/>
          <w14:checkbox>
            <w14:checked w14:val="0"/>
            <w14:checkedState w14:val="2612" w14:font="MS Gothic"/>
            <w14:uncheckedState w14:val="2610" w14:font="MS Gothic"/>
          </w14:checkbox>
        </w:sdtPr>
        <w:sdtEndPr/>
        <w:sdtContent>
          <w:r w:rsidR="006039A1">
            <w:rPr>
              <w:rFonts w:ascii="MS Gothic" w:eastAsia="MS Gothic" w:hAnsi="MS Gothic" w:hint="eastAsia"/>
            </w:rPr>
            <w:t>☐</w:t>
          </w:r>
        </w:sdtContent>
      </w:sdt>
      <w:r>
        <w:t xml:space="preserve"> Attached    </w:t>
      </w:r>
      <w:sdt>
        <w:sdtPr>
          <w:id w:val="949824872"/>
          <w14:checkbox>
            <w14:checked w14:val="0"/>
            <w14:checkedState w14:val="2612" w14:font="MS Gothic"/>
            <w14:uncheckedState w14:val="2610" w14:font="MS Gothic"/>
          </w14:checkbox>
        </w:sdtPr>
        <w:sdtEndPr/>
        <w:sdtContent>
          <w:r w:rsidR="006039A1">
            <w:rPr>
              <w:rFonts w:ascii="MS Gothic" w:eastAsia="MS Gothic" w:hAnsi="MS Gothic" w:hint="eastAsia"/>
            </w:rPr>
            <w:t>☐</w:t>
          </w:r>
        </w:sdtContent>
      </w:sdt>
      <w:r>
        <w:t xml:space="preserve"> N/A</w:t>
      </w:r>
    </w:p>
    <w:tbl>
      <w:tblPr>
        <w:tblStyle w:val="TableGrid"/>
        <w:tblW w:w="8235"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1665"/>
        <w:gridCol w:w="2400"/>
        <w:gridCol w:w="2385"/>
        <w:gridCol w:w="1785"/>
      </w:tblGrid>
      <w:tr w:rsidR="00B53CD2" w14:paraId="5B32595F" w14:textId="77777777" w:rsidTr="5E048D16">
        <w:trPr>
          <w:cantSplit/>
        </w:trPr>
        <w:tc>
          <w:tcPr>
            <w:tcW w:w="1665" w:type="dxa"/>
          </w:tcPr>
          <w:p w14:paraId="7810568A" w14:textId="5D6D44AC" w:rsidR="00B53CD2" w:rsidRDefault="3D51F169" w:rsidP="5E048D16">
            <w:pPr>
              <w:rPr>
                <w:b/>
                <w:bCs/>
              </w:rPr>
            </w:pPr>
            <w:r w:rsidRPr="5E048D16">
              <w:rPr>
                <w:b/>
                <w:bCs/>
              </w:rPr>
              <w:t>Official Role</w:t>
            </w:r>
          </w:p>
        </w:tc>
        <w:tc>
          <w:tcPr>
            <w:tcW w:w="2400" w:type="dxa"/>
          </w:tcPr>
          <w:p w14:paraId="03F4BDF7" w14:textId="77777777" w:rsidR="00B53CD2" w:rsidRDefault="5E048D16" w:rsidP="5E048D16">
            <w:pPr>
              <w:rPr>
                <w:b/>
                <w:bCs/>
              </w:rPr>
            </w:pPr>
            <w:r w:rsidRPr="5E048D16">
              <w:rPr>
                <w:b/>
                <w:bCs/>
              </w:rPr>
              <w:t>Name (Print)</w:t>
            </w:r>
          </w:p>
        </w:tc>
        <w:tc>
          <w:tcPr>
            <w:tcW w:w="2385" w:type="dxa"/>
          </w:tcPr>
          <w:p w14:paraId="4CCB031D" w14:textId="77777777" w:rsidR="00B53CD2" w:rsidRDefault="5E048D16" w:rsidP="5E048D16">
            <w:pPr>
              <w:rPr>
                <w:b/>
                <w:bCs/>
              </w:rPr>
            </w:pPr>
            <w:r w:rsidRPr="5E048D16">
              <w:rPr>
                <w:b/>
                <w:bCs/>
              </w:rPr>
              <w:t>Signature</w:t>
            </w:r>
          </w:p>
        </w:tc>
        <w:tc>
          <w:tcPr>
            <w:tcW w:w="1785" w:type="dxa"/>
          </w:tcPr>
          <w:p w14:paraId="491072FA" w14:textId="77777777" w:rsidR="00B53CD2" w:rsidRDefault="5E048D16" w:rsidP="5E048D16">
            <w:pPr>
              <w:rPr>
                <w:b/>
                <w:bCs/>
              </w:rPr>
            </w:pPr>
            <w:r w:rsidRPr="5E048D16">
              <w:rPr>
                <w:b/>
                <w:bCs/>
              </w:rPr>
              <w:t>Date</w:t>
            </w:r>
          </w:p>
        </w:tc>
      </w:tr>
      <w:tr w:rsidR="00B53CD2" w14:paraId="5053D964" w14:textId="77777777" w:rsidTr="5E048D16">
        <w:trPr>
          <w:cantSplit/>
        </w:trPr>
        <w:tc>
          <w:tcPr>
            <w:tcW w:w="1665" w:type="dxa"/>
          </w:tcPr>
          <w:p w14:paraId="058E7AF9" w14:textId="77777777" w:rsidR="00B53CD2" w:rsidRDefault="00E20F17">
            <w:r>
              <w:t>Attending Veterinarian</w:t>
            </w:r>
          </w:p>
        </w:tc>
        <w:sdt>
          <w:sdtPr>
            <w:id w:val="1228804683"/>
            <w:placeholder>
              <w:docPart w:val="D2E5A85F0A424B10BE1CDB9EDA0E0C91"/>
            </w:placeholder>
            <w:showingPlcHdr/>
            <w15:appearance w15:val="hidden"/>
            <w:text/>
          </w:sdtPr>
          <w:sdtEndPr/>
          <w:sdtContent>
            <w:tc>
              <w:tcPr>
                <w:tcW w:w="2400" w:type="dxa"/>
              </w:tcPr>
              <w:p w14:paraId="0F92C39A" w14:textId="1F9155E5" w:rsidR="00B53CD2" w:rsidRDefault="00146874">
                <w:r w:rsidRPr="0067437D">
                  <w:rPr>
                    <w:rStyle w:val="PlaceholderText"/>
                  </w:rPr>
                  <w:t>Click or tap here to enter text.</w:t>
                </w:r>
              </w:p>
            </w:tc>
          </w:sdtContent>
        </w:sdt>
        <w:tc>
          <w:tcPr>
            <w:tcW w:w="2385" w:type="dxa"/>
          </w:tcPr>
          <w:sdt>
            <w:sdtPr>
              <w:rPr>
                <w:rStyle w:val="Style2"/>
              </w:rPr>
              <w:id w:val="1590585934"/>
              <w:placeholder>
                <w:docPart w:val="DF0772169B014E5E9AE4C275CF01A334"/>
              </w:placeholder>
              <w:showingPlcHdr/>
              <w15:color w:val="0000FF"/>
              <w15:appearance w15:val="hidden"/>
              <w:text/>
            </w:sdtPr>
            <w:sdtEndPr>
              <w:rPr>
                <w:rStyle w:val="DefaultParagraphFont"/>
                <w:rFonts w:asciiTheme="minorHAnsi" w:hAnsiTheme="minorHAnsi"/>
                <w:sz w:val="22"/>
              </w:rPr>
            </w:sdtEndPr>
            <w:sdtContent>
              <w:p w14:paraId="0F17F026" w14:textId="76BAF6C3" w:rsidR="00B53CD2" w:rsidRDefault="00146874">
                <w:r w:rsidRPr="006039A1">
                  <w:rPr>
                    <w:rStyle w:val="PlaceholderText"/>
                    <w:rFonts w:ascii="Freestyle Script" w:hAnsi="Freestyle Script"/>
                    <w:color w:val="1F497D" w:themeColor="text2"/>
                    <w:sz w:val="28"/>
                    <w:szCs w:val="28"/>
                  </w:rPr>
                  <w:t>Click or tap here to enter text.</w:t>
                </w:r>
              </w:p>
            </w:sdtContent>
          </w:sdt>
        </w:tc>
        <w:sdt>
          <w:sdtPr>
            <w:id w:val="-101655971"/>
            <w:placeholder>
              <w:docPart w:val="F039819EF1A446FD8D252F45BD2360DD"/>
            </w:placeholder>
            <w:showingPlcHdr/>
            <w:date>
              <w:dateFormat w:val="M/d/yyyy"/>
              <w:lid w:val="en-US"/>
              <w:storeMappedDataAs w:val="dateTime"/>
              <w:calendar w:val="gregorian"/>
            </w:date>
          </w:sdtPr>
          <w:sdtEndPr/>
          <w:sdtContent>
            <w:tc>
              <w:tcPr>
                <w:tcW w:w="1785" w:type="dxa"/>
              </w:tcPr>
              <w:p w14:paraId="2490CE43" w14:textId="3C976853" w:rsidR="00B53CD2" w:rsidRDefault="00C92154">
                <w:r w:rsidRPr="005509EF">
                  <w:rPr>
                    <w:rStyle w:val="PlaceholderText"/>
                  </w:rPr>
                  <w:t>Click or tap to enter a date.</w:t>
                </w:r>
              </w:p>
            </w:tc>
          </w:sdtContent>
        </w:sdt>
      </w:tr>
      <w:tr w:rsidR="00B53CD2" w14:paraId="40746656" w14:textId="77777777" w:rsidTr="5E048D16">
        <w:trPr>
          <w:cantSplit/>
        </w:trPr>
        <w:tc>
          <w:tcPr>
            <w:tcW w:w="1665" w:type="dxa"/>
          </w:tcPr>
          <w:p w14:paraId="63821965" w14:textId="77777777" w:rsidR="00B53CD2" w:rsidRDefault="00E20F17">
            <w:r>
              <w:t>IACUC Chair</w:t>
            </w:r>
          </w:p>
        </w:tc>
        <w:tc>
          <w:tcPr>
            <w:tcW w:w="2400" w:type="dxa"/>
          </w:tcPr>
          <w:sdt>
            <w:sdtPr>
              <w:id w:val="932706343"/>
              <w:placeholder>
                <w:docPart w:val="068FBAC861654951A787BB80FCF57274"/>
              </w:placeholder>
              <w:showingPlcHdr/>
              <w15:appearance w15:val="hidden"/>
              <w:text/>
            </w:sdtPr>
            <w:sdtEndPr/>
            <w:sdtContent>
              <w:p w14:paraId="52F37898" w14:textId="23822A44" w:rsidR="00B53CD2" w:rsidRDefault="00146874">
                <w:r w:rsidRPr="0067437D">
                  <w:rPr>
                    <w:rStyle w:val="PlaceholderText"/>
                  </w:rPr>
                  <w:t>Click or tap here to enter text.</w:t>
                </w:r>
              </w:p>
            </w:sdtContent>
          </w:sdt>
        </w:tc>
        <w:sdt>
          <w:sdtPr>
            <w:rPr>
              <w:rStyle w:val="Style3"/>
            </w:rPr>
            <w:id w:val="1325623530"/>
            <w:placeholder>
              <w:docPart w:val="BFFDB8C26A4D4D158E1FBD8FDCD8A593"/>
            </w:placeholder>
            <w:showingPlcHdr/>
            <w15:color w:val="0000FF"/>
          </w:sdtPr>
          <w:sdtEndPr>
            <w:rPr>
              <w:rStyle w:val="DefaultParagraphFont"/>
              <w:rFonts w:asciiTheme="minorHAnsi" w:hAnsiTheme="minorHAnsi"/>
              <w:sz w:val="22"/>
            </w:rPr>
          </w:sdtEndPr>
          <w:sdtContent>
            <w:bookmarkStart w:id="5" w:name="_GoBack" w:displacedByCustomXml="prev"/>
            <w:tc>
              <w:tcPr>
                <w:tcW w:w="2385" w:type="dxa"/>
              </w:tcPr>
              <w:p w14:paraId="537CDA7F" w14:textId="21BD46C7" w:rsidR="00B53CD2" w:rsidRDefault="00E8383D">
                <w:r w:rsidRPr="006039A1">
                  <w:rPr>
                    <w:rStyle w:val="PlaceholderText"/>
                    <w:rFonts w:ascii="Freestyle Script" w:hAnsi="Freestyle Script"/>
                    <w:color w:val="1F497D" w:themeColor="text2"/>
                    <w:sz w:val="28"/>
                    <w:szCs w:val="28"/>
                  </w:rPr>
                  <w:t>Click or tap here to enter text.</w:t>
                </w:r>
              </w:p>
            </w:tc>
            <w:bookmarkEnd w:id="5" w:displacedByCustomXml="next"/>
          </w:sdtContent>
        </w:sdt>
        <w:sdt>
          <w:sdtPr>
            <w:id w:val="-388731493"/>
            <w:placeholder>
              <w:docPart w:val="0364C0214CBB4A05A15AD02996CDFAEE"/>
            </w:placeholder>
            <w:showingPlcHdr/>
            <w:date>
              <w:dateFormat w:val="M/d/yyyy"/>
              <w:lid w:val="en-US"/>
              <w:storeMappedDataAs w:val="dateTime"/>
              <w:calendar w:val="gregorian"/>
            </w:date>
          </w:sdtPr>
          <w:sdtEndPr/>
          <w:sdtContent>
            <w:tc>
              <w:tcPr>
                <w:tcW w:w="1785" w:type="dxa"/>
              </w:tcPr>
              <w:p w14:paraId="32DE783F" w14:textId="1F055A8D" w:rsidR="00B53CD2" w:rsidRDefault="00C92154">
                <w:r w:rsidRPr="005509EF">
                  <w:rPr>
                    <w:rStyle w:val="PlaceholderText"/>
                  </w:rPr>
                  <w:t>Click or tap to enter a date.</w:t>
                </w:r>
              </w:p>
            </w:tc>
          </w:sdtContent>
        </w:sdt>
      </w:tr>
    </w:tbl>
    <w:p w14:paraId="0386C706" w14:textId="77777777" w:rsidR="00787694" w:rsidRDefault="009F6E96">
      <w:pPr>
        <w:pStyle w:val="Heading1"/>
        <w:pageBreakBefore/>
      </w:pPr>
      <w:r>
        <w:lastRenderedPageBreak/>
        <w:t>Appendix 1 – Surgery (Complete only if 'Surgery involved' is checked in Section XIII)</w:t>
      </w:r>
    </w:p>
    <w:p w14:paraId="352F240D" w14:textId="77777777" w:rsidR="00787694" w:rsidRDefault="009F6E96">
      <w:r>
        <w:rPr>
          <w:i/>
        </w:rPr>
        <w:t>Complete this appendix only if surgery is involved. Include surgical classification, personnel, locations, peri‑operative care, analgesia, monitoring, complications, and euthanasia if applicable.</w:t>
      </w:r>
    </w:p>
    <w:p w14:paraId="3CF35FA6" w14:textId="77777777" w:rsidR="00787694" w:rsidRDefault="009F6E96">
      <w:r>
        <w:rPr>
          <w:b/>
        </w:rPr>
        <w:t xml:space="preserve">Surgery Classification (species; terminal/survival; minor/major; multiple survival; justification): </w:t>
      </w:r>
    </w:p>
    <w:sdt>
      <w:sdtPr>
        <w:id w:val="-1627537558"/>
        <w:placeholder>
          <w:docPart w:val="54B32C8D6EAF461A967E203482BBED2C"/>
        </w:placeholder>
        <w:showingPlcHdr/>
        <w15:appearance w15:val="tags"/>
        <w:text w:multiLine="1"/>
      </w:sdtPr>
      <w:sdtEndPr/>
      <w:sdtContent>
        <w:p w14:paraId="201258DD" w14:textId="0E65FBA9" w:rsidR="00787694" w:rsidRDefault="006039A1">
          <w:r w:rsidRPr="0067437D">
            <w:rPr>
              <w:rStyle w:val="PlaceholderText"/>
            </w:rPr>
            <w:t>Click or tap here to enter text.</w:t>
          </w:r>
        </w:p>
      </w:sdtContent>
    </w:sdt>
    <w:p w14:paraId="3D05358A" w14:textId="5E6B2B05" w:rsidR="27654883" w:rsidRDefault="27654883" w:rsidP="6FA4342D">
      <w:pPr>
        <w:rPr>
          <w:b/>
          <w:bCs/>
        </w:rPr>
      </w:pPr>
      <w:r w:rsidRPr="6FA4342D">
        <w:rPr>
          <w:b/>
          <w:bCs/>
        </w:rPr>
        <w:t>Personnel (Individual(s) performing surgery; qualifications/training/experience):</w:t>
      </w:r>
    </w:p>
    <w:sdt>
      <w:sdtPr>
        <w:id w:val="-1074431655"/>
        <w:placeholder>
          <w:docPart w:val="54967AD219644EFEAF40D5FDF1526A4E"/>
        </w:placeholder>
        <w:showingPlcHdr/>
        <w15:appearance w15:val="tags"/>
        <w:text w:multiLine="1"/>
      </w:sdtPr>
      <w:sdtEndPr/>
      <w:sdtContent>
        <w:p w14:paraId="41E1B100" w14:textId="221BD4CB" w:rsidR="27654883" w:rsidRDefault="006039A1" w:rsidP="6FA4342D">
          <w:pPr>
            <w:rPr>
              <w:rFonts w:ascii="Cambria" w:eastAsia="Cambria" w:hAnsi="Cambria" w:cs="Cambria"/>
            </w:rPr>
          </w:pPr>
          <w:r w:rsidRPr="0067437D">
            <w:rPr>
              <w:rStyle w:val="PlaceholderText"/>
            </w:rPr>
            <w:t>Click or tap here to enter text.</w:t>
          </w:r>
        </w:p>
      </w:sdtContent>
    </w:sdt>
    <w:p w14:paraId="5B5B1BF9" w14:textId="77777777" w:rsidR="00787694" w:rsidRDefault="009F6E96">
      <w:r>
        <w:rPr>
          <w:b/>
        </w:rPr>
        <w:t xml:space="preserve">Surgical Location (building/room; justification if not a dedicated surgical facility): </w:t>
      </w:r>
    </w:p>
    <w:sdt>
      <w:sdtPr>
        <w:id w:val="-1430427435"/>
        <w:placeholder>
          <w:docPart w:val="764E7948D7C341B0AB3C69697E12B379"/>
        </w:placeholder>
        <w:showingPlcHdr/>
        <w15:appearance w15:val="tags"/>
        <w:text w:multiLine="1"/>
      </w:sdtPr>
      <w:sdtEndPr/>
      <w:sdtContent>
        <w:p w14:paraId="4898BD16" w14:textId="7C4046CA" w:rsidR="00787694" w:rsidRDefault="006039A1">
          <w:r w:rsidRPr="0067437D">
            <w:rPr>
              <w:rStyle w:val="PlaceholderText"/>
            </w:rPr>
            <w:t>Click or tap here to enter text.</w:t>
          </w:r>
        </w:p>
      </w:sdtContent>
    </w:sdt>
    <w:p w14:paraId="2B26958D" w14:textId="77777777" w:rsidR="00787694" w:rsidRDefault="009F6E96">
      <w:r>
        <w:rPr>
          <w:b/>
        </w:rPr>
        <w:t>Pre-operative Care &amp; Medications</w:t>
      </w:r>
    </w:p>
    <w:tbl>
      <w:tblPr>
        <w:tblStyle w:val="TableGrid"/>
        <w:tblW w:w="8640" w:type="dxa"/>
        <w:jc w:val="center"/>
        <w:tblLook w:val="04A0" w:firstRow="1" w:lastRow="0" w:firstColumn="1" w:lastColumn="0" w:noHBand="0" w:noVBand="1"/>
      </w:tblPr>
      <w:tblGrid>
        <w:gridCol w:w="2427"/>
        <w:gridCol w:w="2525"/>
        <w:gridCol w:w="2449"/>
        <w:gridCol w:w="1239"/>
      </w:tblGrid>
      <w:tr w:rsidR="00787694" w14:paraId="3DE0E985" w14:textId="77777777" w:rsidTr="098DE445">
        <w:trPr>
          <w:cantSplit/>
          <w:jc w:val="center"/>
        </w:trPr>
        <w:tc>
          <w:tcPr>
            <w:tcW w:w="2745" w:type="dxa"/>
          </w:tcPr>
          <w:p w14:paraId="769726BA" w14:textId="77777777" w:rsidR="00787694" w:rsidRDefault="009F6E96">
            <w:pPr>
              <w:keepNext/>
              <w:keepLines/>
            </w:pPr>
            <w:r>
              <w:t>Item</w:t>
            </w:r>
          </w:p>
        </w:tc>
        <w:tc>
          <w:tcPr>
            <w:tcW w:w="2940" w:type="dxa"/>
          </w:tcPr>
          <w:p w14:paraId="78E0B2D0" w14:textId="77777777" w:rsidR="00787694" w:rsidRDefault="009F6E96">
            <w:pPr>
              <w:keepNext/>
              <w:keepLines/>
            </w:pPr>
            <w:r>
              <w:t>Agent/Action</w:t>
            </w:r>
          </w:p>
        </w:tc>
        <w:tc>
          <w:tcPr>
            <w:tcW w:w="1575" w:type="dxa"/>
          </w:tcPr>
          <w:p w14:paraId="1284EB4B" w14:textId="77777777" w:rsidR="00787694" w:rsidRDefault="009F6E96">
            <w:pPr>
              <w:keepNext/>
              <w:keepLines/>
            </w:pPr>
            <w:r>
              <w:t>Dose/Route/Frequency</w:t>
            </w:r>
          </w:p>
        </w:tc>
        <w:tc>
          <w:tcPr>
            <w:tcW w:w="1380" w:type="dxa"/>
          </w:tcPr>
          <w:p w14:paraId="3816B0AB" w14:textId="77777777" w:rsidR="00787694" w:rsidRDefault="009F6E96">
            <w:pPr>
              <w:keepNext/>
              <w:keepLines/>
            </w:pPr>
            <w:r>
              <w:t>Timing</w:t>
            </w:r>
          </w:p>
        </w:tc>
      </w:tr>
      <w:tr w:rsidR="00787694" w14:paraId="71E56614" w14:textId="77777777" w:rsidTr="098DE445">
        <w:trPr>
          <w:cantSplit/>
          <w:jc w:val="center"/>
        </w:trPr>
        <w:tc>
          <w:tcPr>
            <w:tcW w:w="2745" w:type="dxa"/>
          </w:tcPr>
          <w:p w14:paraId="130B640A" w14:textId="77777777" w:rsidR="00787694" w:rsidRDefault="009F6E96">
            <w:pPr>
              <w:keepNext/>
              <w:keepLines/>
            </w:pPr>
            <w:r>
              <w:t>Fasting/Water withholding</w:t>
            </w:r>
          </w:p>
        </w:tc>
        <w:tc>
          <w:tcPr>
            <w:tcW w:w="2940" w:type="dxa"/>
          </w:tcPr>
          <w:p w14:paraId="7910C4B9" w14:textId="03B282E5" w:rsidR="00B53CD2" w:rsidRDefault="00B53CD2"/>
        </w:tc>
        <w:tc>
          <w:tcPr>
            <w:tcW w:w="1575" w:type="dxa"/>
          </w:tcPr>
          <w:p w14:paraId="79F779A0" w14:textId="1E30DDB6" w:rsidR="00B53CD2" w:rsidRDefault="00B53CD2"/>
        </w:tc>
        <w:tc>
          <w:tcPr>
            <w:tcW w:w="1380" w:type="dxa"/>
          </w:tcPr>
          <w:p w14:paraId="7FAA5B04" w14:textId="2DCC041F" w:rsidR="00B53CD2" w:rsidRDefault="00B53CD2"/>
        </w:tc>
      </w:tr>
      <w:tr w:rsidR="00787694" w14:paraId="22DE45D1" w14:textId="77777777" w:rsidTr="098DE445">
        <w:trPr>
          <w:cantSplit/>
          <w:jc w:val="center"/>
        </w:trPr>
        <w:tc>
          <w:tcPr>
            <w:tcW w:w="2745" w:type="dxa"/>
          </w:tcPr>
          <w:p w14:paraId="328C2671" w14:textId="77777777" w:rsidR="00787694" w:rsidRDefault="009F6E96">
            <w:pPr>
              <w:keepNext/>
              <w:keepLines/>
            </w:pPr>
            <w:r>
              <w:t>Induction/</w:t>
            </w:r>
            <w:bookmarkStart w:id="6" w:name="_Int_zSaCXuCX"/>
            <w:r>
              <w:t>Pre-treatments</w:t>
            </w:r>
            <w:bookmarkEnd w:id="6"/>
          </w:p>
        </w:tc>
        <w:tc>
          <w:tcPr>
            <w:tcW w:w="2940" w:type="dxa"/>
          </w:tcPr>
          <w:p w14:paraId="1217D3B6" w14:textId="06BD5BFE" w:rsidR="00B53CD2" w:rsidRDefault="00B53CD2"/>
        </w:tc>
        <w:tc>
          <w:tcPr>
            <w:tcW w:w="1575" w:type="dxa"/>
          </w:tcPr>
          <w:p w14:paraId="7E60BECA" w14:textId="1D169776" w:rsidR="00B53CD2" w:rsidRDefault="00B53CD2"/>
        </w:tc>
        <w:tc>
          <w:tcPr>
            <w:tcW w:w="1380" w:type="dxa"/>
          </w:tcPr>
          <w:p w14:paraId="74AE35C9" w14:textId="64BF61C4" w:rsidR="00B53CD2" w:rsidRDefault="00B53CD2"/>
        </w:tc>
      </w:tr>
      <w:tr w:rsidR="6FA4342D" w14:paraId="5FF4FEBA" w14:textId="77777777" w:rsidTr="098DE445">
        <w:trPr>
          <w:cantSplit/>
          <w:trHeight w:val="300"/>
          <w:jc w:val="center"/>
        </w:trPr>
        <w:tc>
          <w:tcPr>
            <w:tcW w:w="2745" w:type="dxa"/>
          </w:tcPr>
          <w:p w14:paraId="6A48337B" w14:textId="61D96F1B" w:rsidR="35DEF6AE" w:rsidRDefault="35DEF6AE" w:rsidP="6FA4342D">
            <w:pPr>
              <w:keepNext/>
              <w:keepLines/>
            </w:pPr>
            <w:r>
              <w:t>Other</w:t>
            </w:r>
          </w:p>
        </w:tc>
        <w:tc>
          <w:tcPr>
            <w:tcW w:w="2940" w:type="dxa"/>
          </w:tcPr>
          <w:p w14:paraId="41548D1A" w14:textId="3C76FD76" w:rsidR="00B53CD2" w:rsidRDefault="00B53CD2"/>
        </w:tc>
        <w:tc>
          <w:tcPr>
            <w:tcW w:w="1575" w:type="dxa"/>
          </w:tcPr>
          <w:p w14:paraId="689F744A" w14:textId="48CB5B36" w:rsidR="00B53CD2" w:rsidRDefault="00B53CD2"/>
        </w:tc>
        <w:tc>
          <w:tcPr>
            <w:tcW w:w="1380" w:type="dxa"/>
          </w:tcPr>
          <w:p w14:paraId="3F424267" w14:textId="7279E176" w:rsidR="00B53CD2" w:rsidRDefault="00B53CD2"/>
        </w:tc>
      </w:tr>
    </w:tbl>
    <w:p w14:paraId="7F808906" w14:textId="5D9C21C8" w:rsidR="6FA4342D" w:rsidRDefault="6FA4342D" w:rsidP="6FA4342D">
      <w:pPr>
        <w:rPr>
          <w:b/>
          <w:bCs/>
        </w:rPr>
      </w:pPr>
    </w:p>
    <w:p w14:paraId="54A194B8" w14:textId="77777777" w:rsidR="00787694" w:rsidRDefault="009F6E96">
      <w:r>
        <w:rPr>
          <w:b/>
        </w:rPr>
        <w:t>Intra-operative Management</w:t>
      </w:r>
    </w:p>
    <w:tbl>
      <w:tblPr>
        <w:tblStyle w:val="TableGrid"/>
        <w:tblW w:w="8640" w:type="dxa"/>
        <w:jc w:val="center"/>
        <w:tblLook w:val="04A0" w:firstRow="1" w:lastRow="0" w:firstColumn="1" w:lastColumn="0" w:noHBand="0" w:noVBand="1"/>
      </w:tblPr>
      <w:tblGrid>
        <w:gridCol w:w="2160"/>
        <w:gridCol w:w="2505"/>
        <w:gridCol w:w="1815"/>
        <w:gridCol w:w="2160"/>
      </w:tblGrid>
      <w:tr w:rsidR="00787694" w14:paraId="17029292" w14:textId="77777777" w:rsidTr="6FA4342D">
        <w:trPr>
          <w:cantSplit/>
          <w:jc w:val="center"/>
        </w:trPr>
        <w:tc>
          <w:tcPr>
            <w:tcW w:w="2160" w:type="dxa"/>
          </w:tcPr>
          <w:p w14:paraId="6C340A94" w14:textId="77777777" w:rsidR="00787694" w:rsidRDefault="009F6E96">
            <w:pPr>
              <w:keepNext/>
              <w:keepLines/>
            </w:pPr>
            <w:r>
              <w:t>Aspect</w:t>
            </w:r>
          </w:p>
        </w:tc>
        <w:tc>
          <w:tcPr>
            <w:tcW w:w="2505" w:type="dxa"/>
          </w:tcPr>
          <w:p w14:paraId="0231F8D0" w14:textId="77777777" w:rsidR="00787694" w:rsidRDefault="009F6E96">
            <w:pPr>
              <w:keepNext/>
              <w:keepLines/>
            </w:pPr>
            <w:r>
              <w:t>Details</w:t>
            </w:r>
          </w:p>
        </w:tc>
        <w:tc>
          <w:tcPr>
            <w:tcW w:w="1815" w:type="dxa"/>
          </w:tcPr>
          <w:p w14:paraId="7D1D0961" w14:textId="1CFFF52A" w:rsidR="00787694" w:rsidRDefault="6FA4342D">
            <w:pPr>
              <w:keepNext/>
              <w:keepLines/>
            </w:pPr>
            <w:r>
              <w:t>Dose/Route/</w:t>
            </w:r>
            <w:r w:rsidR="73ABB4FF">
              <w:t xml:space="preserve"> </w:t>
            </w:r>
            <w:r>
              <w:t>Frequency (if applicable)</w:t>
            </w:r>
          </w:p>
        </w:tc>
        <w:tc>
          <w:tcPr>
            <w:tcW w:w="2160" w:type="dxa"/>
          </w:tcPr>
          <w:p w14:paraId="2AEF5978" w14:textId="77777777" w:rsidR="00787694" w:rsidRDefault="009F6E96">
            <w:pPr>
              <w:keepNext/>
              <w:keepLines/>
            </w:pPr>
            <w:r>
              <w:t>Notes/Justification</w:t>
            </w:r>
          </w:p>
        </w:tc>
      </w:tr>
      <w:tr w:rsidR="00787694" w14:paraId="4ADA0878" w14:textId="77777777" w:rsidTr="6FA4342D">
        <w:trPr>
          <w:cantSplit/>
          <w:jc w:val="center"/>
        </w:trPr>
        <w:tc>
          <w:tcPr>
            <w:tcW w:w="2160" w:type="dxa"/>
          </w:tcPr>
          <w:p w14:paraId="6BD8E86B" w14:textId="77777777" w:rsidR="00787694" w:rsidRDefault="009F6E96">
            <w:pPr>
              <w:keepNext/>
              <w:keepLines/>
            </w:pPr>
            <w:r>
              <w:t>Medications (incl. paralytics)</w:t>
            </w:r>
          </w:p>
        </w:tc>
        <w:tc>
          <w:tcPr>
            <w:tcW w:w="2505" w:type="dxa"/>
          </w:tcPr>
          <w:p w14:paraId="0A04E8F4" w14:textId="1A348825" w:rsidR="00B53CD2" w:rsidRDefault="00B53CD2"/>
        </w:tc>
        <w:tc>
          <w:tcPr>
            <w:tcW w:w="1815" w:type="dxa"/>
          </w:tcPr>
          <w:p w14:paraId="5DF0661B" w14:textId="7068D910" w:rsidR="00B53CD2" w:rsidRDefault="00B53CD2"/>
        </w:tc>
        <w:tc>
          <w:tcPr>
            <w:tcW w:w="2160" w:type="dxa"/>
          </w:tcPr>
          <w:p w14:paraId="3D82246E" w14:textId="3BE65F59" w:rsidR="00B53CD2" w:rsidRDefault="00B53CD2"/>
        </w:tc>
      </w:tr>
      <w:tr w:rsidR="00787694" w14:paraId="22D96833" w14:textId="77777777" w:rsidTr="6FA4342D">
        <w:trPr>
          <w:cantSplit/>
          <w:jc w:val="center"/>
        </w:trPr>
        <w:tc>
          <w:tcPr>
            <w:tcW w:w="2160" w:type="dxa"/>
          </w:tcPr>
          <w:p w14:paraId="695ADCA1" w14:textId="77777777" w:rsidR="00787694" w:rsidRDefault="009F6E96">
            <w:pPr>
              <w:keepNext/>
              <w:keepLines/>
            </w:pPr>
            <w:r>
              <w:t>Anesthesia monitoring &amp; ventilation</w:t>
            </w:r>
          </w:p>
        </w:tc>
        <w:tc>
          <w:tcPr>
            <w:tcW w:w="2505" w:type="dxa"/>
          </w:tcPr>
          <w:p w14:paraId="54C0CF49" w14:textId="37B79A32" w:rsidR="00B53CD2" w:rsidRDefault="00B53CD2"/>
        </w:tc>
        <w:tc>
          <w:tcPr>
            <w:tcW w:w="1815" w:type="dxa"/>
          </w:tcPr>
          <w:p w14:paraId="22C82828" w14:textId="08FEF2DC" w:rsidR="00B53CD2" w:rsidRDefault="00B53CD2"/>
        </w:tc>
        <w:tc>
          <w:tcPr>
            <w:tcW w:w="2160" w:type="dxa"/>
          </w:tcPr>
          <w:p w14:paraId="0C8248A4" w14:textId="7DD25474" w:rsidR="00B53CD2" w:rsidRDefault="00B53CD2"/>
        </w:tc>
      </w:tr>
      <w:tr w:rsidR="00787694" w14:paraId="12FE4FB0" w14:textId="77777777" w:rsidTr="6FA4342D">
        <w:trPr>
          <w:cantSplit/>
          <w:jc w:val="center"/>
        </w:trPr>
        <w:tc>
          <w:tcPr>
            <w:tcW w:w="2160" w:type="dxa"/>
          </w:tcPr>
          <w:p w14:paraId="61B35E54" w14:textId="77777777" w:rsidR="00787694" w:rsidRDefault="009F6E96">
            <w:pPr>
              <w:keepNext/>
              <w:keepLines/>
            </w:pPr>
            <w:r>
              <w:t>Physical support (warming, cushioning)</w:t>
            </w:r>
          </w:p>
        </w:tc>
        <w:tc>
          <w:tcPr>
            <w:tcW w:w="2505" w:type="dxa"/>
          </w:tcPr>
          <w:p w14:paraId="300007AF" w14:textId="71518917" w:rsidR="00B53CD2" w:rsidRDefault="00B53CD2"/>
        </w:tc>
        <w:tc>
          <w:tcPr>
            <w:tcW w:w="1815" w:type="dxa"/>
          </w:tcPr>
          <w:p w14:paraId="5BFF9026" w14:textId="4EECE672" w:rsidR="00B53CD2" w:rsidRDefault="00B53CD2"/>
        </w:tc>
        <w:tc>
          <w:tcPr>
            <w:tcW w:w="2160" w:type="dxa"/>
          </w:tcPr>
          <w:p w14:paraId="5F73EED1" w14:textId="12472897" w:rsidR="00B53CD2" w:rsidRDefault="00B53CD2"/>
        </w:tc>
      </w:tr>
      <w:tr w:rsidR="6FA4342D" w14:paraId="0EF8933F" w14:textId="77777777" w:rsidTr="6FA4342D">
        <w:trPr>
          <w:cantSplit/>
          <w:trHeight w:val="300"/>
          <w:jc w:val="center"/>
        </w:trPr>
        <w:tc>
          <w:tcPr>
            <w:tcW w:w="2160" w:type="dxa"/>
          </w:tcPr>
          <w:p w14:paraId="1A9CC0D0" w14:textId="7184D198" w:rsidR="2FA52C6E" w:rsidRDefault="2FA52C6E" w:rsidP="6FA4342D">
            <w:pPr>
              <w:keepNext/>
              <w:keepLines/>
            </w:pPr>
            <w:r>
              <w:t>Sterility measures (survival surgery only)</w:t>
            </w:r>
          </w:p>
        </w:tc>
        <w:tc>
          <w:tcPr>
            <w:tcW w:w="2505" w:type="dxa"/>
          </w:tcPr>
          <w:p w14:paraId="2DCE9023" w14:textId="4820ABFF" w:rsidR="00B53CD2" w:rsidRDefault="00B53CD2"/>
        </w:tc>
        <w:tc>
          <w:tcPr>
            <w:tcW w:w="1815" w:type="dxa"/>
          </w:tcPr>
          <w:p w14:paraId="1C317E07" w14:textId="7013F165" w:rsidR="00B53CD2" w:rsidRDefault="00B53CD2"/>
        </w:tc>
        <w:tc>
          <w:tcPr>
            <w:tcW w:w="2160" w:type="dxa"/>
          </w:tcPr>
          <w:p w14:paraId="0697192C" w14:textId="6525A410" w:rsidR="00B53CD2" w:rsidRDefault="00B53CD2"/>
        </w:tc>
      </w:tr>
      <w:tr w:rsidR="6FA4342D" w14:paraId="734BFED1" w14:textId="77777777" w:rsidTr="6FA4342D">
        <w:trPr>
          <w:cantSplit/>
          <w:trHeight w:val="300"/>
          <w:jc w:val="center"/>
        </w:trPr>
        <w:tc>
          <w:tcPr>
            <w:tcW w:w="2160" w:type="dxa"/>
          </w:tcPr>
          <w:p w14:paraId="640E10D1" w14:textId="0045B3C7" w:rsidR="2FA52C6E" w:rsidRDefault="2FA52C6E" w:rsidP="6FA4342D">
            <w:pPr>
              <w:keepNext/>
              <w:keepLines/>
            </w:pPr>
            <w:r>
              <w:t>Other</w:t>
            </w:r>
          </w:p>
        </w:tc>
        <w:tc>
          <w:tcPr>
            <w:tcW w:w="2505" w:type="dxa"/>
          </w:tcPr>
          <w:p w14:paraId="2AF0D26C" w14:textId="6C16807B" w:rsidR="00B53CD2" w:rsidRDefault="00B53CD2"/>
        </w:tc>
        <w:tc>
          <w:tcPr>
            <w:tcW w:w="1815" w:type="dxa"/>
          </w:tcPr>
          <w:p w14:paraId="6BEAFBB6" w14:textId="294C383F" w:rsidR="00B53CD2" w:rsidRDefault="00B53CD2"/>
        </w:tc>
        <w:tc>
          <w:tcPr>
            <w:tcW w:w="2160" w:type="dxa"/>
          </w:tcPr>
          <w:p w14:paraId="6BFD48C7" w14:textId="3B899CAC" w:rsidR="00B53CD2" w:rsidRDefault="00B53CD2"/>
        </w:tc>
      </w:tr>
    </w:tbl>
    <w:p w14:paraId="7DD157BC" w14:textId="4A7E952C" w:rsidR="6FA4342D" w:rsidRDefault="6FA4342D" w:rsidP="6FA4342D">
      <w:pPr>
        <w:rPr>
          <w:b/>
          <w:bCs/>
        </w:rPr>
      </w:pPr>
    </w:p>
    <w:p w14:paraId="3197D34C" w14:textId="77777777" w:rsidR="00787694" w:rsidRDefault="009F6E96">
      <w:r>
        <w:rPr>
          <w:b/>
        </w:rPr>
        <w:lastRenderedPageBreak/>
        <w:t>Post-operative Care</w:t>
      </w:r>
    </w:p>
    <w:tbl>
      <w:tblPr>
        <w:tblStyle w:val="TableGrid"/>
        <w:tblW w:w="8640" w:type="dxa"/>
        <w:jc w:val="center"/>
        <w:tblLook w:val="04A0" w:firstRow="1" w:lastRow="0" w:firstColumn="1" w:lastColumn="0" w:noHBand="0" w:noVBand="1"/>
      </w:tblPr>
      <w:tblGrid>
        <w:gridCol w:w="2100"/>
        <w:gridCol w:w="2220"/>
        <w:gridCol w:w="2230"/>
        <w:gridCol w:w="2090"/>
      </w:tblGrid>
      <w:tr w:rsidR="00787694" w14:paraId="3B5FE5DA" w14:textId="77777777" w:rsidTr="5E048D16">
        <w:trPr>
          <w:cantSplit/>
          <w:jc w:val="center"/>
        </w:trPr>
        <w:tc>
          <w:tcPr>
            <w:tcW w:w="2100" w:type="dxa"/>
          </w:tcPr>
          <w:p w14:paraId="0193CB87" w14:textId="77777777" w:rsidR="00787694" w:rsidRDefault="009F6E96">
            <w:pPr>
              <w:keepNext/>
              <w:keepLines/>
            </w:pPr>
            <w:r>
              <w:t>Item</w:t>
            </w:r>
          </w:p>
        </w:tc>
        <w:tc>
          <w:tcPr>
            <w:tcW w:w="2220" w:type="dxa"/>
          </w:tcPr>
          <w:p w14:paraId="7E1B0C55" w14:textId="77777777" w:rsidR="00787694" w:rsidRDefault="009F6E96">
            <w:pPr>
              <w:keepNext/>
              <w:keepLines/>
            </w:pPr>
            <w:r>
              <w:t>Agent/Action</w:t>
            </w:r>
          </w:p>
        </w:tc>
        <w:tc>
          <w:tcPr>
            <w:tcW w:w="2230" w:type="dxa"/>
          </w:tcPr>
          <w:p w14:paraId="2B2F06BD" w14:textId="5A30E0A7" w:rsidR="00787694" w:rsidRDefault="6FA4342D">
            <w:pPr>
              <w:keepNext/>
              <w:keepLines/>
            </w:pPr>
            <w:r>
              <w:t>Dose/Route/</w:t>
            </w:r>
            <w:r w:rsidR="2A5C238B">
              <w:t xml:space="preserve"> </w:t>
            </w:r>
            <w:r>
              <w:t>Frequency/Duration</w:t>
            </w:r>
          </w:p>
        </w:tc>
        <w:tc>
          <w:tcPr>
            <w:tcW w:w="2090" w:type="dxa"/>
          </w:tcPr>
          <w:p w14:paraId="76F0F2FD" w14:textId="77777777" w:rsidR="00787694" w:rsidRDefault="009F6E96">
            <w:pPr>
              <w:keepNext/>
              <w:keepLines/>
            </w:pPr>
            <w:r>
              <w:t>Notes/Justification</w:t>
            </w:r>
          </w:p>
        </w:tc>
      </w:tr>
      <w:tr w:rsidR="00787694" w14:paraId="01CFEAB8" w14:textId="77777777" w:rsidTr="5E048D16">
        <w:trPr>
          <w:cantSplit/>
          <w:jc w:val="center"/>
        </w:trPr>
        <w:tc>
          <w:tcPr>
            <w:tcW w:w="2100" w:type="dxa"/>
          </w:tcPr>
          <w:p w14:paraId="4597006D" w14:textId="77777777" w:rsidR="00787694" w:rsidRDefault="009F6E96">
            <w:pPr>
              <w:keepNext/>
              <w:keepLines/>
            </w:pPr>
            <w:r>
              <w:t>Immediate support</w:t>
            </w:r>
          </w:p>
        </w:tc>
        <w:tc>
          <w:tcPr>
            <w:tcW w:w="2220" w:type="dxa"/>
          </w:tcPr>
          <w:p w14:paraId="5496721F" w14:textId="20F7E129" w:rsidR="00B53CD2" w:rsidRDefault="00B53CD2"/>
        </w:tc>
        <w:tc>
          <w:tcPr>
            <w:tcW w:w="2230" w:type="dxa"/>
          </w:tcPr>
          <w:p w14:paraId="3E23D8AC" w14:textId="26FC1329" w:rsidR="00B53CD2" w:rsidRDefault="00B53CD2"/>
        </w:tc>
        <w:tc>
          <w:tcPr>
            <w:tcW w:w="2090" w:type="dxa"/>
          </w:tcPr>
          <w:p w14:paraId="425E4432" w14:textId="364BE658" w:rsidR="00B53CD2" w:rsidRDefault="00B53CD2"/>
        </w:tc>
      </w:tr>
      <w:tr w:rsidR="00787694" w14:paraId="2E44896C" w14:textId="77777777" w:rsidTr="5E048D16">
        <w:trPr>
          <w:cantSplit/>
          <w:jc w:val="center"/>
        </w:trPr>
        <w:tc>
          <w:tcPr>
            <w:tcW w:w="2100" w:type="dxa"/>
          </w:tcPr>
          <w:p w14:paraId="5680FB34" w14:textId="77777777" w:rsidR="00787694" w:rsidRDefault="009F6E96">
            <w:pPr>
              <w:keepNext/>
              <w:keepLines/>
            </w:pPr>
            <w:r>
              <w:t>Analgesia</w:t>
            </w:r>
          </w:p>
        </w:tc>
        <w:tc>
          <w:tcPr>
            <w:tcW w:w="2220" w:type="dxa"/>
          </w:tcPr>
          <w:p w14:paraId="01F74DA0" w14:textId="1E6B4280" w:rsidR="00B53CD2" w:rsidRDefault="00B53CD2"/>
        </w:tc>
        <w:tc>
          <w:tcPr>
            <w:tcW w:w="2230" w:type="dxa"/>
          </w:tcPr>
          <w:p w14:paraId="7C94BB33" w14:textId="3B469913" w:rsidR="00B53CD2" w:rsidRDefault="00B53CD2"/>
        </w:tc>
        <w:tc>
          <w:tcPr>
            <w:tcW w:w="2090" w:type="dxa"/>
          </w:tcPr>
          <w:p w14:paraId="13C4A3B7" w14:textId="4BB00898" w:rsidR="00B53CD2" w:rsidRDefault="00B53CD2"/>
        </w:tc>
      </w:tr>
      <w:tr w:rsidR="00787694" w14:paraId="3F567D3A" w14:textId="77777777" w:rsidTr="5E048D16">
        <w:trPr>
          <w:cantSplit/>
          <w:jc w:val="center"/>
        </w:trPr>
        <w:tc>
          <w:tcPr>
            <w:tcW w:w="2100" w:type="dxa"/>
          </w:tcPr>
          <w:p w14:paraId="502CCC48" w14:textId="77777777" w:rsidR="00787694" w:rsidRDefault="009F6E96">
            <w:pPr>
              <w:keepNext/>
              <w:keepLines/>
            </w:pPr>
            <w:r>
              <w:t>Other medications</w:t>
            </w:r>
          </w:p>
        </w:tc>
        <w:tc>
          <w:tcPr>
            <w:tcW w:w="2220" w:type="dxa"/>
          </w:tcPr>
          <w:p w14:paraId="142ABDAA" w14:textId="5658AB46" w:rsidR="00B53CD2" w:rsidRDefault="00B53CD2"/>
        </w:tc>
        <w:tc>
          <w:tcPr>
            <w:tcW w:w="2230" w:type="dxa"/>
          </w:tcPr>
          <w:p w14:paraId="1E26098E" w14:textId="048AA7EC" w:rsidR="00B53CD2" w:rsidRDefault="00B53CD2"/>
        </w:tc>
        <w:tc>
          <w:tcPr>
            <w:tcW w:w="2090" w:type="dxa"/>
          </w:tcPr>
          <w:p w14:paraId="3E6109EA" w14:textId="768C6EFC" w:rsidR="00B53CD2" w:rsidRDefault="00B53CD2"/>
        </w:tc>
      </w:tr>
      <w:tr w:rsidR="00787694" w14:paraId="12A892C2" w14:textId="77777777" w:rsidTr="5E048D16">
        <w:trPr>
          <w:cantSplit/>
          <w:jc w:val="center"/>
        </w:trPr>
        <w:tc>
          <w:tcPr>
            <w:tcW w:w="2100" w:type="dxa"/>
          </w:tcPr>
          <w:p w14:paraId="23D1585E" w14:textId="402E4ECC" w:rsidR="00787694" w:rsidRDefault="009F6E96">
            <w:pPr>
              <w:keepNext/>
              <w:keepLines/>
            </w:pPr>
            <w:r w:rsidRPr="5E048D16">
              <w:t>Monitoring (</w:t>
            </w:r>
            <w:bookmarkStart w:id="7" w:name="_Int_VMrQ72ES"/>
            <w:r w:rsidRPr="5E048D16">
              <w:t>freq</w:t>
            </w:r>
            <w:bookmarkEnd w:id="7"/>
            <w:r w:rsidRPr="5E048D16">
              <w:t>/location/</w:t>
            </w:r>
            <w:r w:rsidR="0F51EBF2" w:rsidRPr="5E048D16">
              <w:t xml:space="preserve"> </w:t>
            </w:r>
            <w:r w:rsidRPr="5E048D16">
              <w:t>personne</w:t>
            </w:r>
            <w:r w:rsidR="028EB9F2" w:rsidRPr="5E048D16">
              <w:t>l</w:t>
            </w:r>
            <w:r w:rsidRPr="5E048D16">
              <w:t>; after-hours plan)</w:t>
            </w:r>
          </w:p>
        </w:tc>
        <w:tc>
          <w:tcPr>
            <w:tcW w:w="2220" w:type="dxa"/>
          </w:tcPr>
          <w:p w14:paraId="5880EF33" w14:textId="5B25A69C" w:rsidR="00B53CD2" w:rsidRDefault="00B53CD2"/>
        </w:tc>
        <w:tc>
          <w:tcPr>
            <w:tcW w:w="2230" w:type="dxa"/>
          </w:tcPr>
          <w:p w14:paraId="75FEC940" w14:textId="3026CA24" w:rsidR="00B53CD2" w:rsidRDefault="00B53CD2"/>
        </w:tc>
        <w:tc>
          <w:tcPr>
            <w:tcW w:w="2090" w:type="dxa"/>
          </w:tcPr>
          <w:p w14:paraId="7DEDA34B" w14:textId="2A418F64" w:rsidR="00B53CD2" w:rsidRDefault="00B53CD2"/>
        </w:tc>
      </w:tr>
    </w:tbl>
    <w:p w14:paraId="4F2FCAED" w14:textId="70A28469" w:rsidR="6FA4342D" w:rsidRDefault="6FA4342D" w:rsidP="6FA4342D">
      <w:pPr>
        <w:rPr>
          <w:b/>
          <w:bCs/>
        </w:rPr>
      </w:pPr>
    </w:p>
    <w:p w14:paraId="3C2F6B94" w14:textId="77777777" w:rsidR="00787694" w:rsidRDefault="009F6E96">
      <w:r>
        <w:rPr>
          <w:b/>
        </w:rPr>
        <w:t xml:space="preserve">Medical Records (location; personnel responsible): </w:t>
      </w:r>
    </w:p>
    <w:sdt>
      <w:sdtPr>
        <w:id w:val="1427541559"/>
        <w:placeholder>
          <w:docPart w:val="614E9421971C49519DEA7CCB69C1C2B1"/>
        </w:placeholder>
        <w:showingPlcHdr/>
        <w15:appearance w15:val="tags"/>
        <w:text w:multiLine="1"/>
      </w:sdtPr>
      <w:sdtEndPr/>
      <w:sdtContent>
        <w:p w14:paraId="1D21AE6D" w14:textId="60AF13A9" w:rsidR="00787694" w:rsidRDefault="00AD6ACD">
          <w:r w:rsidRPr="0067437D">
            <w:rPr>
              <w:rStyle w:val="PlaceholderText"/>
            </w:rPr>
            <w:t>Click or tap here to enter text.</w:t>
          </w:r>
        </w:p>
      </w:sdtContent>
    </w:sdt>
    <w:p w14:paraId="00CAA709" w14:textId="245EDC2F" w:rsidR="00787694" w:rsidRDefault="6FA4342D">
      <w:r w:rsidRPr="6FA4342D">
        <w:rPr>
          <w:b/>
          <w:bCs/>
        </w:rPr>
        <w:t>Post-operative Consequences/Complications and Responses</w:t>
      </w:r>
      <w:r w:rsidR="2C9C531E" w:rsidRPr="6FA4342D">
        <w:rPr>
          <w:b/>
          <w:bCs/>
        </w:rPr>
        <w:t xml:space="preserve"> (common/expected consequences; criteria for euthanasia)</w:t>
      </w:r>
      <w:r w:rsidRPr="6FA4342D">
        <w:rPr>
          <w:b/>
          <w:bCs/>
        </w:rPr>
        <w:t xml:space="preserve">: </w:t>
      </w:r>
    </w:p>
    <w:sdt>
      <w:sdtPr>
        <w:id w:val="2131811778"/>
        <w:placeholder>
          <w:docPart w:val="A1981FA7FE334163A3A8250D7633F69C"/>
        </w:placeholder>
        <w:showingPlcHdr/>
        <w15:appearance w15:val="tags"/>
        <w:text w:multiLine="1"/>
      </w:sdtPr>
      <w:sdtEndPr/>
      <w:sdtContent>
        <w:p w14:paraId="3D16F8D1" w14:textId="7BC5A074" w:rsidR="00787694" w:rsidRDefault="00AD6ACD">
          <w:r w:rsidRPr="0067437D">
            <w:rPr>
              <w:rStyle w:val="PlaceholderText"/>
            </w:rPr>
            <w:t>Click or tap here to enter text.</w:t>
          </w:r>
        </w:p>
      </w:sdtContent>
    </w:sdt>
    <w:p w14:paraId="4B221628" w14:textId="77777777" w:rsidR="00787694" w:rsidRDefault="009F6E96">
      <w:r>
        <w:rPr>
          <w:b/>
        </w:rPr>
        <w:t xml:space="preserve">Emergency Restrictions (drugs/classes to avoid if research personnel cannot be reached): </w:t>
      </w:r>
    </w:p>
    <w:sdt>
      <w:sdtPr>
        <w:id w:val="-154840525"/>
        <w:placeholder>
          <w:docPart w:val="F3CAC262247A498DAC350839197DB9C0"/>
        </w:placeholder>
        <w:showingPlcHdr/>
        <w15:appearance w15:val="tags"/>
        <w:text w:multiLine="1"/>
      </w:sdtPr>
      <w:sdtEndPr/>
      <w:sdtContent>
        <w:p w14:paraId="703B5952" w14:textId="25F52BF3" w:rsidR="00787694" w:rsidRDefault="00AD6ACD">
          <w:r w:rsidRPr="0067437D">
            <w:rPr>
              <w:rStyle w:val="PlaceholderText"/>
            </w:rPr>
            <w:t>Click or tap here to enter text.</w:t>
          </w:r>
        </w:p>
      </w:sdtContent>
    </w:sdt>
    <w:p w14:paraId="3430771B" w14:textId="77777777" w:rsidR="00787694" w:rsidRDefault="009F6E96">
      <w:r>
        <w:rPr>
          <w:b/>
        </w:rPr>
        <w:t xml:space="preserve">If Non-survival Surgery – Euthanasia Method and Confirmation of Death: </w:t>
      </w:r>
    </w:p>
    <w:sdt>
      <w:sdtPr>
        <w:id w:val="-185371529"/>
        <w:placeholder>
          <w:docPart w:val="D0C56321844D43B0A940F9C270691EA9"/>
        </w:placeholder>
        <w:showingPlcHdr/>
        <w15:appearance w15:val="tags"/>
        <w:text w:multiLine="1"/>
      </w:sdtPr>
      <w:sdtEndPr/>
      <w:sdtContent>
        <w:p w14:paraId="0C8D5623" w14:textId="2DB779CF" w:rsidR="00787694" w:rsidRDefault="00AD6ACD">
          <w:r w:rsidRPr="0067437D">
            <w:rPr>
              <w:rStyle w:val="PlaceholderText"/>
            </w:rPr>
            <w:t>Click or tap here to enter text.</w:t>
          </w:r>
        </w:p>
      </w:sdtContent>
    </w:sdt>
    <w:p w14:paraId="3D923D56" w14:textId="0D428604" w:rsidR="5E7B7C0B" w:rsidRDefault="5E7B7C0B" w:rsidP="6FA4342D">
      <w:pPr>
        <w:pageBreakBefore/>
        <w:rPr>
          <w:rFonts w:ascii="Arial" w:eastAsia="Arial" w:hAnsi="Arial" w:cs="Arial"/>
          <w:color w:val="000000" w:themeColor="text1"/>
          <w:sz w:val="24"/>
          <w:szCs w:val="24"/>
        </w:rPr>
      </w:pPr>
      <w:r w:rsidRPr="6FA4342D">
        <w:rPr>
          <w:rFonts w:ascii="Arial" w:eastAsia="Arial" w:hAnsi="Arial" w:cs="Arial"/>
          <w:b/>
          <w:bCs/>
          <w:color w:val="000000" w:themeColor="text1"/>
          <w:sz w:val="24"/>
          <w:szCs w:val="24"/>
        </w:rPr>
        <w:lastRenderedPageBreak/>
        <w:t>Appendix 2. Animal Use Guidelines</w:t>
      </w:r>
    </w:p>
    <w:p w14:paraId="46EF6B8C" w14:textId="465531D7" w:rsidR="6FA4342D" w:rsidRDefault="6FA4342D" w:rsidP="6FA4342D">
      <w:pPr>
        <w:rPr>
          <w:rFonts w:ascii="Arial" w:eastAsia="Arial" w:hAnsi="Arial" w:cs="Arial"/>
          <w:color w:val="000000" w:themeColor="text1"/>
          <w:sz w:val="24"/>
          <w:szCs w:val="24"/>
        </w:rPr>
      </w:pPr>
    </w:p>
    <w:p w14:paraId="0C3429AA" w14:textId="151F73A4" w:rsidR="5E7B7C0B" w:rsidRDefault="5E7B7C0B" w:rsidP="6FA4342D">
      <w:pPr>
        <w:ind w:left="360"/>
        <w:rPr>
          <w:rFonts w:ascii="Arial" w:eastAsia="Arial" w:hAnsi="Arial" w:cs="Arial"/>
          <w:color w:val="000000" w:themeColor="text1"/>
        </w:rPr>
      </w:pPr>
      <w:r w:rsidRPr="6FA4342D">
        <w:rPr>
          <w:rFonts w:ascii="Arial" w:eastAsia="Arial" w:hAnsi="Arial" w:cs="Arial"/>
          <w:color w:val="000000" w:themeColor="text1"/>
        </w:rPr>
        <w:t xml:space="preserve">Principal Investigators (PIs) can consult the website of the societies relevant to their study for access to guidelines. It is the PI’s responsibility to be familiar with the guidelines applicable to a given project. </w:t>
      </w:r>
    </w:p>
    <w:p w14:paraId="65293D98" w14:textId="36A14D42" w:rsidR="6FA4342D" w:rsidRDefault="6FA4342D" w:rsidP="6FA4342D">
      <w:pPr>
        <w:ind w:left="360"/>
        <w:rPr>
          <w:rFonts w:ascii="Arial" w:eastAsia="Arial" w:hAnsi="Arial" w:cs="Arial"/>
          <w:color w:val="000000" w:themeColor="text1"/>
        </w:rPr>
      </w:pPr>
    </w:p>
    <w:p w14:paraId="042735CB" w14:textId="4F674479" w:rsidR="5E7B7C0B" w:rsidRDefault="5E7B7C0B" w:rsidP="6FA4342D">
      <w:pPr>
        <w:ind w:left="360"/>
        <w:rPr>
          <w:rFonts w:ascii="Arial" w:eastAsia="Arial" w:hAnsi="Arial" w:cs="Arial"/>
          <w:color w:val="000000" w:themeColor="text1"/>
        </w:rPr>
      </w:pPr>
      <w:r w:rsidRPr="6FA4342D">
        <w:rPr>
          <w:rFonts w:ascii="Arial" w:eastAsia="Arial" w:hAnsi="Arial" w:cs="Arial"/>
          <w:color w:val="000000" w:themeColor="text1"/>
        </w:rPr>
        <w:t>Place an ‘X’ in the first column next to each guideline that has been reviewed as part of this research:</w:t>
      </w:r>
    </w:p>
    <w:p w14:paraId="7EC1285C" w14:textId="44793CCE" w:rsidR="6FA4342D" w:rsidRDefault="6FA4342D" w:rsidP="6FA4342D">
      <w:pPr>
        <w:ind w:left="-360"/>
        <w:rPr>
          <w:rFonts w:ascii="Arial" w:eastAsia="Arial" w:hAnsi="Arial" w:cs="Arial"/>
          <w:color w:val="000000" w:themeColor="text1"/>
        </w:rPr>
      </w:pPr>
    </w:p>
    <w:tbl>
      <w:tblPr>
        <w:tblStyle w:val="TableGrid"/>
        <w:tblW w:w="8935" w:type="dxa"/>
        <w:tblInd w:w="-16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20"/>
        <w:gridCol w:w="8315"/>
      </w:tblGrid>
      <w:tr w:rsidR="6FA4342D" w14:paraId="235D8BC0"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B7BB06B" w14:textId="6BDEC305" w:rsidR="6FA4342D" w:rsidRDefault="00CF6F80" w:rsidP="00C91CD5">
            <w:pPr>
              <w:keepNext/>
              <w:keepLines/>
              <w:ind w:right="-165"/>
              <w:jc w:val="center"/>
              <w:rPr>
                <w:rFonts w:ascii="Arial" w:eastAsia="Arial" w:hAnsi="Arial" w:cs="Arial"/>
              </w:rPr>
            </w:pPr>
            <w:sdt>
              <w:sdtPr>
                <w:rPr>
                  <w:rFonts w:ascii="Times New Roman" w:eastAsia="Times New Roman" w:hAnsi="Times New Roman" w:cs="Times New Roman"/>
                </w:rPr>
                <w:id w:val="-524708671"/>
                <w14:checkbox>
                  <w14:checked w14:val="0"/>
                  <w14:checkedState w14:val="2612" w14:font="MS Gothic"/>
                  <w14:uncheckedState w14:val="2610" w14:font="MS Gothic"/>
                </w14:checkbox>
              </w:sdtPr>
              <w:sdtEndPr/>
              <w:sdtContent>
                <w:r w:rsidR="00C91CD5">
                  <w:rPr>
                    <w:rFonts w:ascii="MS Gothic" w:eastAsia="MS Gothic" w:hAnsi="MS Gothic" w:cs="Times New Roman"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D91BDF" w14:textId="140FEA72" w:rsidR="6FA4342D" w:rsidRDefault="6FA4342D" w:rsidP="6FA4342D">
            <w:pPr>
              <w:keepNext/>
              <w:keepLines/>
              <w:ind w:left="512" w:hanging="423"/>
              <w:rPr>
                <w:rFonts w:ascii="Arial" w:eastAsia="Arial" w:hAnsi="Arial" w:cs="Arial"/>
              </w:rPr>
            </w:pPr>
            <w:r w:rsidRPr="6FA4342D">
              <w:rPr>
                <w:rFonts w:ascii="Arial" w:eastAsia="Arial" w:hAnsi="Arial" w:cs="Arial"/>
                <w:i/>
                <w:iCs/>
                <w:color w:val="0000FF"/>
                <w:u w:val="single"/>
              </w:rPr>
              <w:t xml:space="preserve"> </w:t>
            </w:r>
            <w:hyperlink r:id="rId8">
              <w:r w:rsidRPr="6FA4342D">
                <w:rPr>
                  <w:rStyle w:val="Hyperlink"/>
                  <w:rFonts w:ascii="Arial" w:eastAsia="Arial" w:hAnsi="Arial" w:cs="Arial"/>
                  <w:i/>
                  <w:iCs/>
                </w:rPr>
                <w:t>Guide for the Care and Use of Laboratory Animals, 8</w:t>
              </w:r>
            </w:hyperlink>
            <w:hyperlink r:id="rId9">
              <w:r w:rsidRPr="6FA4342D">
                <w:rPr>
                  <w:rStyle w:val="Hyperlink"/>
                  <w:rFonts w:ascii="Arial" w:eastAsia="Arial" w:hAnsi="Arial" w:cs="Arial"/>
                  <w:i/>
                  <w:iCs/>
                  <w:vertAlign w:val="superscript"/>
                </w:rPr>
                <w:t>th</w:t>
              </w:r>
            </w:hyperlink>
            <w:hyperlink r:id="rId10">
              <w:r w:rsidRPr="6FA4342D">
                <w:rPr>
                  <w:rStyle w:val="Hyperlink"/>
                  <w:rFonts w:ascii="Arial" w:eastAsia="Arial" w:hAnsi="Arial" w:cs="Arial"/>
                  <w:i/>
                  <w:iCs/>
                </w:rPr>
                <w:t xml:space="preserve"> edition</w:t>
              </w:r>
            </w:hyperlink>
            <w:r w:rsidRPr="6FA4342D">
              <w:rPr>
                <w:rFonts w:ascii="Arial" w:eastAsia="Arial" w:hAnsi="Arial" w:cs="Arial"/>
                <w:i/>
                <w:iCs/>
              </w:rPr>
              <w:t xml:space="preserve">. </w:t>
            </w:r>
            <w:r w:rsidRPr="6FA4342D">
              <w:rPr>
                <w:rFonts w:ascii="Arial" w:eastAsia="Arial" w:hAnsi="Arial" w:cs="Arial"/>
              </w:rPr>
              <w:t xml:space="preserve">National Research Council, 2011. </w:t>
            </w:r>
            <w:r w:rsidRPr="6FA4342D">
              <w:rPr>
                <w:rFonts w:ascii="Arial" w:eastAsia="Arial" w:hAnsi="Arial" w:cs="Arial"/>
                <w:b/>
                <w:bCs/>
              </w:rPr>
              <w:t>(“The Guide” applies to all studies involving live, vertebrate animals.)</w:t>
            </w:r>
          </w:p>
        </w:tc>
      </w:tr>
      <w:tr w:rsidR="6FA4342D" w14:paraId="682E65DA"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E7C144F" w14:textId="413EA09A" w:rsidR="6FA4342D" w:rsidRDefault="00CF6F80" w:rsidP="00C91CD5">
            <w:pPr>
              <w:keepNext/>
              <w:keepLines/>
              <w:ind w:right="-165"/>
              <w:jc w:val="center"/>
              <w:rPr>
                <w:rFonts w:ascii="Arial" w:eastAsia="Arial" w:hAnsi="Arial" w:cs="Arial"/>
              </w:rPr>
            </w:pPr>
            <w:sdt>
              <w:sdtPr>
                <w:rPr>
                  <w:rFonts w:ascii="Arial" w:eastAsia="Arial" w:hAnsi="Arial" w:cs="Arial"/>
                </w:rPr>
                <w:id w:val="278841348"/>
                <w14:checkbox>
                  <w14:checked w14:val="0"/>
                  <w14:checkedState w14:val="2612" w14:font="MS Gothic"/>
                  <w14:uncheckedState w14:val="2610" w14:font="MS Gothic"/>
                </w14:checkbox>
              </w:sdtPr>
              <w:sdtEndPr/>
              <w:sdtContent>
                <w:r w:rsidR="00C91CD5">
                  <w:rPr>
                    <w:rFonts w:ascii="MS Gothic" w:eastAsia="MS Gothic" w:hAnsi="MS Gothic" w:cs="Arial"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083BEA" w14:textId="6C627476" w:rsidR="6FA4342D" w:rsidRDefault="6FA4342D" w:rsidP="6FA4342D">
            <w:pPr>
              <w:keepNext/>
              <w:keepLines/>
              <w:ind w:left="512" w:hanging="423"/>
              <w:rPr>
                <w:rFonts w:ascii="Arial" w:eastAsia="Arial" w:hAnsi="Arial" w:cs="Arial"/>
              </w:rPr>
            </w:pPr>
            <w:r w:rsidRPr="6FA4342D">
              <w:rPr>
                <w:rFonts w:ascii="Arial" w:eastAsia="Arial" w:hAnsi="Arial" w:cs="Arial"/>
                <w:i/>
                <w:iCs/>
                <w:color w:val="0000FF"/>
                <w:u w:val="single"/>
              </w:rPr>
              <w:t xml:space="preserve"> </w:t>
            </w:r>
            <w:hyperlink r:id="rId11">
              <w:r w:rsidRPr="6FA4342D">
                <w:rPr>
                  <w:rStyle w:val="Hyperlink"/>
                  <w:rFonts w:ascii="Arial" w:eastAsia="Arial" w:hAnsi="Arial" w:cs="Arial"/>
                  <w:i/>
                  <w:iCs/>
                </w:rPr>
                <w:t>Guide for the Care and Use of Agricultural Animals in Research and Teaching. 4th Edition</w:t>
              </w:r>
            </w:hyperlink>
            <w:r w:rsidRPr="6FA4342D">
              <w:rPr>
                <w:rFonts w:ascii="Arial" w:eastAsia="Arial" w:hAnsi="Arial" w:cs="Arial"/>
                <w:i/>
                <w:iCs/>
                <w:color w:val="0000FF"/>
                <w:u w:val="single"/>
              </w:rPr>
              <w:t xml:space="preserve"> </w:t>
            </w:r>
            <w:r w:rsidRPr="6FA4342D">
              <w:rPr>
                <w:rFonts w:ascii="Arial" w:eastAsia="Arial" w:hAnsi="Arial" w:cs="Arial"/>
              </w:rPr>
              <w:t>American Society of Animal Science 2020</w:t>
            </w:r>
          </w:p>
        </w:tc>
      </w:tr>
      <w:tr w:rsidR="6FA4342D" w14:paraId="071EFC7C"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F7A34F0" w14:textId="4B86F9F7" w:rsidR="6FA4342D" w:rsidRDefault="00CF6F80" w:rsidP="00C91CD5">
            <w:pPr>
              <w:keepNext/>
              <w:keepLines/>
              <w:jc w:val="center"/>
              <w:rPr>
                <w:rFonts w:ascii="Arial" w:eastAsia="Arial" w:hAnsi="Arial" w:cs="Arial"/>
              </w:rPr>
            </w:pPr>
            <w:sdt>
              <w:sdtPr>
                <w:rPr>
                  <w:rFonts w:ascii="Arial" w:eastAsia="Arial" w:hAnsi="Arial" w:cs="Arial"/>
                </w:rPr>
                <w:id w:val="578567212"/>
                <w14:checkbox>
                  <w14:checked w14:val="0"/>
                  <w14:checkedState w14:val="2612" w14:font="MS Gothic"/>
                  <w14:uncheckedState w14:val="2610" w14:font="MS Gothic"/>
                </w14:checkbox>
              </w:sdtPr>
              <w:sdtEndPr/>
              <w:sdtContent>
                <w:r w:rsidR="00623B83">
                  <w:rPr>
                    <w:rFonts w:ascii="MS Gothic" w:eastAsia="MS Gothic" w:hAnsi="MS Gothic" w:cs="Arial"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5231BA" w14:textId="4933264D" w:rsidR="6FA4342D" w:rsidRDefault="6FA4342D" w:rsidP="6FA4342D">
            <w:pPr>
              <w:keepNext/>
              <w:keepLines/>
              <w:ind w:left="512" w:hanging="423"/>
              <w:rPr>
                <w:rFonts w:ascii="Arial" w:eastAsia="Arial" w:hAnsi="Arial" w:cs="Arial"/>
              </w:rPr>
            </w:pPr>
            <w:r w:rsidRPr="098DE445">
              <w:rPr>
                <w:rFonts w:ascii="Arial" w:eastAsia="Arial" w:hAnsi="Arial" w:cs="Arial"/>
                <w:i/>
                <w:iCs/>
                <w:color w:val="0000FF"/>
                <w:u w:val="single"/>
              </w:rPr>
              <w:t xml:space="preserve"> </w:t>
            </w:r>
            <w:hyperlink r:id="rId12">
              <w:r w:rsidRPr="098DE445">
                <w:rPr>
                  <w:rStyle w:val="Hyperlink"/>
                  <w:rFonts w:ascii="Arial" w:eastAsia="Arial" w:hAnsi="Arial" w:cs="Arial"/>
                  <w:i/>
                  <w:iCs/>
                </w:rPr>
                <w:t>Guidelines to the Use of Wild Birds in Research</w:t>
              </w:r>
            </w:hyperlink>
            <w:r w:rsidRPr="098DE445">
              <w:rPr>
                <w:rFonts w:ascii="Arial" w:eastAsia="Arial" w:hAnsi="Arial" w:cs="Arial"/>
                <w:i/>
                <w:iCs/>
              </w:rPr>
              <w:t>.</w:t>
            </w:r>
            <w:r w:rsidRPr="098DE445">
              <w:rPr>
                <w:rFonts w:ascii="Arial" w:eastAsia="Arial" w:hAnsi="Arial" w:cs="Arial"/>
              </w:rPr>
              <w:t xml:space="preserve">  The Ornithological Council, 2010</w:t>
            </w:r>
            <w:r w:rsidR="356A326C" w:rsidRPr="098DE445">
              <w:rPr>
                <w:rFonts w:ascii="Arial" w:eastAsia="Arial" w:hAnsi="Arial" w:cs="Arial"/>
              </w:rPr>
              <w:t xml:space="preserve">. </w:t>
            </w:r>
          </w:p>
        </w:tc>
      </w:tr>
      <w:tr w:rsidR="6FA4342D" w14:paraId="107DB821"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24E6AD4" w14:textId="0E0497A4" w:rsidR="6FA4342D" w:rsidRDefault="00CF6F80" w:rsidP="00C91CD5">
            <w:pPr>
              <w:keepNext/>
              <w:keepLines/>
              <w:jc w:val="center"/>
              <w:rPr>
                <w:rFonts w:ascii="Arial" w:eastAsia="Arial" w:hAnsi="Arial" w:cs="Arial"/>
              </w:rPr>
            </w:pPr>
            <w:sdt>
              <w:sdtPr>
                <w:rPr>
                  <w:rFonts w:ascii="Arial" w:eastAsia="Arial" w:hAnsi="Arial" w:cs="Arial"/>
                </w:rPr>
                <w:id w:val="-503819621"/>
                <w14:checkbox>
                  <w14:checked w14:val="0"/>
                  <w14:checkedState w14:val="2612" w14:font="MS Gothic"/>
                  <w14:uncheckedState w14:val="2610" w14:font="MS Gothic"/>
                </w14:checkbox>
              </w:sdtPr>
              <w:sdtEndPr/>
              <w:sdtContent>
                <w:r w:rsidR="00623B83">
                  <w:rPr>
                    <w:rFonts w:ascii="MS Gothic" w:eastAsia="MS Gothic" w:hAnsi="MS Gothic" w:cs="Arial"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DC430B" w14:textId="3B4FC94A" w:rsidR="6FA4342D" w:rsidRDefault="6FA4342D" w:rsidP="6FA4342D">
            <w:pPr>
              <w:keepNext/>
              <w:keepLines/>
              <w:ind w:left="512" w:hanging="423"/>
              <w:rPr>
                <w:rFonts w:ascii="Arial" w:eastAsia="Arial" w:hAnsi="Arial" w:cs="Arial"/>
              </w:rPr>
            </w:pPr>
            <w:r w:rsidRPr="098DE445">
              <w:rPr>
                <w:rFonts w:ascii="Arial" w:eastAsia="Arial" w:hAnsi="Arial" w:cs="Arial"/>
                <w:i/>
                <w:iCs/>
                <w:color w:val="0000FF"/>
                <w:u w:val="single"/>
              </w:rPr>
              <w:t xml:space="preserve"> </w:t>
            </w:r>
            <w:hyperlink r:id="rId13">
              <w:r w:rsidRPr="098DE445">
                <w:rPr>
                  <w:rStyle w:val="Hyperlink"/>
                  <w:rFonts w:ascii="Arial" w:eastAsia="Arial" w:hAnsi="Arial" w:cs="Arial"/>
                  <w:i/>
                  <w:iCs/>
                </w:rPr>
                <w:t>Guidelines for the Use of Fishes in Research</w:t>
              </w:r>
            </w:hyperlink>
            <w:r w:rsidRPr="098DE445">
              <w:rPr>
                <w:rFonts w:ascii="Arial" w:eastAsia="Arial" w:hAnsi="Arial" w:cs="Arial"/>
              </w:rPr>
              <w:t>, American Fisheries Society, 2014</w:t>
            </w:r>
            <w:r w:rsidR="0C9C8A39" w:rsidRPr="098DE445">
              <w:rPr>
                <w:rFonts w:ascii="Arial" w:eastAsia="Arial" w:hAnsi="Arial" w:cs="Arial"/>
              </w:rPr>
              <w:t xml:space="preserve">. </w:t>
            </w:r>
          </w:p>
        </w:tc>
      </w:tr>
      <w:tr w:rsidR="6FA4342D" w14:paraId="440B0889"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6BDF51E" w14:textId="72D68DCD" w:rsidR="6FA4342D" w:rsidRDefault="00CF6F80" w:rsidP="00C91CD5">
            <w:pPr>
              <w:keepNext/>
              <w:keepLines/>
              <w:jc w:val="center"/>
              <w:rPr>
                <w:rFonts w:ascii="Arial" w:eastAsia="Arial" w:hAnsi="Arial" w:cs="Arial"/>
              </w:rPr>
            </w:pPr>
            <w:sdt>
              <w:sdtPr>
                <w:rPr>
                  <w:rFonts w:ascii="Arial" w:eastAsia="Arial" w:hAnsi="Arial" w:cs="Arial"/>
                </w:rPr>
                <w:id w:val="-517995397"/>
                <w14:checkbox>
                  <w14:checked w14:val="0"/>
                  <w14:checkedState w14:val="2612" w14:font="MS Gothic"/>
                  <w14:uncheckedState w14:val="2610" w14:font="MS Gothic"/>
                </w14:checkbox>
              </w:sdtPr>
              <w:sdtEndPr/>
              <w:sdtContent>
                <w:r w:rsidR="00C91CD5">
                  <w:rPr>
                    <w:rFonts w:ascii="MS Gothic" w:eastAsia="MS Gothic" w:hAnsi="MS Gothic" w:cs="Arial"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597BB0" w14:textId="121C4C7F" w:rsidR="6FA4342D" w:rsidRDefault="6FA4342D" w:rsidP="6FA4342D">
            <w:pPr>
              <w:keepNext/>
              <w:keepLines/>
              <w:ind w:left="512" w:hanging="423"/>
              <w:rPr>
                <w:rFonts w:ascii="Arial" w:eastAsia="Arial" w:hAnsi="Arial" w:cs="Arial"/>
              </w:rPr>
            </w:pPr>
            <w:r w:rsidRPr="6FA4342D">
              <w:rPr>
                <w:rFonts w:ascii="Arial" w:eastAsia="Arial" w:hAnsi="Arial" w:cs="Arial"/>
                <w:i/>
                <w:iCs/>
                <w:color w:val="0000FF"/>
                <w:u w:val="single"/>
              </w:rPr>
              <w:t xml:space="preserve"> </w:t>
            </w:r>
            <w:hyperlink r:id="rId14">
              <w:r w:rsidRPr="6FA4342D">
                <w:rPr>
                  <w:rStyle w:val="Hyperlink"/>
                  <w:rFonts w:ascii="Arial" w:eastAsia="Arial" w:hAnsi="Arial" w:cs="Arial"/>
                  <w:i/>
                  <w:iCs/>
                </w:rPr>
                <w:t>Guidelines of the American Society of Mammalogists for the Use of Wild Mammals in Research and Education</w:t>
              </w:r>
            </w:hyperlink>
            <w:r w:rsidRPr="6FA4342D">
              <w:rPr>
                <w:rFonts w:ascii="Arial" w:eastAsia="Arial" w:hAnsi="Arial" w:cs="Arial"/>
              </w:rPr>
              <w:t>, American Society of Mammalogists, 2016.</w:t>
            </w:r>
          </w:p>
        </w:tc>
      </w:tr>
      <w:tr w:rsidR="6FA4342D" w14:paraId="051B6A9D" w14:textId="77777777" w:rsidTr="00C91CD5">
        <w:trPr>
          <w:cantSplit/>
          <w:trHeight w:val="300"/>
        </w:trPr>
        <w:tc>
          <w:tcPr>
            <w:tcW w:w="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81B798D" w14:textId="59105252" w:rsidR="6FA4342D" w:rsidRDefault="00CF6F80" w:rsidP="00C91CD5">
            <w:pPr>
              <w:keepNext/>
              <w:keepLines/>
              <w:jc w:val="center"/>
              <w:rPr>
                <w:rFonts w:ascii="Arial" w:eastAsia="Arial" w:hAnsi="Arial" w:cs="Arial"/>
              </w:rPr>
            </w:pPr>
            <w:sdt>
              <w:sdtPr>
                <w:rPr>
                  <w:rFonts w:ascii="Arial" w:eastAsia="Arial" w:hAnsi="Arial" w:cs="Arial"/>
                </w:rPr>
                <w:id w:val="68164721"/>
                <w14:checkbox>
                  <w14:checked w14:val="0"/>
                  <w14:checkedState w14:val="2612" w14:font="MS Gothic"/>
                  <w14:uncheckedState w14:val="2610" w14:font="MS Gothic"/>
                </w14:checkbox>
              </w:sdtPr>
              <w:sdtEndPr/>
              <w:sdtContent>
                <w:r w:rsidR="00623B83">
                  <w:rPr>
                    <w:rFonts w:ascii="MS Gothic" w:eastAsia="MS Gothic" w:hAnsi="MS Gothic" w:cs="Arial" w:hint="eastAsia"/>
                  </w:rPr>
                  <w:t>☐</w:t>
                </w:r>
              </w:sdtContent>
            </w:sdt>
          </w:p>
        </w:tc>
        <w:tc>
          <w:tcPr>
            <w:tcW w:w="83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78E13A" w14:textId="6E1CCF49" w:rsidR="6FA4342D" w:rsidRDefault="6FA4342D" w:rsidP="6FA4342D">
            <w:pPr>
              <w:keepNext/>
              <w:keepLines/>
              <w:ind w:left="512" w:hanging="423"/>
              <w:rPr>
                <w:rFonts w:ascii="Arial" w:eastAsia="Arial" w:hAnsi="Arial" w:cs="Arial"/>
              </w:rPr>
            </w:pPr>
            <w:r w:rsidRPr="6FA4342D">
              <w:rPr>
                <w:rFonts w:ascii="Arial" w:eastAsia="Arial" w:hAnsi="Arial" w:cs="Arial"/>
                <w:i/>
                <w:iCs/>
                <w:color w:val="0000FF"/>
                <w:u w:val="single"/>
              </w:rPr>
              <w:t xml:space="preserve"> </w:t>
            </w:r>
            <w:hyperlink r:id="rId15">
              <w:r w:rsidRPr="6FA4342D">
                <w:rPr>
                  <w:rStyle w:val="Hyperlink"/>
                  <w:rFonts w:ascii="Arial" w:eastAsia="Arial" w:hAnsi="Arial" w:cs="Arial"/>
                  <w:i/>
                  <w:iCs/>
                </w:rPr>
                <w:t>Guidelines for Use of Live Amphibians and Reptiles in Field and Laboratory Research</w:t>
              </w:r>
            </w:hyperlink>
            <w:r w:rsidRPr="6FA4342D">
              <w:rPr>
                <w:rFonts w:ascii="Arial" w:eastAsia="Arial" w:hAnsi="Arial" w:cs="Arial"/>
              </w:rPr>
              <w:t>,  Herpetological Animal Care and Use Committee (HACC) of the American Society of Ichthyologists and Herpetologists, 2004.</w:t>
            </w:r>
            <w:r w:rsidRPr="6FA4342D">
              <w:rPr>
                <w:rFonts w:ascii="Times New Roman" w:eastAsia="Times New Roman" w:hAnsi="Times New Roman" w:cs="Times New Roman"/>
                <w:szCs w:val="20"/>
              </w:rPr>
              <w:t xml:space="preserve"> </w:t>
            </w:r>
          </w:p>
        </w:tc>
      </w:tr>
    </w:tbl>
    <w:p w14:paraId="61887BEF" w14:textId="663B8431" w:rsidR="6FA4342D" w:rsidRDefault="6FA4342D" w:rsidP="6FA4342D">
      <w:pPr>
        <w:ind w:left="-360"/>
        <w:rPr>
          <w:rFonts w:ascii="Arial" w:eastAsia="Arial" w:hAnsi="Arial" w:cs="Arial"/>
          <w:color w:val="000000" w:themeColor="text1"/>
          <w:sz w:val="24"/>
          <w:szCs w:val="24"/>
        </w:rPr>
      </w:pPr>
    </w:p>
    <w:p w14:paraId="52E719BC" w14:textId="3F9E5F65" w:rsidR="6FA4342D" w:rsidRDefault="6FA4342D" w:rsidP="6FA4342D">
      <w:pPr>
        <w:rPr>
          <w:rFonts w:ascii="Arial" w:eastAsia="Arial" w:hAnsi="Arial" w:cs="Arial"/>
          <w:color w:val="000000" w:themeColor="text1"/>
          <w:sz w:val="24"/>
          <w:szCs w:val="24"/>
        </w:rPr>
      </w:pPr>
    </w:p>
    <w:p w14:paraId="6422C0C2" w14:textId="6CD84B93" w:rsidR="5E7B7C0B" w:rsidRDefault="5E7B7C0B" w:rsidP="6FA4342D">
      <w:pPr>
        <w:pageBreakBefore/>
        <w:rPr>
          <w:rFonts w:ascii="Arial" w:eastAsia="Arial" w:hAnsi="Arial" w:cs="Arial"/>
          <w:color w:val="000000" w:themeColor="text1"/>
          <w:sz w:val="24"/>
          <w:szCs w:val="24"/>
        </w:rPr>
      </w:pPr>
      <w:r w:rsidRPr="2B51F43C">
        <w:rPr>
          <w:rFonts w:ascii="Arial" w:eastAsia="Arial" w:hAnsi="Arial" w:cs="Arial"/>
          <w:b/>
          <w:bCs/>
          <w:color w:val="000000" w:themeColor="text1"/>
          <w:sz w:val="24"/>
          <w:szCs w:val="24"/>
        </w:rPr>
        <w:lastRenderedPageBreak/>
        <w:t>Appendix 3. USDA Classifications</w:t>
      </w:r>
    </w:p>
    <w:p w14:paraId="04351597" w14:textId="2B5A46B2" w:rsidR="5E7B7C0B" w:rsidRDefault="5E7B7C0B" w:rsidP="6FA4342D">
      <w:pPr>
        <w:rPr>
          <w:rFonts w:ascii="Arial" w:eastAsia="Arial" w:hAnsi="Arial" w:cs="Arial"/>
          <w:color w:val="000000" w:themeColor="text1"/>
          <w:sz w:val="20"/>
          <w:szCs w:val="20"/>
        </w:rPr>
      </w:pPr>
      <w:r w:rsidRPr="2B51F43C">
        <w:rPr>
          <w:rFonts w:ascii="Arial" w:eastAsia="Arial" w:hAnsi="Arial" w:cs="Arial"/>
          <w:color w:val="000000" w:themeColor="text1"/>
          <w:sz w:val="20"/>
          <w:szCs w:val="20"/>
        </w:rPr>
        <w:t xml:space="preserve">For the purposes of protocol review and reporting, the USDA has established categories of research based upon a summation of the associated discomfort, </w:t>
      </w:r>
      <w:r w:rsidR="0FA37F9D" w:rsidRPr="2B51F43C">
        <w:rPr>
          <w:rFonts w:ascii="Arial" w:eastAsia="Arial" w:hAnsi="Arial" w:cs="Arial"/>
          <w:color w:val="000000" w:themeColor="text1"/>
          <w:sz w:val="20"/>
          <w:szCs w:val="20"/>
        </w:rPr>
        <w:t>distress,</w:t>
      </w:r>
      <w:r w:rsidRPr="2B51F43C">
        <w:rPr>
          <w:rFonts w:ascii="Arial" w:eastAsia="Arial" w:hAnsi="Arial" w:cs="Arial"/>
          <w:color w:val="000000" w:themeColor="text1"/>
          <w:sz w:val="20"/>
          <w:szCs w:val="20"/>
        </w:rPr>
        <w:t xml:space="preserve"> and/or pain</w:t>
      </w:r>
      <w:r w:rsidR="269D258A" w:rsidRPr="2B51F43C">
        <w:rPr>
          <w:rFonts w:ascii="Arial" w:eastAsia="Arial" w:hAnsi="Arial" w:cs="Arial"/>
          <w:color w:val="000000" w:themeColor="text1"/>
          <w:sz w:val="20"/>
          <w:szCs w:val="20"/>
        </w:rPr>
        <w:t xml:space="preserve">. </w:t>
      </w:r>
      <w:r w:rsidRPr="2B51F43C">
        <w:rPr>
          <w:rFonts w:ascii="Arial" w:eastAsia="Arial" w:hAnsi="Arial" w:cs="Arial"/>
          <w:color w:val="000000" w:themeColor="text1"/>
          <w:sz w:val="20"/>
          <w:szCs w:val="20"/>
        </w:rPr>
        <w:t>Each protocol application must include assignment of a USDA classification to each unique experiment or instructional activity.</w:t>
      </w:r>
    </w:p>
    <w:p w14:paraId="03DE4F39" w14:textId="571240D1" w:rsidR="5E7B7C0B" w:rsidRDefault="5E7B7C0B" w:rsidP="6FA4342D">
      <w:pPr>
        <w:rPr>
          <w:rFonts w:ascii="Arial" w:eastAsia="Arial" w:hAnsi="Arial" w:cs="Arial"/>
          <w:color w:val="000000" w:themeColor="text1"/>
          <w:sz w:val="20"/>
          <w:szCs w:val="20"/>
        </w:rPr>
      </w:pPr>
      <w:r w:rsidRPr="2B51F43C">
        <w:rPr>
          <w:rFonts w:ascii="Arial" w:eastAsia="Arial" w:hAnsi="Arial" w:cs="Arial"/>
          <w:b/>
          <w:bCs/>
          <w:color w:val="000000" w:themeColor="text1"/>
          <w:sz w:val="20"/>
          <w:szCs w:val="20"/>
        </w:rPr>
        <w:t xml:space="preserve">Classification B: Animals being bred, conditioned, or held for use in teaching, testing, experiments, research, or surgery, but not yet used for such purposes. </w:t>
      </w:r>
    </w:p>
    <w:p w14:paraId="4840F37D" w14:textId="48593FDA" w:rsidR="5E7B7C0B" w:rsidRDefault="5E7B7C0B" w:rsidP="6FA4342D">
      <w:pPr>
        <w:rPr>
          <w:rFonts w:ascii="Arial" w:eastAsia="Arial" w:hAnsi="Arial" w:cs="Arial"/>
          <w:color w:val="000000" w:themeColor="text1"/>
          <w:sz w:val="20"/>
          <w:szCs w:val="20"/>
        </w:rPr>
      </w:pPr>
      <w:r w:rsidRPr="2B51F43C">
        <w:rPr>
          <w:rFonts w:ascii="Arial" w:eastAsia="Arial" w:hAnsi="Arial" w:cs="Arial"/>
          <w:color w:val="000000" w:themeColor="text1"/>
          <w:sz w:val="20"/>
          <w:szCs w:val="20"/>
        </w:rPr>
        <w:t xml:space="preserve">Examples: Breeding colonies of any animal species (USDA does not require listing of rats, mice, birds) that are handled in accordance with IACUC approval, the </w:t>
      </w:r>
      <w:r w:rsidR="6EF25F0A" w:rsidRPr="2B51F43C">
        <w:rPr>
          <w:rFonts w:ascii="Arial" w:eastAsia="Arial" w:hAnsi="Arial" w:cs="Arial"/>
          <w:color w:val="000000" w:themeColor="text1"/>
          <w:sz w:val="20"/>
          <w:szCs w:val="20"/>
        </w:rPr>
        <w:t>Guide,</w:t>
      </w:r>
      <w:r w:rsidRPr="2B51F43C">
        <w:rPr>
          <w:rFonts w:ascii="Arial" w:eastAsia="Arial" w:hAnsi="Arial" w:cs="Arial"/>
          <w:color w:val="000000" w:themeColor="text1"/>
          <w:sz w:val="20"/>
          <w:szCs w:val="20"/>
        </w:rPr>
        <w:t xml:space="preserve"> and other applicable regulations. Breeding colony includes parents and offspring. Newly acquired animals that are handled in accordance with IACUC approval and applicable regulations</w:t>
      </w:r>
      <w:r w:rsidR="31835AD3" w:rsidRPr="2B51F43C">
        <w:rPr>
          <w:rFonts w:ascii="Arial" w:eastAsia="Arial" w:hAnsi="Arial" w:cs="Arial"/>
          <w:color w:val="000000" w:themeColor="text1"/>
          <w:sz w:val="20"/>
          <w:szCs w:val="20"/>
        </w:rPr>
        <w:t xml:space="preserve">. </w:t>
      </w:r>
      <w:r w:rsidRPr="2B51F43C">
        <w:rPr>
          <w:rFonts w:ascii="Arial" w:eastAsia="Arial" w:hAnsi="Arial" w:cs="Arial"/>
          <w:color w:val="000000" w:themeColor="text1"/>
          <w:sz w:val="20"/>
          <w:szCs w:val="20"/>
        </w:rPr>
        <w:t xml:space="preserve">Animals held under proper captive conditions or wild animals that are being observed. </w:t>
      </w:r>
    </w:p>
    <w:p w14:paraId="4010A59E" w14:textId="1B5A4DE6" w:rsidR="5E7B7C0B" w:rsidRDefault="5E7B7C0B" w:rsidP="6FA4342D">
      <w:pPr>
        <w:rPr>
          <w:rFonts w:ascii="Arial" w:eastAsia="Arial" w:hAnsi="Arial" w:cs="Arial"/>
          <w:color w:val="000000" w:themeColor="text1"/>
          <w:sz w:val="20"/>
          <w:szCs w:val="20"/>
        </w:rPr>
      </w:pPr>
      <w:r w:rsidRPr="2B51F43C">
        <w:rPr>
          <w:rFonts w:ascii="Arial" w:eastAsia="Arial" w:hAnsi="Arial" w:cs="Arial"/>
          <w:b/>
          <w:bCs/>
          <w:color w:val="000000" w:themeColor="text1"/>
          <w:sz w:val="20"/>
          <w:szCs w:val="20"/>
        </w:rPr>
        <w:t>Category C:  Animals subjected to procedures that cause no pain or distress, or procedures that cause only momentary or slight pain or distress and do not require the use of pain-relieving drugs.</w:t>
      </w:r>
    </w:p>
    <w:p w14:paraId="7AF3774D" w14:textId="6EDB6B24" w:rsidR="5E7B7C0B" w:rsidRDefault="5E7B7C0B" w:rsidP="6FA4342D">
      <w:pPr>
        <w:rPr>
          <w:rFonts w:ascii="Arial" w:eastAsia="Arial" w:hAnsi="Arial" w:cs="Arial"/>
          <w:color w:val="000000" w:themeColor="text1"/>
          <w:sz w:val="20"/>
          <w:szCs w:val="20"/>
        </w:rPr>
      </w:pPr>
      <w:r w:rsidRPr="2B51F43C">
        <w:rPr>
          <w:rFonts w:ascii="Arial" w:eastAsia="Arial" w:hAnsi="Arial" w:cs="Arial"/>
          <w:color w:val="000000" w:themeColor="text1"/>
          <w:sz w:val="20"/>
          <w:szCs w:val="20"/>
        </w:rPr>
        <w:t xml:space="preserve">These include housing and restraining animals for observation or examination; tattooing, blood sampling, injection of nontoxic material; standard approval methods of euthanasia that induce rapid unconsciousness; short periods (few hours) of food and water deprivation and </w:t>
      </w:r>
      <w:bookmarkStart w:id="8" w:name="_Int_GYAc1UVr"/>
      <w:r w:rsidRPr="2B51F43C">
        <w:rPr>
          <w:rFonts w:ascii="Arial" w:eastAsia="Arial" w:hAnsi="Arial" w:cs="Arial"/>
          <w:color w:val="000000" w:themeColor="text1"/>
          <w:sz w:val="20"/>
          <w:szCs w:val="20"/>
        </w:rPr>
        <w:t>single group</w:t>
      </w:r>
      <w:bookmarkEnd w:id="8"/>
      <w:r w:rsidRPr="2B51F43C">
        <w:rPr>
          <w:rFonts w:ascii="Arial" w:eastAsia="Arial" w:hAnsi="Arial" w:cs="Arial"/>
          <w:color w:val="000000" w:themeColor="text1"/>
          <w:sz w:val="20"/>
          <w:szCs w:val="20"/>
        </w:rPr>
        <w:t xml:space="preserve"> behavioral observations</w:t>
      </w:r>
      <w:r w:rsidR="42ECE1F7" w:rsidRPr="2B51F43C">
        <w:rPr>
          <w:rFonts w:ascii="Arial" w:eastAsia="Arial" w:hAnsi="Arial" w:cs="Arial"/>
          <w:color w:val="000000" w:themeColor="text1"/>
          <w:sz w:val="20"/>
          <w:szCs w:val="20"/>
        </w:rPr>
        <w:t xml:space="preserve">. </w:t>
      </w:r>
      <w:r w:rsidRPr="2B51F43C">
        <w:rPr>
          <w:rFonts w:ascii="Arial" w:eastAsia="Arial" w:hAnsi="Arial" w:cs="Arial"/>
          <w:color w:val="000000" w:themeColor="text1"/>
          <w:sz w:val="20"/>
          <w:szCs w:val="20"/>
        </w:rPr>
        <w:t>Studies on anesthetized animals that do not regain consciousness are included in this category; this includes acute, non-survival experiments (no survival surgery in Category C classification).</w:t>
      </w:r>
    </w:p>
    <w:p w14:paraId="211E7A12" w14:textId="493F0CB2" w:rsidR="5E7B7C0B" w:rsidRDefault="5E7B7C0B" w:rsidP="6FA4342D">
      <w:pPr>
        <w:rPr>
          <w:rFonts w:ascii="Arial" w:eastAsia="Arial" w:hAnsi="Arial" w:cs="Arial"/>
          <w:color w:val="000000" w:themeColor="text1"/>
          <w:sz w:val="20"/>
          <w:szCs w:val="20"/>
        </w:rPr>
      </w:pPr>
      <w:r w:rsidRPr="2B51F43C">
        <w:rPr>
          <w:rFonts w:ascii="Arial" w:eastAsia="Arial" w:hAnsi="Arial" w:cs="Arial"/>
          <w:b/>
          <w:bCs/>
          <w:color w:val="000000" w:themeColor="text1"/>
          <w:sz w:val="20"/>
          <w:szCs w:val="20"/>
        </w:rPr>
        <w:t>Category D</w:t>
      </w:r>
      <w:r w:rsidR="1CC58E43" w:rsidRPr="2B51F43C">
        <w:rPr>
          <w:rFonts w:ascii="Arial" w:eastAsia="Arial" w:hAnsi="Arial" w:cs="Arial"/>
          <w:b/>
          <w:bCs/>
          <w:color w:val="000000" w:themeColor="text1"/>
          <w:sz w:val="20"/>
          <w:szCs w:val="20"/>
        </w:rPr>
        <w:t>: Animals</w:t>
      </w:r>
      <w:r w:rsidRPr="2B51F43C">
        <w:rPr>
          <w:rFonts w:ascii="Arial" w:eastAsia="Arial" w:hAnsi="Arial" w:cs="Arial"/>
          <w:b/>
          <w:bCs/>
          <w:color w:val="000000" w:themeColor="text1"/>
          <w:sz w:val="20"/>
          <w:szCs w:val="20"/>
        </w:rPr>
        <w:t xml:space="preserve"> subjected to potentially painful or stressful procedures that are alleviated by appropriate anesthetics, analgesics, tranquilizers, removal from study, </w:t>
      </w:r>
      <w:r w:rsidR="02D4D2B4" w:rsidRPr="2B51F43C">
        <w:rPr>
          <w:rFonts w:ascii="Arial" w:eastAsia="Arial" w:hAnsi="Arial" w:cs="Arial"/>
          <w:b/>
          <w:bCs/>
          <w:color w:val="000000" w:themeColor="text1"/>
          <w:sz w:val="20"/>
          <w:szCs w:val="20"/>
        </w:rPr>
        <w:t>euthanasia,</w:t>
      </w:r>
      <w:r w:rsidRPr="2B51F43C">
        <w:rPr>
          <w:rFonts w:ascii="Arial" w:eastAsia="Arial" w:hAnsi="Arial" w:cs="Arial"/>
          <w:b/>
          <w:bCs/>
          <w:color w:val="000000" w:themeColor="text1"/>
          <w:sz w:val="20"/>
          <w:szCs w:val="20"/>
        </w:rPr>
        <w:t xml:space="preserve"> or other approved methods.</w:t>
      </w:r>
    </w:p>
    <w:p w14:paraId="435B72DE" w14:textId="24A19EF9" w:rsidR="5E7B7C0B" w:rsidRDefault="5E7B7C0B" w:rsidP="6FA4342D">
      <w:pPr>
        <w:rPr>
          <w:rFonts w:ascii="Arial" w:eastAsia="Arial" w:hAnsi="Arial" w:cs="Arial"/>
          <w:color w:val="000000" w:themeColor="text1"/>
          <w:sz w:val="20"/>
          <w:szCs w:val="20"/>
        </w:rPr>
      </w:pPr>
      <w:r w:rsidRPr="2B51F43C">
        <w:rPr>
          <w:rFonts w:ascii="Arial" w:eastAsia="Arial" w:hAnsi="Arial" w:cs="Arial"/>
          <w:color w:val="000000" w:themeColor="text1"/>
          <w:sz w:val="20"/>
          <w:szCs w:val="20"/>
        </w:rPr>
        <w:t>These include cannulation of vessels or body cavities performed under anesthesia; minor surgical procedures under anesthesia; minor surgical procedures under anesthesia such as biopsies, laparoscopy and others where post-surgical pain/distress is absent or minimal; major surgical procedures, under anesthesia and permitting recovery, that result in minor post-surgical pain (as determined by the IACUC and veterinarian); studies using noxious stimuli from which escape is possible; using tumor implants/hybridomas; domestic animal production methods ( tail docking, neutering, dehorning, debeaking, etc.); prolonged periods (several hours or more) of physical restraint or deprivation of the animal’s environmental necessities, such as maternal deprivation, aggression, or predator-prey interactions; procedures which alter perceptual or motor functions; studies in which diseases or toxicities are induced, and those in which animals are treated or euthanized when clinical symptoms begin to appear.  Animals in Category D studies experience pain/discomfort, but the necessary treatments to alleviate the symptoms are available and provided, or the animals are euthanized (adherence to acceptable veterinary practices, i.e., post-op analgesia, fluid therapy and required veterinary nursing care).</w:t>
      </w:r>
    </w:p>
    <w:p w14:paraId="24A6CC5D" w14:textId="32C5BAF7" w:rsidR="5E7B7C0B" w:rsidRDefault="5E7B7C0B" w:rsidP="6FA4342D">
      <w:pPr>
        <w:rPr>
          <w:rFonts w:ascii="Arial" w:eastAsia="Arial" w:hAnsi="Arial" w:cs="Arial"/>
          <w:color w:val="000000" w:themeColor="text1"/>
          <w:sz w:val="20"/>
          <w:szCs w:val="20"/>
        </w:rPr>
      </w:pPr>
      <w:r w:rsidRPr="2B51F43C">
        <w:rPr>
          <w:rFonts w:ascii="Arial" w:eastAsia="Arial" w:hAnsi="Arial" w:cs="Arial"/>
          <w:i/>
          <w:iCs/>
          <w:color w:val="000000" w:themeColor="text1"/>
          <w:sz w:val="20"/>
          <w:szCs w:val="20"/>
        </w:rPr>
        <w:t xml:space="preserve">During and after Category D studies, it is unacceptable for animals to show anorexia, dehydration, abnormal discharges, hyperactivity, increased/recumbency or dormancy, increased vocalization, self-mutilation, aggressive defensive behavior, or demonstrate social withdrawal and </w:t>
      </w:r>
      <w:r w:rsidR="03F1E4D8" w:rsidRPr="2B51F43C">
        <w:rPr>
          <w:rFonts w:ascii="Arial" w:eastAsia="Arial" w:hAnsi="Arial" w:cs="Arial"/>
          <w:i/>
          <w:iCs/>
          <w:color w:val="000000" w:themeColor="text1"/>
          <w:sz w:val="20"/>
          <w:szCs w:val="20"/>
        </w:rPr>
        <w:lastRenderedPageBreak/>
        <w:t xml:space="preserve">self-isolation. </w:t>
      </w:r>
      <w:r w:rsidRPr="2B51F43C">
        <w:rPr>
          <w:rFonts w:ascii="Arial" w:eastAsia="Arial" w:hAnsi="Arial" w:cs="Arial"/>
          <w:i/>
          <w:iCs/>
          <w:color w:val="000000" w:themeColor="text1"/>
          <w:sz w:val="20"/>
          <w:szCs w:val="20"/>
        </w:rPr>
        <w:t xml:space="preserve">For Category D procedures, investigators must address, within their protocol, intervention/treatment for these </w:t>
      </w:r>
      <w:bookmarkStart w:id="9" w:name="_Int_b8Mbn6Wi"/>
      <w:r w:rsidRPr="2B51F43C">
        <w:rPr>
          <w:rFonts w:ascii="Arial" w:eastAsia="Arial" w:hAnsi="Arial" w:cs="Arial"/>
          <w:i/>
          <w:iCs/>
          <w:color w:val="000000" w:themeColor="text1"/>
          <w:sz w:val="20"/>
          <w:szCs w:val="20"/>
        </w:rPr>
        <w:t>possible responses</w:t>
      </w:r>
      <w:bookmarkEnd w:id="9"/>
      <w:r w:rsidRPr="2B51F43C">
        <w:rPr>
          <w:rFonts w:ascii="Arial" w:eastAsia="Arial" w:hAnsi="Arial" w:cs="Arial"/>
          <w:i/>
          <w:iCs/>
          <w:color w:val="000000" w:themeColor="text1"/>
          <w:sz w:val="20"/>
          <w:szCs w:val="20"/>
        </w:rPr>
        <w:t>.</w:t>
      </w:r>
    </w:p>
    <w:p w14:paraId="2461F995" w14:textId="56B4695B" w:rsidR="5E7B7C0B" w:rsidRDefault="5E7B7C0B" w:rsidP="6FA4342D">
      <w:pPr>
        <w:rPr>
          <w:rFonts w:ascii="Arial" w:eastAsia="Arial" w:hAnsi="Arial" w:cs="Arial"/>
          <w:color w:val="000000" w:themeColor="text1"/>
          <w:sz w:val="20"/>
          <w:szCs w:val="20"/>
        </w:rPr>
      </w:pPr>
      <w:r w:rsidRPr="2B51F43C">
        <w:rPr>
          <w:rFonts w:ascii="Arial" w:eastAsia="Arial" w:hAnsi="Arial" w:cs="Arial"/>
          <w:b/>
          <w:bCs/>
          <w:color w:val="000000" w:themeColor="text1"/>
          <w:sz w:val="20"/>
          <w:szCs w:val="20"/>
        </w:rPr>
        <w:t>Category E</w:t>
      </w:r>
      <w:r w:rsidR="00F47E2F" w:rsidRPr="2B51F43C">
        <w:rPr>
          <w:rFonts w:ascii="Arial" w:eastAsia="Arial" w:hAnsi="Arial" w:cs="Arial"/>
          <w:b/>
          <w:bCs/>
          <w:color w:val="000000" w:themeColor="text1"/>
          <w:sz w:val="20"/>
          <w:szCs w:val="20"/>
        </w:rPr>
        <w:t>: Animals</w:t>
      </w:r>
      <w:r w:rsidRPr="2B51F43C">
        <w:rPr>
          <w:rFonts w:ascii="Arial" w:eastAsia="Arial" w:hAnsi="Arial" w:cs="Arial"/>
          <w:b/>
          <w:bCs/>
          <w:color w:val="000000" w:themeColor="text1"/>
          <w:sz w:val="20"/>
          <w:szCs w:val="20"/>
        </w:rPr>
        <w:t xml:space="preserve"> subjected to potentially painful or stressful procedures that are not alleviated by anesthetics, analgesics, </w:t>
      </w:r>
      <w:r w:rsidR="7DAECCEC" w:rsidRPr="2B51F43C">
        <w:rPr>
          <w:rFonts w:ascii="Arial" w:eastAsia="Arial" w:hAnsi="Arial" w:cs="Arial"/>
          <w:b/>
          <w:bCs/>
          <w:color w:val="000000" w:themeColor="text1"/>
          <w:sz w:val="20"/>
          <w:szCs w:val="20"/>
        </w:rPr>
        <w:t>tranquilizers,</w:t>
      </w:r>
      <w:r w:rsidRPr="2B51F43C">
        <w:rPr>
          <w:rFonts w:ascii="Arial" w:eastAsia="Arial" w:hAnsi="Arial" w:cs="Arial"/>
          <w:b/>
          <w:bCs/>
          <w:color w:val="000000" w:themeColor="text1"/>
          <w:sz w:val="20"/>
          <w:szCs w:val="20"/>
        </w:rPr>
        <w:t xml:space="preserve"> or other approved methods. Withholding these interventions must be scientifically justified </w:t>
      </w:r>
      <w:r w:rsidR="72811FCD" w:rsidRPr="2B51F43C">
        <w:rPr>
          <w:rFonts w:ascii="Arial" w:eastAsia="Arial" w:hAnsi="Arial" w:cs="Arial"/>
          <w:b/>
          <w:bCs/>
          <w:color w:val="000000" w:themeColor="text1"/>
          <w:sz w:val="20"/>
          <w:szCs w:val="20"/>
        </w:rPr>
        <w:t>and approved</w:t>
      </w:r>
      <w:r w:rsidRPr="2B51F43C">
        <w:rPr>
          <w:rFonts w:ascii="Arial" w:eastAsia="Arial" w:hAnsi="Arial" w:cs="Arial"/>
          <w:b/>
          <w:bCs/>
          <w:color w:val="000000" w:themeColor="text1"/>
          <w:sz w:val="20"/>
          <w:szCs w:val="20"/>
        </w:rPr>
        <w:t xml:space="preserve"> by the IACUC.</w:t>
      </w:r>
    </w:p>
    <w:p w14:paraId="7200CF9D" w14:textId="654668E5" w:rsidR="5E7B7C0B" w:rsidRDefault="5E7B7C0B" w:rsidP="6FA4342D">
      <w:pPr>
        <w:rPr>
          <w:rFonts w:ascii="Arial" w:eastAsia="Arial" w:hAnsi="Arial" w:cs="Arial"/>
          <w:color w:val="000000" w:themeColor="text1"/>
          <w:sz w:val="20"/>
          <w:szCs w:val="20"/>
        </w:rPr>
      </w:pPr>
      <w:r w:rsidRPr="2B51F43C">
        <w:rPr>
          <w:rFonts w:ascii="Arial" w:eastAsia="Arial" w:hAnsi="Arial" w:cs="Arial"/>
          <w:color w:val="000000" w:themeColor="text1"/>
          <w:sz w:val="20"/>
          <w:szCs w:val="20"/>
        </w:rPr>
        <w:t xml:space="preserve">The designation of this category is cause for extremely </w:t>
      </w:r>
      <w:bookmarkStart w:id="10" w:name="_Int_OGWeURPq"/>
      <w:r w:rsidRPr="2B51F43C">
        <w:rPr>
          <w:rFonts w:ascii="Arial" w:eastAsia="Arial" w:hAnsi="Arial" w:cs="Arial"/>
          <w:color w:val="000000" w:themeColor="text1"/>
          <w:sz w:val="20"/>
          <w:szCs w:val="20"/>
        </w:rPr>
        <w:t>close scrutiny</w:t>
      </w:r>
      <w:bookmarkEnd w:id="10"/>
      <w:r w:rsidRPr="2B51F43C">
        <w:rPr>
          <w:rFonts w:ascii="Arial" w:eastAsia="Arial" w:hAnsi="Arial" w:cs="Arial"/>
          <w:color w:val="000000" w:themeColor="text1"/>
          <w:sz w:val="20"/>
          <w:szCs w:val="20"/>
        </w:rPr>
        <w:t xml:space="preserve"> by the IACUC and requires that the investigator include in Section 32.2 a full explanation and justification for this pain level</w:t>
      </w:r>
      <w:r w:rsidR="086AC3F5" w:rsidRPr="2B51F43C">
        <w:rPr>
          <w:rFonts w:ascii="Arial" w:eastAsia="Arial" w:hAnsi="Arial" w:cs="Arial"/>
          <w:color w:val="000000" w:themeColor="text1"/>
          <w:sz w:val="20"/>
          <w:szCs w:val="20"/>
        </w:rPr>
        <w:t xml:space="preserve">. </w:t>
      </w:r>
      <w:r w:rsidRPr="2B51F43C">
        <w:rPr>
          <w:rFonts w:ascii="Arial" w:eastAsia="Arial" w:hAnsi="Arial" w:cs="Arial"/>
          <w:color w:val="000000" w:themeColor="text1"/>
          <w:sz w:val="20"/>
          <w:szCs w:val="20"/>
        </w:rPr>
        <w:t>Such studies include application of noxious stimuli from which escape is impossible; exposure to noxious stimuli and agents whose effects are unknown; foot pad or intradermal or intraperitoneal injections of Freund’s complete adjuvant; new experiments which have a high degree of invasiveness (with no veterinary involvement); surgery without anesthetics; induction of aggressive behavior leading to self-mutilation or fighting; toxicity testing where death is the end-point; induction of diseases where infected animals are permitted to succumb rather than be euthanized or treated therapeutically; using a euthanasia method not recommended by the AVMA.</w:t>
      </w:r>
    </w:p>
    <w:p w14:paraId="5383BE37" w14:textId="35758A7E" w:rsidR="5E7B7C0B" w:rsidRDefault="5E7B7C0B" w:rsidP="6FA4342D">
      <w:pPr>
        <w:rPr>
          <w:rFonts w:ascii="Arial" w:eastAsia="Arial" w:hAnsi="Arial" w:cs="Arial"/>
          <w:color w:val="000000" w:themeColor="text1"/>
          <w:sz w:val="20"/>
          <w:szCs w:val="20"/>
        </w:rPr>
      </w:pPr>
      <w:r w:rsidRPr="098DE445">
        <w:rPr>
          <w:rFonts w:ascii="Arial" w:eastAsia="Arial" w:hAnsi="Arial" w:cs="Arial"/>
          <w:i/>
          <w:iCs/>
          <w:color w:val="000000" w:themeColor="text1"/>
          <w:sz w:val="20"/>
          <w:szCs w:val="20"/>
        </w:rPr>
        <w:t>Category E projects present an explicit responsibility on the researcher to explore alternative methods before proceeding with the study</w:t>
      </w:r>
      <w:r w:rsidR="495A2378" w:rsidRPr="098DE445">
        <w:rPr>
          <w:rFonts w:ascii="Arial" w:eastAsia="Arial" w:hAnsi="Arial" w:cs="Arial"/>
          <w:i/>
          <w:iCs/>
          <w:color w:val="000000" w:themeColor="text1"/>
          <w:sz w:val="20"/>
          <w:szCs w:val="20"/>
        </w:rPr>
        <w:t xml:space="preserve">. </w:t>
      </w:r>
      <w:r w:rsidRPr="098DE445">
        <w:rPr>
          <w:rFonts w:ascii="Arial" w:eastAsia="Arial" w:hAnsi="Arial" w:cs="Arial"/>
          <w:i/>
          <w:iCs/>
          <w:color w:val="000000" w:themeColor="text1"/>
          <w:sz w:val="20"/>
          <w:szCs w:val="20"/>
        </w:rPr>
        <w:t>Category E projects are considered by some to be highly questionable or unacceptable, irrespective of the significance of the anticipated results</w:t>
      </w:r>
      <w:r w:rsidR="3284C10A" w:rsidRPr="098DE445">
        <w:rPr>
          <w:rFonts w:ascii="Arial" w:eastAsia="Arial" w:hAnsi="Arial" w:cs="Arial"/>
          <w:i/>
          <w:iCs/>
          <w:color w:val="000000" w:themeColor="text1"/>
          <w:sz w:val="20"/>
          <w:szCs w:val="20"/>
        </w:rPr>
        <w:t xml:space="preserve">. </w:t>
      </w:r>
      <w:r w:rsidRPr="098DE445">
        <w:rPr>
          <w:rFonts w:ascii="Arial" w:eastAsia="Arial" w:hAnsi="Arial" w:cs="Arial"/>
          <w:i/>
          <w:iCs/>
          <w:color w:val="000000" w:themeColor="text1"/>
          <w:sz w:val="20"/>
          <w:szCs w:val="20"/>
        </w:rPr>
        <w:t xml:space="preserve">Before the IACUC can review and approve these projects, the </w:t>
      </w:r>
      <w:bookmarkStart w:id="11" w:name="_Int_Hr8p6mR7"/>
      <w:r w:rsidRPr="098DE445">
        <w:rPr>
          <w:rFonts w:ascii="Arial" w:eastAsia="Arial" w:hAnsi="Arial" w:cs="Arial"/>
          <w:i/>
          <w:iCs/>
          <w:color w:val="000000" w:themeColor="text1"/>
          <w:sz w:val="20"/>
          <w:szCs w:val="20"/>
        </w:rPr>
        <w:t>justification</w:t>
      </w:r>
      <w:bookmarkEnd w:id="11"/>
      <w:r w:rsidRPr="098DE445">
        <w:rPr>
          <w:rFonts w:ascii="Arial" w:eastAsia="Arial" w:hAnsi="Arial" w:cs="Arial"/>
          <w:i/>
          <w:iCs/>
          <w:color w:val="000000" w:themeColor="text1"/>
          <w:sz w:val="20"/>
          <w:szCs w:val="20"/>
        </w:rPr>
        <w:t xml:space="preserve"> statements and </w:t>
      </w:r>
      <w:r w:rsidR="233EBD45" w:rsidRPr="098DE445">
        <w:rPr>
          <w:rFonts w:ascii="Arial" w:eastAsia="Arial" w:hAnsi="Arial" w:cs="Arial"/>
          <w:i/>
          <w:iCs/>
          <w:color w:val="000000" w:themeColor="text1"/>
          <w:sz w:val="20"/>
          <w:szCs w:val="20"/>
        </w:rPr>
        <w:t>veterinary</w:t>
      </w:r>
      <w:r w:rsidRPr="098DE445">
        <w:rPr>
          <w:rFonts w:ascii="Arial" w:eastAsia="Arial" w:hAnsi="Arial" w:cs="Arial"/>
          <w:i/>
          <w:iCs/>
          <w:color w:val="000000" w:themeColor="text1"/>
          <w:sz w:val="20"/>
          <w:szCs w:val="20"/>
        </w:rPr>
        <w:t xml:space="preserve"> involvement must be clearly presented and understandable.</w:t>
      </w:r>
    </w:p>
    <w:p w14:paraId="61764766" w14:textId="20D7778D" w:rsidR="6FA4342D" w:rsidRDefault="6FA4342D"/>
    <w:p w14:paraId="0A4F7224" w14:textId="77777777" w:rsidR="00787694" w:rsidRDefault="009F6E96">
      <w:r>
        <w:br w:type="page"/>
      </w:r>
    </w:p>
    <w:sectPr w:rsidR="00787694" w:rsidSect="00034616">
      <w:headerReference w:type="default"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744B4" w14:textId="77777777" w:rsidR="00CF6F80" w:rsidRDefault="00CF6F80">
      <w:pPr>
        <w:spacing w:after="0" w:line="240" w:lineRule="auto"/>
      </w:pPr>
      <w:r>
        <w:separator/>
      </w:r>
    </w:p>
  </w:endnote>
  <w:endnote w:type="continuationSeparator" w:id="0">
    <w:p w14:paraId="74F5ADC8" w14:textId="77777777" w:rsidR="00CF6F80" w:rsidRDefault="00CF6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F369A" w14:textId="447580D3" w:rsidR="00D6262F" w:rsidRDefault="00D6262F">
    <w:pPr>
      <w:pStyle w:val="Footer"/>
      <w:jc w:val="center"/>
    </w:pPr>
    <w:r>
      <w:t xml:space="preserve">Confidential — For IACUC use only | 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6364D" w14:textId="77777777" w:rsidR="00CF6F80" w:rsidRDefault="00CF6F80">
      <w:pPr>
        <w:spacing w:after="0" w:line="240" w:lineRule="auto"/>
      </w:pPr>
      <w:r>
        <w:separator/>
      </w:r>
    </w:p>
  </w:footnote>
  <w:footnote w:type="continuationSeparator" w:id="0">
    <w:p w14:paraId="53FE85CD" w14:textId="77777777" w:rsidR="00CF6F80" w:rsidRDefault="00CF6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4CBF6" w14:textId="77777777" w:rsidR="00D6262F" w:rsidRDefault="00D6262F">
    <w:pPr>
      <w:pStyle w:val="Header"/>
      <w:jc w:val="center"/>
    </w:pPr>
    <w:r>
      <w:rPr>
        <w:b/>
        <w:sz w:val="20"/>
      </w:rPr>
      <w:t>Virginia State University IACUC — Animal Research Protocol (ARP)</w:t>
    </w:r>
  </w:p>
</w:hdr>
</file>

<file path=word/intelligence2.xml><?xml version="1.0" encoding="utf-8"?>
<int2:intelligence xmlns:int2="http://schemas.microsoft.com/office/intelligence/2020/intelligence">
  <int2:observations>
    <int2:bookmark int2:bookmarkName="_Int_QflfIhCm" int2:invalidationBookmarkName="" int2:hashCode="S1LvyCntOI9UYO" int2:id="QUlrHbyi">
      <int2:state int2:type="gram" int2:value="Rejected"/>
    </int2:bookmark>
    <int2:bookmark int2:bookmarkName="_Int_qgC34sCJ" int2:invalidationBookmarkName="" int2:hashCode="ZdGjZKcdQXLN1H" int2:id="3a1nlv7U">
      <int2:state int2:type="style" int2:value="Rejected"/>
    </int2:bookmark>
    <int2:bookmark int2:bookmarkName="_Int_PSD2vxiI" int2:invalidationBookmarkName="" int2:hashCode="ZdGjZKcdQXLN1H" int2:id="yxy3NDNS">
      <int2:state int2:type="style" int2:value="Rejected"/>
    </int2:bookmark>
    <int2:bookmark int2:bookmarkName="_Int_HW7KhPFl" int2:invalidationBookmarkName="" int2:hashCode="qVXcMMgtpBjHdX" int2:id="Yqa5MC1k">
      <int2:state int2:type="style" int2:value="Rejected"/>
    </int2:bookmark>
    <int2:bookmark int2:bookmarkName="_Int_A5IHoHS2" int2:invalidationBookmarkName="" int2:hashCode="eF745FqhjvHOZm" int2:id="DmhYZmpP">
      <int2:state int2:type="style" int2:value="Rejected"/>
    </int2:bookmark>
    <int2:bookmark int2:bookmarkName="_Int_NaiQmPCE" int2:invalidationBookmarkName="" int2:hashCode="Wu3uCWTGsrP8LF" int2:id="YUHuzmaK">
      <int2:state int2:type="style" int2:value="Rejected"/>
    </int2:bookmark>
    <int2:bookmark int2:bookmarkName="_Int_Hr8p6mR7" int2:invalidationBookmarkName="" int2:hashCode="NfpjZN3CC8TUht" int2:id="OJEDYPbf">
      <int2:state int2:type="gram" int2:value="Rejected"/>
    </int2:bookmark>
    <int2:bookmark int2:bookmarkName="_Int_b8Mbn6Wi" int2:invalidationBookmarkName="" int2:hashCode="M3lEvG7QvgBuHE" int2:id="P9gScKCf">
      <int2:state int2:type="style" int2:value="Rejected"/>
    </int2:bookmark>
    <int2:bookmark int2:bookmarkName="_Int_OGWeURPq" int2:invalidationBookmarkName="" int2:hashCode="4jMnjm/VZWRsGg" int2:id="QDOVUI5z">
      <int2:state int2:type="style" int2:value="Rejected"/>
    </int2:bookmark>
    <int2:bookmark int2:bookmarkName="_Int_GYAc1UVr" int2:invalidationBookmarkName="" int2:hashCode="aXVYR5+yKRws7l" int2:id="j0uxsbLf">
      <int2:state int2:type="style" int2:value="Rejected"/>
    </int2:bookmark>
    <int2:bookmark int2:bookmarkName="_Int_VMrQ72ES" int2:invalidationBookmarkName="" int2:hashCode="dmIsyJaqmxS0jt" int2:id="TUpLS1pP">
      <int2:state int2:type="spell" int2:value="Rejected"/>
    </int2:bookmark>
    <int2:bookmark int2:bookmarkName="_Int_zSaCXuCX" int2:invalidationBookmarkName="" int2:hashCode="9zXHIQWhwjWi9/" int2:id="DzgGP1yJ">
      <int2:state int2:type="gram" int2:value="Rejected"/>
    </int2:bookmark>
    <int2:bookmark int2:bookmarkName="_Int_m2W1y5aD" int2:invalidationBookmarkName="" int2:hashCode="/RKGNTVwxXA3mb" int2:id="sqIYSK8v">
      <int2:state int2:type="gram" int2:value="Rejected"/>
    </int2:bookmark>
    <int2:bookmark int2:bookmarkName="_Int_m7o1EEJO" int2:invalidationBookmarkName="" int2:hashCode="gI1Qinun2dotuv" int2:id="5TX6dJJe">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1C6B34"/>
    <w:multiLevelType w:val="hybridMultilevel"/>
    <w:tmpl w:val="052CB94C"/>
    <w:lvl w:ilvl="0" w:tplc="1542C962">
      <w:start w:val="1"/>
      <w:numFmt w:val="upperLetter"/>
      <w:lvlText w:val="%1."/>
      <w:lvlJc w:val="left"/>
      <w:pPr>
        <w:ind w:left="720" w:hanging="360"/>
      </w:pPr>
    </w:lvl>
    <w:lvl w:ilvl="1" w:tplc="68C24890">
      <w:start w:val="1"/>
      <w:numFmt w:val="lowerLetter"/>
      <w:lvlText w:val="%2."/>
      <w:lvlJc w:val="left"/>
      <w:pPr>
        <w:ind w:left="1440" w:hanging="360"/>
      </w:pPr>
    </w:lvl>
    <w:lvl w:ilvl="2" w:tplc="08F877FC">
      <w:start w:val="1"/>
      <w:numFmt w:val="lowerRoman"/>
      <w:lvlText w:val="%3."/>
      <w:lvlJc w:val="right"/>
      <w:pPr>
        <w:ind w:left="2160" w:hanging="180"/>
      </w:pPr>
    </w:lvl>
    <w:lvl w:ilvl="3" w:tplc="91CCDD14">
      <w:start w:val="1"/>
      <w:numFmt w:val="decimal"/>
      <w:lvlText w:val="%4."/>
      <w:lvlJc w:val="left"/>
      <w:pPr>
        <w:ind w:left="2880" w:hanging="360"/>
      </w:pPr>
    </w:lvl>
    <w:lvl w:ilvl="4" w:tplc="F9CEE828">
      <w:start w:val="1"/>
      <w:numFmt w:val="lowerLetter"/>
      <w:lvlText w:val="%5."/>
      <w:lvlJc w:val="left"/>
      <w:pPr>
        <w:ind w:left="3600" w:hanging="360"/>
      </w:pPr>
    </w:lvl>
    <w:lvl w:ilvl="5" w:tplc="0DD88E3E">
      <w:start w:val="1"/>
      <w:numFmt w:val="lowerRoman"/>
      <w:lvlText w:val="%6."/>
      <w:lvlJc w:val="right"/>
      <w:pPr>
        <w:ind w:left="4320" w:hanging="180"/>
      </w:pPr>
    </w:lvl>
    <w:lvl w:ilvl="6" w:tplc="43602EA6">
      <w:start w:val="1"/>
      <w:numFmt w:val="decimal"/>
      <w:lvlText w:val="%7."/>
      <w:lvlJc w:val="left"/>
      <w:pPr>
        <w:ind w:left="5040" w:hanging="360"/>
      </w:pPr>
    </w:lvl>
    <w:lvl w:ilvl="7" w:tplc="E578F1BA">
      <w:start w:val="1"/>
      <w:numFmt w:val="lowerLetter"/>
      <w:lvlText w:val="%8."/>
      <w:lvlJc w:val="left"/>
      <w:pPr>
        <w:ind w:left="5760" w:hanging="360"/>
      </w:pPr>
    </w:lvl>
    <w:lvl w:ilvl="8" w:tplc="2B0496BC">
      <w:start w:val="1"/>
      <w:numFmt w:val="lowerRoman"/>
      <w:lvlText w:val="%9."/>
      <w:lvlJc w:val="right"/>
      <w:pPr>
        <w:ind w:left="6480" w:hanging="180"/>
      </w:pPr>
    </w:lvl>
  </w:abstractNum>
  <w:abstractNum w:abstractNumId="10" w15:restartNumberingAfterBreak="0">
    <w:nsid w:val="38D3E9D1"/>
    <w:multiLevelType w:val="hybridMultilevel"/>
    <w:tmpl w:val="2BF857DE"/>
    <w:lvl w:ilvl="0" w:tplc="61AA2EB4">
      <w:start w:val="1"/>
      <w:numFmt w:val="upperLetter"/>
      <w:lvlText w:val="%1."/>
      <w:lvlJc w:val="left"/>
      <w:pPr>
        <w:ind w:left="720" w:hanging="360"/>
      </w:pPr>
    </w:lvl>
    <w:lvl w:ilvl="1" w:tplc="F9721E86">
      <w:start w:val="1"/>
      <w:numFmt w:val="lowerLetter"/>
      <w:lvlText w:val="%2."/>
      <w:lvlJc w:val="left"/>
      <w:pPr>
        <w:ind w:left="1440" w:hanging="360"/>
      </w:pPr>
    </w:lvl>
    <w:lvl w:ilvl="2" w:tplc="65061CC6">
      <w:start w:val="1"/>
      <w:numFmt w:val="lowerRoman"/>
      <w:lvlText w:val="%3."/>
      <w:lvlJc w:val="right"/>
      <w:pPr>
        <w:ind w:left="2160" w:hanging="180"/>
      </w:pPr>
    </w:lvl>
    <w:lvl w:ilvl="3" w:tplc="61F21E6A">
      <w:start w:val="1"/>
      <w:numFmt w:val="decimal"/>
      <w:lvlText w:val="%4."/>
      <w:lvlJc w:val="left"/>
      <w:pPr>
        <w:ind w:left="2880" w:hanging="360"/>
      </w:pPr>
    </w:lvl>
    <w:lvl w:ilvl="4" w:tplc="07E89714">
      <w:start w:val="1"/>
      <w:numFmt w:val="lowerLetter"/>
      <w:lvlText w:val="%5."/>
      <w:lvlJc w:val="left"/>
      <w:pPr>
        <w:ind w:left="3600" w:hanging="360"/>
      </w:pPr>
    </w:lvl>
    <w:lvl w:ilvl="5" w:tplc="4C3AD0CA">
      <w:start w:val="1"/>
      <w:numFmt w:val="lowerRoman"/>
      <w:lvlText w:val="%6."/>
      <w:lvlJc w:val="right"/>
      <w:pPr>
        <w:ind w:left="4320" w:hanging="180"/>
      </w:pPr>
    </w:lvl>
    <w:lvl w:ilvl="6" w:tplc="81AC2B56">
      <w:start w:val="1"/>
      <w:numFmt w:val="decimal"/>
      <w:lvlText w:val="%7."/>
      <w:lvlJc w:val="left"/>
      <w:pPr>
        <w:ind w:left="5040" w:hanging="360"/>
      </w:pPr>
    </w:lvl>
    <w:lvl w:ilvl="7" w:tplc="FEA83660">
      <w:start w:val="1"/>
      <w:numFmt w:val="lowerLetter"/>
      <w:lvlText w:val="%8."/>
      <w:lvlJc w:val="left"/>
      <w:pPr>
        <w:ind w:left="5760" w:hanging="360"/>
      </w:pPr>
    </w:lvl>
    <w:lvl w:ilvl="8" w:tplc="48728C7C">
      <w:start w:val="1"/>
      <w:numFmt w:val="lowerRoman"/>
      <w:lvlText w:val="%9."/>
      <w:lvlJc w:val="right"/>
      <w:pPr>
        <w:ind w:left="6480" w:hanging="180"/>
      </w:pPr>
    </w:lvl>
  </w:abstractNum>
  <w:abstractNum w:abstractNumId="11" w15:restartNumberingAfterBreak="0">
    <w:nsid w:val="48925E16"/>
    <w:multiLevelType w:val="hybridMultilevel"/>
    <w:tmpl w:val="FFFFFFFF"/>
    <w:lvl w:ilvl="0" w:tplc="DC1E2536">
      <w:start w:val="1"/>
      <w:numFmt w:val="decimal"/>
      <w:lvlText w:val="%1."/>
      <w:lvlJc w:val="left"/>
      <w:pPr>
        <w:ind w:left="720" w:hanging="360"/>
      </w:pPr>
    </w:lvl>
    <w:lvl w:ilvl="1" w:tplc="CDCCBE3E">
      <w:start w:val="1"/>
      <w:numFmt w:val="lowerLetter"/>
      <w:lvlText w:val="%2."/>
      <w:lvlJc w:val="left"/>
      <w:pPr>
        <w:ind w:left="1440" w:hanging="360"/>
      </w:pPr>
    </w:lvl>
    <w:lvl w:ilvl="2" w:tplc="DD406000">
      <w:start w:val="1"/>
      <w:numFmt w:val="lowerRoman"/>
      <w:lvlText w:val="%3."/>
      <w:lvlJc w:val="right"/>
      <w:pPr>
        <w:ind w:left="2160" w:hanging="360"/>
      </w:pPr>
    </w:lvl>
    <w:lvl w:ilvl="3" w:tplc="7F3230B4">
      <w:start w:val="1"/>
      <w:numFmt w:val="decimal"/>
      <w:lvlText w:val="%4."/>
      <w:lvlJc w:val="left"/>
      <w:pPr>
        <w:ind w:left="2880" w:hanging="360"/>
      </w:pPr>
    </w:lvl>
    <w:lvl w:ilvl="4" w:tplc="C6C28F92">
      <w:start w:val="1"/>
      <w:numFmt w:val="lowerLetter"/>
      <w:lvlText w:val="%5."/>
      <w:lvlJc w:val="left"/>
      <w:pPr>
        <w:ind w:left="3600" w:hanging="360"/>
      </w:pPr>
    </w:lvl>
    <w:lvl w:ilvl="5" w:tplc="7DDCC2E6">
      <w:start w:val="1"/>
      <w:numFmt w:val="lowerRoman"/>
      <w:lvlText w:val="%6."/>
      <w:lvlJc w:val="right"/>
      <w:pPr>
        <w:ind w:left="4320" w:hanging="180"/>
      </w:pPr>
    </w:lvl>
    <w:lvl w:ilvl="6" w:tplc="A8C6681E">
      <w:start w:val="1"/>
      <w:numFmt w:val="decimal"/>
      <w:lvlText w:val="%7."/>
      <w:lvlJc w:val="left"/>
      <w:pPr>
        <w:ind w:left="5040" w:hanging="360"/>
      </w:pPr>
    </w:lvl>
    <w:lvl w:ilvl="7" w:tplc="A380D7B0">
      <w:start w:val="1"/>
      <w:numFmt w:val="lowerLetter"/>
      <w:lvlText w:val="%8."/>
      <w:lvlJc w:val="left"/>
      <w:pPr>
        <w:ind w:left="5760" w:hanging="360"/>
      </w:pPr>
    </w:lvl>
    <w:lvl w:ilvl="8" w:tplc="286C3416">
      <w:start w:val="1"/>
      <w:numFmt w:val="lowerRoman"/>
      <w:lvlText w:val="%9."/>
      <w:lvlJc w:val="right"/>
      <w:pPr>
        <w:ind w:left="6480" w:hanging="180"/>
      </w:pPr>
    </w:lvl>
  </w:abstractNum>
  <w:abstractNum w:abstractNumId="12" w15:restartNumberingAfterBreak="0">
    <w:nsid w:val="5BF24D7A"/>
    <w:multiLevelType w:val="hybridMultilevel"/>
    <w:tmpl w:val="FFFFFFFF"/>
    <w:lvl w:ilvl="0" w:tplc="EC26F66C">
      <w:start w:val="1"/>
      <w:numFmt w:val="decimal"/>
      <w:lvlText w:val="%1."/>
      <w:lvlJc w:val="left"/>
      <w:pPr>
        <w:ind w:left="720" w:hanging="360"/>
      </w:pPr>
    </w:lvl>
    <w:lvl w:ilvl="1" w:tplc="407A0820">
      <w:start w:val="1"/>
      <w:numFmt w:val="lowerLetter"/>
      <w:lvlText w:val="%2."/>
      <w:lvlJc w:val="left"/>
      <w:pPr>
        <w:ind w:left="1440" w:hanging="360"/>
      </w:pPr>
    </w:lvl>
    <w:lvl w:ilvl="2" w:tplc="338A8AE2">
      <w:start w:val="1"/>
      <w:numFmt w:val="lowerRoman"/>
      <w:lvlText w:val="%3."/>
      <w:lvlJc w:val="right"/>
      <w:pPr>
        <w:ind w:left="2160" w:hanging="360"/>
      </w:pPr>
    </w:lvl>
    <w:lvl w:ilvl="3" w:tplc="7544560E">
      <w:start w:val="1"/>
      <w:numFmt w:val="decimal"/>
      <w:lvlText w:val="%4."/>
      <w:lvlJc w:val="left"/>
      <w:pPr>
        <w:ind w:left="2880" w:hanging="360"/>
      </w:pPr>
    </w:lvl>
    <w:lvl w:ilvl="4" w:tplc="C88641F6">
      <w:start w:val="1"/>
      <w:numFmt w:val="lowerLetter"/>
      <w:lvlText w:val="%5."/>
      <w:lvlJc w:val="left"/>
      <w:pPr>
        <w:ind w:left="3600" w:hanging="360"/>
      </w:pPr>
    </w:lvl>
    <w:lvl w:ilvl="5" w:tplc="D88635CC">
      <w:start w:val="1"/>
      <w:numFmt w:val="lowerRoman"/>
      <w:lvlText w:val="%6."/>
      <w:lvlJc w:val="right"/>
      <w:pPr>
        <w:ind w:left="4320" w:hanging="180"/>
      </w:pPr>
    </w:lvl>
    <w:lvl w:ilvl="6" w:tplc="1A48A248">
      <w:start w:val="1"/>
      <w:numFmt w:val="decimal"/>
      <w:lvlText w:val="%7."/>
      <w:lvlJc w:val="left"/>
      <w:pPr>
        <w:ind w:left="5040" w:hanging="360"/>
      </w:pPr>
    </w:lvl>
    <w:lvl w:ilvl="7" w:tplc="38D47320">
      <w:start w:val="1"/>
      <w:numFmt w:val="lowerLetter"/>
      <w:lvlText w:val="%8."/>
      <w:lvlJc w:val="left"/>
      <w:pPr>
        <w:ind w:left="5760" w:hanging="360"/>
      </w:pPr>
    </w:lvl>
    <w:lvl w:ilvl="8" w:tplc="ECBCA690">
      <w:start w:val="1"/>
      <w:numFmt w:val="lowerRoman"/>
      <w:lvlText w:val="%9."/>
      <w:lvlJc w:val="right"/>
      <w:pPr>
        <w:ind w:left="6480" w:hanging="180"/>
      </w:pPr>
    </w:lvl>
  </w:abstractNum>
  <w:abstractNum w:abstractNumId="13" w15:restartNumberingAfterBreak="0">
    <w:nsid w:val="5DA78A17"/>
    <w:multiLevelType w:val="hybridMultilevel"/>
    <w:tmpl w:val="FFFFFFFF"/>
    <w:lvl w:ilvl="0" w:tplc="DC16F276">
      <w:start w:val="1"/>
      <w:numFmt w:val="decimal"/>
      <w:lvlText w:val="%1."/>
      <w:lvlJc w:val="left"/>
      <w:pPr>
        <w:ind w:left="720" w:hanging="360"/>
      </w:pPr>
    </w:lvl>
    <w:lvl w:ilvl="1" w:tplc="428C7C96">
      <w:start w:val="1"/>
      <w:numFmt w:val="lowerLetter"/>
      <w:lvlText w:val="%2."/>
      <w:lvlJc w:val="left"/>
      <w:pPr>
        <w:ind w:left="1440" w:hanging="360"/>
      </w:pPr>
      <w:rPr>
        <w:rFonts w:ascii="Arial" w:hAnsi="Arial" w:hint="default"/>
      </w:rPr>
    </w:lvl>
    <w:lvl w:ilvl="2" w:tplc="14FC7174">
      <w:start w:val="1"/>
      <w:numFmt w:val="lowerRoman"/>
      <w:lvlText w:val="%3."/>
      <w:lvlJc w:val="right"/>
      <w:pPr>
        <w:ind w:left="2160" w:hanging="180"/>
      </w:pPr>
    </w:lvl>
    <w:lvl w:ilvl="3" w:tplc="11867F9C">
      <w:start w:val="1"/>
      <w:numFmt w:val="decimal"/>
      <w:lvlText w:val="%4."/>
      <w:lvlJc w:val="left"/>
      <w:pPr>
        <w:ind w:left="2880" w:hanging="360"/>
      </w:pPr>
    </w:lvl>
    <w:lvl w:ilvl="4" w:tplc="F494820C">
      <w:start w:val="1"/>
      <w:numFmt w:val="lowerLetter"/>
      <w:lvlText w:val="%5."/>
      <w:lvlJc w:val="left"/>
      <w:pPr>
        <w:ind w:left="3600" w:hanging="360"/>
      </w:pPr>
    </w:lvl>
    <w:lvl w:ilvl="5" w:tplc="700E5478">
      <w:start w:val="1"/>
      <w:numFmt w:val="lowerRoman"/>
      <w:lvlText w:val="%6."/>
      <w:lvlJc w:val="right"/>
      <w:pPr>
        <w:ind w:left="4320" w:hanging="180"/>
      </w:pPr>
    </w:lvl>
    <w:lvl w:ilvl="6" w:tplc="1364261C">
      <w:start w:val="1"/>
      <w:numFmt w:val="decimal"/>
      <w:lvlText w:val="%7."/>
      <w:lvlJc w:val="left"/>
      <w:pPr>
        <w:ind w:left="5040" w:hanging="360"/>
      </w:pPr>
    </w:lvl>
    <w:lvl w:ilvl="7" w:tplc="46D4820C">
      <w:start w:val="1"/>
      <w:numFmt w:val="lowerLetter"/>
      <w:lvlText w:val="%8."/>
      <w:lvlJc w:val="left"/>
      <w:pPr>
        <w:ind w:left="5760" w:hanging="360"/>
      </w:pPr>
    </w:lvl>
    <w:lvl w:ilvl="8" w:tplc="960E1F60">
      <w:start w:val="1"/>
      <w:numFmt w:val="lowerRoman"/>
      <w:lvlText w:val="%9."/>
      <w:lvlJc w:val="right"/>
      <w:pPr>
        <w:ind w:left="6480" w:hanging="180"/>
      </w:pPr>
    </w:lvl>
  </w:abstractNum>
  <w:abstractNum w:abstractNumId="14" w15:restartNumberingAfterBreak="0">
    <w:nsid w:val="6E3674F1"/>
    <w:multiLevelType w:val="hybridMultilevel"/>
    <w:tmpl w:val="24E6CCFC"/>
    <w:lvl w:ilvl="0" w:tplc="6022844C">
      <w:start w:val="1"/>
      <w:numFmt w:val="upperLetter"/>
      <w:lvlText w:val="%1."/>
      <w:lvlJc w:val="left"/>
      <w:pPr>
        <w:ind w:left="720" w:hanging="360"/>
      </w:pPr>
    </w:lvl>
    <w:lvl w:ilvl="1" w:tplc="DDACA1D6">
      <w:start w:val="1"/>
      <w:numFmt w:val="lowerLetter"/>
      <w:lvlText w:val="%2."/>
      <w:lvlJc w:val="left"/>
      <w:pPr>
        <w:ind w:left="1440" w:hanging="360"/>
      </w:pPr>
    </w:lvl>
    <w:lvl w:ilvl="2" w:tplc="FC804B5C">
      <w:start w:val="1"/>
      <w:numFmt w:val="lowerRoman"/>
      <w:lvlText w:val="%3."/>
      <w:lvlJc w:val="right"/>
      <w:pPr>
        <w:ind w:left="2160" w:hanging="180"/>
      </w:pPr>
    </w:lvl>
    <w:lvl w:ilvl="3" w:tplc="916A1144">
      <w:start w:val="1"/>
      <w:numFmt w:val="decimal"/>
      <w:lvlText w:val="%4."/>
      <w:lvlJc w:val="left"/>
      <w:pPr>
        <w:ind w:left="2880" w:hanging="360"/>
      </w:pPr>
    </w:lvl>
    <w:lvl w:ilvl="4" w:tplc="9B84C218">
      <w:start w:val="1"/>
      <w:numFmt w:val="lowerLetter"/>
      <w:lvlText w:val="%5."/>
      <w:lvlJc w:val="left"/>
      <w:pPr>
        <w:ind w:left="3600" w:hanging="360"/>
      </w:pPr>
    </w:lvl>
    <w:lvl w:ilvl="5" w:tplc="A2C6FB94">
      <w:start w:val="1"/>
      <w:numFmt w:val="lowerRoman"/>
      <w:lvlText w:val="%6."/>
      <w:lvlJc w:val="right"/>
      <w:pPr>
        <w:ind w:left="4320" w:hanging="180"/>
      </w:pPr>
    </w:lvl>
    <w:lvl w:ilvl="6" w:tplc="0B8EB84A">
      <w:start w:val="1"/>
      <w:numFmt w:val="decimal"/>
      <w:lvlText w:val="%7."/>
      <w:lvlJc w:val="left"/>
      <w:pPr>
        <w:ind w:left="5040" w:hanging="360"/>
      </w:pPr>
    </w:lvl>
    <w:lvl w:ilvl="7" w:tplc="8C4A95F8">
      <w:start w:val="1"/>
      <w:numFmt w:val="lowerLetter"/>
      <w:lvlText w:val="%8."/>
      <w:lvlJc w:val="left"/>
      <w:pPr>
        <w:ind w:left="5760" w:hanging="360"/>
      </w:pPr>
    </w:lvl>
    <w:lvl w:ilvl="8" w:tplc="B6E62D16">
      <w:start w:val="1"/>
      <w:numFmt w:val="lowerRoman"/>
      <w:lvlText w:val="%9."/>
      <w:lvlJc w:val="right"/>
      <w:pPr>
        <w:ind w:left="6480" w:hanging="180"/>
      </w:pPr>
    </w:lvl>
  </w:abstractNum>
  <w:num w:numId="1">
    <w:abstractNumId w:val="14"/>
  </w:num>
  <w:num w:numId="2">
    <w:abstractNumId w:val="10"/>
  </w:num>
  <w:num w:numId="3">
    <w:abstractNumId w:val="9"/>
  </w:num>
  <w:num w:numId="4">
    <w:abstractNumId w:val="13"/>
  </w:num>
  <w:num w:numId="5">
    <w:abstractNumId w:val="12"/>
  </w:num>
  <w:num w:numId="6">
    <w:abstractNumId w:val="11"/>
  </w:num>
  <w:num w:numId="7">
    <w:abstractNumId w:val="8"/>
  </w:num>
  <w:num w:numId="8">
    <w:abstractNumId w:val="6"/>
  </w:num>
  <w:num w:numId="9">
    <w:abstractNumId w:val="5"/>
  </w:num>
  <w:num w:numId="10">
    <w:abstractNumId w:val="4"/>
  </w:num>
  <w:num w:numId="11">
    <w:abstractNumId w:val="7"/>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7C73"/>
    <w:rsid w:val="00145392"/>
    <w:rsid w:val="00146874"/>
    <w:rsid w:val="0015074B"/>
    <w:rsid w:val="00174702"/>
    <w:rsid w:val="00242F60"/>
    <w:rsid w:val="0029639D"/>
    <w:rsid w:val="00326F90"/>
    <w:rsid w:val="00331FC7"/>
    <w:rsid w:val="004B3D82"/>
    <w:rsid w:val="004F0588"/>
    <w:rsid w:val="00580217"/>
    <w:rsid w:val="005C817A"/>
    <w:rsid w:val="006039A1"/>
    <w:rsid w:val="00623B83"/>
    <w:rsid w:val="0062B351"/>
    <w:rsid w:val="00656D75"/>
    <w:rsid w:val="006A32F8"/>
    <w:rsid w:val="006C3413"/>
    <w:rsid w:val="006C75DF"/>
    <w:rsid w:val="00787694"/>
    <w:rsid w:val="007A1400"/>
    <w:rsid w:val="007C61D4"/>
    <w:rsid w:val="007D1517"/>
    <w:rsid w:val="00847D25"/>
    <w:rsid w:val="009201AC"/>
    <w:rsid w:val="009302E9"/>
    <w:rsid w:val="00971822"/>
    <w:rsid w:val="00977BB5"/>
    <w:rsid w:val="00983FCB"/>
    <w:rsid w:val="009C03B4"/>
    <w:rsid w:val="009F302E"/>
    <w:rsid w:val="009F6E96"/>
    <w:rsid w:val="00A00ED0"/>
    <w:rsid w:val="00AA1D8D"/>
    <w:rsid w:val="00AD6ACD"/>
    <w:rsid w:val="00B47730"/>
    <w:rsid w:val="00B53CD2"/>
    <w:rsid w:val="00B77428"/>
    <w:rsid w:val="00B81606"/>
    <w:rsid w:val="00BE6A5D"/>
    <w:rsid w:val="00C13008"/>
    <w:rsid w:val="00C61E2C"/>
    <w:rsid w:val="00C91CD5"/>
    <w:rsid w:val="00C92154"/>
    <w:rsid w:val="00CB0664"/>
    <w:rsid w:val="00CD2770"/>
    <w:rsid w:val="00CF6F80"/>
    <w:rsid w:val="00D6262F"/>
    <w:rsid w:val="00D839CE"/>
    <w:rsid w:val="00D91E77"/>
    <w:rsid w:val="00D960CE"/>
    <w:rsid w:val="00DD51C9"/>
    <w:rsid w:val="00DE5100"/>
    <w:rsid w:val="00E20F17"/>
    <w:rsid w:val="00E8383D"/>
    <w:rsid w:val="00F16585"/>
    <w:rsid w:val="00F37EDF"/>
    <w:rsid w:val="00F47E2F"/>
    <w:rsid w:val="00FC693F"/>
    <w:rsid w:val="028EB9F2"/>
    <w:rsid w:val="02D4D2B4"/>
    <w:rsid w:val="0382E046"/>
    <w:rsid w:val="03F1E4D8"/>
    <w:rsid w:val="04620564"/>
    <w:rsid w:val="06CA3580"/>
    <w:rsid w:val="084ADAC2"/>
    <w:rsid w:val="086AC3F5"/>
    <w:rsid w:val="098DE445"/>
    <w:rsid w:val="0A1C7694"/>
    <w:rsid w:val="0C9C8A39"/>
    <w:rsid w:val="0D80E12A"/>
    <w:rsid w:val="0D878DAB"/>
    <w:rsid w:val="0E1F907C"/>
    <w:rsid w:val="0E9234ED"/>
    <w:rsid w:val="0F39B263"/>
    <w:rsid w:val="0F51EBF2"/>
    <w:rsid w:val="0FA37F9D"/>
    <w:rsid w:val="100E9C8C"/>
    <w:rsid w:val="1057616E"/>
    <w:rsid w:val="10C4C4C7"/>
    <w:rsid w:val="1108FD00"/>
    <w:rsid w:val="11302946"/>
    <w:rsid w:val="1465CE17"/>
    <w:rsid w:val="14A486BE"/>
    <w:rsid w:val="155230E9"/>
    <w:rsid w:val="15B7C3A7"/>
    <w:rsid w:val="165322A1"/>
    <w:rsid w:val="16F59334"/>
    <w:rsid w:val="1797D4AD"/>
    <w:rsid w:val="187BA0CA"/>
    <w:rsid w:val="1ACEEAE6"/>
    <w:rsid w:val="1B207523"/>
    <w:rsid w:val="1B6E79EE"/>
    <w:rsid w:val="1BB33B91"/>
    <w:rsid w:val="1C6F8D66"/>
    <w:rsid w:val="1C987D7A"/>
    <w:rsid w:val="1CC58E43"/>
    <w:rsid w:val="1DAFEBB1"/>
    <w:rsid w:val="1F013AD6"/>
    <w:rsid w:val="1F22E7CD"/>
    <w:rsid w:val="1FCEC0E9"/>
    <w:rsid w:val="20B4D396"/>
    <w:rsid w:val="21F2CD41"/>
    <w:rsid w:val="233EBD45"/>
    <w:rsid w:val="23607A4B"/>
    <w:rsid w:val="24B3FF31"/>
    <w:rsid w:val="256FADC0"/>
    <w:rsid w:val="26085858"/>
    <w:rsid w:val="2697FFFA"/>
    <w:rsid w:val="269D258A"/>
    <w:rsid w:val="27654883"/>
    <w:rsid w:val="28569C72"/>
    <w:rsid w:val="2A5C238B"/>
    <w:rsid w:val="2B51F43C"/>
    <w:rsid w:val="2C93F4E2"/>
    <w:rsid w:val="2C9C531E"/>
    <w:rsid w:val="2EBC83B8"/>
    <w:rsid w:val="2FA52C6E"/>
    <w:rsid w:val="307806F1"/>
    <w:rsid w:val="31835AD3"/>
    <w:rsid w:val="3284C10A"/>
    <w:rsid w:val="356A326C"/>
    <w:rsid w:val="3587258A"/>
    <w:rsid w:val="35DEF6AE"/>
    <w:rsid w:val="3695FD1A"/>
    <w:rsid w:val="37ACA604"/>
    <w:rsid w:val="37C91635"/>
    <w:rsid w:val="391392E6"/>
    <w:rsid w:val="39B292E3"/>
    <w:rsid w:val="3A0AB459"/>
    <w:rsid w:val="3C3A87B3"/>
    <w:rsid w:val="3D51F169"/>
    <w:rsid w:val="3D5F99A9"/>
    <w:rsid w:val="3D7D90C1"/>
    <w:rsid w:val="40B9FB59"/>
    <w:rsid w:val="4242A101"/>
    <w:rsid w:val="42ECE1F7"/>
    <w:rsid w:val="45787538"/>
    <w:rsid w:val="469734F1"/>
    <w:rsid w:val="47A2AFDD"/>
    <w:rsid w:val="48A1C373"/>
    <w:rsid w:val="495A2378"/>
    <w:rsid w:val="4A4BA6F3"/>
    <w:rsid w:val="4A6CB5F0"/>
    <w:rsid w:val="4AE17271"/>
    <w:rsid w:val="4AF308C3"/>
    <w:rsid w:val="4B5926AC"/>
    <w:rsid w:val="4EEDF45C"/>
    <w:rsid w:val="51B6FDEE"/>
    <w:rsid w:val="526BF5C8"/>
    <w:rsid w:val="5299826E"/>
    <w:rsid w:val="5305B318"/>
    <w:rsid w:val="53E66538"/>
    <w:rsid w:val="5451E6FB"/>
    <w:rsid w:val="5490F199"/>
    <w:rsid w:val="5498960D"/>
    <w:rsid w:val="5561AAB3"/>
    <w:rsid w:val="556401BD"/>
    <w:rsid w:val="57F973BE"/>
    <w:rsid w:val="58125583"/>
    <w:rsid w:val="58F8F194"/>
    <w:rsid w:val="5995192B"/>
    <w:rsid w:val="5B0B3FBF"/>
    <w:rsid w:val="5C5540D2"/>
    <w:rsid w:val="5D3AA058"/>
    <w:rsid w:val="5DF47DCB"/>
    <w:rsid w:val="5E048D16"/>
    <w:rsid w:val="5E39B152"/>
    <w:rsid w:val="5E45B2E6"/>
    <w:rsid w:val="5E7B2BEA"/>
    <w:rsid w:val="5E7B7C0B"/>
    <w:rsid w:val="61B3025B"/>
    <w:rsid w:val="61CE1E6D"/>
    <w:rsid w:val="61DE1D04"/>
    <w:rsid w:val="61E1026A"/>
    <w:rsid w:val="628B5873"/>
    <w:rsid w:val="62C706A6"/>
    <w:rsid w:val="63C8F195"/>
    <w:rsid w:val="6641BDAB"/>
    <w:rsid w:val="669A712F"/>
    <w:rsid w:val="6794B542"/>
    <w:rsid w:val="67AE36B4"/>
    <w:rsid w:val="6819F15F"/>
    <w:rsid w:val="696D7CC8"/>
    <w:rsid w:val="69B2D499"/>
    <w:rsid w:val="6AB381E7"/>
    <w:rsid w:val="6B20DD53"/>
    <w:rsid w:val="6E794C03"/>
    <w:rsid w:val="6EF25F0A"/>
    <w:rsid w:val="6F9CDCD4"/>
    <w:rsid w:val="6FA4342D"/>
    <w:rsid w:val="705403FF"/>
    <w:rsid w:val="705E8023"/>
    <w:rsid w:val="708928E8"/>
    <w:rsid w:val="719DAA3E"/>
    <w:rsid w:val="71B47098"/>
    <w:rsid w:val="7250CD80"/>
    <w:rsid w:val="72811FCD"/>
    <w:rsid w:val="73ABB4FF"/>
    <w:rsid w:val="74A60343"/>
    <w:rsid w:val="75B68F43"/>
    <w:rsid w:val="7999EA6C"/>
    <w:rsid w:val="7B82D029"/>
    <w:rsid w:val="7BBD6AE5"/>
    <w:rsid w:val="7C3C68C1"/>
    <w:rsid w:val="7DAEC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30"/>
  <w15:docId w15:val="{B77365F8-8811-45F8-8794-CF0F83AB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11"/>
      </w:numPr>
      <w:contextualSpacing/>
    </w:pPr>
  </w:style>
  <w:style w:type="paragraph" w:styleId="ListNumber2">
    <w:name w:val="List Number 2"/>
    <w:basedOn w:val="Normal"/>
    <w:uiPriority w:val="99"/>
    <w:unhideWhenUsed/>
    <w:rsid w:val="0029639D"/>
    <w:pPr>
      <w:numPr>
        <w:numId w:val="12"/>
      </w:numPr>
      <w:contextualSpacing/>
    </w:pPr>
  </w:style>
  <w:style w:type="paragraph" w:styleId="ListNumber3">
    <w:name w:val="List Number 3"/>
    <w:basedOn w:val="Normal"/>
    <w:uiPriority w:val="99"/>
    <w:unhideWhenUsed/>
    <w:rsid w:val="0029639D"/>
    <w:pPr>
      <w:numPr>
        <w:numId w:val="13"/>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6FA4342D"/>
    <w:rPr>
      <w:color w:val="0000FF"/>
      <w:u w:val="single"/>
    </w:rPr>
  </w:style>
  <w:style w:type="character" w:styleId="PlaceholderText">
    <w:name w:val="Placeholder Text"/>
    <w:basedOn w:val="DefaultParagraphFont"/>
    <w:uiPriority w:val="99"/>
    <w:semiHidden/>
    <w:rsid w:val="00C61E2C"/>
    <w:rPr>
      <w:color w:val="808080"/>
    </w:rPr>
  </w:style>
  <w:style w:type="character" w:customStyle="1" w:styleId="Style1">
    <w:name w:val="Style1"/>
    <w:basedOn w:val="DefaultParagraphFont"/>
    <w:uiPriority w:val="1"/>
    <w:rsid w:val="00DD51C9"/>
    <w:rPr>
      <w:rFonts w:ascii="Mistral" w:hAnsi="Mistral"/>
      <w:sz w:val="32"/>
    </w:rPr>
  </w:style>
  <w:style w:type="character" w:customStyle="1" w:styleId="Style2">
    <w:name w:val="Style2"/>
    <w:basedOn w:val="DefaultParagraphFont"/>
    <w:uiPriority w:val="1"/>
    <w:rsid w:val="00DD51C9"/>
    <w:rPr>
      <w:rFonts w:ascii="Mistral" w:hAnsi="Mistral"/>
      <w:sz w:val="32"/>
    </w:rPr>
  </w:style>
  <w:style w:type="character" w:customStyle="1" w:styleId="Style3">
    <w:name w:val="Style3"/>
    <w:basedOn w:val="DefaultParagraphFont"/>
    <w:uiPriority w:val="1"/>
    <w:rsid w:val="00DD51C9"/>
    <w:rPr>
      <w:rFonts w:ascii="Mistral" w:hAnsi="Mistr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alac.org/the-guide/" TargetMode="External"/><Relationship Id="rId13" Type="http://schemas.openxmlformats.org/officeDocument/2006/relationships/hyperlink" Target="https://www.aaalac.org/pub/?id=DCA7747C-FBCC-D8B2-F93C-F9249E530DC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aalac.org/pub/?id=E9019213-EE55-98AB-F68E-EF2B10C313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as.org/docs/default-source/default-document-library/agguide_4th.pdf?sfvrsn=56b44ed1_2" TargetMode="External"/><Relationship Id="rId5" Type="http://schemas.openxmlformats.org/officeDocument/2006/relationships/webSettings" Target="webSettings.xml"/><Relationship Id="rId15" Type="http://schemas.openxmlformats.org/officeDocument/2006/relationships/hyperlink" Target="https://www.aaalac.org/pub/?id=E90180D2-EE29-8F8B-A493-AC0C8F911AAC" TargetMode="External"/><Relationship Id="rId10" Type="http://schemas.openxmlformats.org/officeDocument/2006/relationships/hyperlink" Target="https://www.aaalac.org/the-guide/" TargetMode="External"/><Relationship Id="rId19" Type="http://schemas.openxmlformats.org/officeDocument/2006/relationships/glossaryDocument" Target="glossary/document.xml"/><Relationship Id="R9f96a0e5964c412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aaalac.org/the-guide/" TargetMode="External"/><Relationship Id="rId14" Type="http://schemas.openxmlformats.org/officeDocument/2006/relationships/hyperlink" Target="https://www.aaalac.org/pub/?id=E9018E7B-F482-C1E4-934B-A415AE4ED86B"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BB59B376-0E90-4D6C-ADF3-1091D0E34940}"/>
      </w:docPartPr>
      <w:docPartBody>
        <w:p w:rsidR="00466EB4" w:rsidRDefault="00466EB4">
          <w:r w:rsidRPr="0067437D">
            <w:rPr>
              <w:rStyle w:val="PlaceholderText"/>
            </w:rPr>
            <w:t>Click or tap here to enter text.</w:t>
          </w:r>
        </w:p>
      </w:docPartBody>
    </w:docPart>
    <w:docPart>
      <w:docPartPr>
        <w:name w:val="9AEAA8A00F984FD5847384CF8071FCCB"/>
        <w:category>
          <w:name w:val="General"/>
          <w:gallery w:val="placeholder"/>
        </w:category>
        <w:types>
          <w:type w:val="bbPlcHdr"/>
        </w:types>
        <w:behaviors>
          <w:behavior w:val="content"/>
        </w:behaviors>
        <w:guid w:val="{94B9AA14-4D43-4723-A2FE-E32275D91B23}"/>
      </w:docPartPr>
      <w:docPartBody>
        <w:p w:rsidR="00CE1639" w:rsidRDefault="00A84C0F" w:rsidP="00A84C0F">
          <w:pPr>
            <w:pStyle w:val="9AEAA8A00F984FD5847384CF8071FCCB16"/>
          </w:pPr>
          <w:r w:rsidRPr="006039A1">
            <w:rPr>
              <w:rStyle w:val="PlaceholderText"/>
              <w:color w:val="4472C4" w:themeColor="accent1"/>
            </w:rPr>
            <w:t>Click or tap here to enter text.</w:t>
          </w:r>
        </w:p>
      </w:docPartBody>
    </w:docPart>
    <w:docPart>
      <w:docPartPr>
        <w:name w:val="9FED240ED8DB493AB11F00E518F2C760"/>
        <w:category>
          <w:name w:val="General"/>
          <w:gallery w:val="placeholder"/>
        </w:category>
        <w:types>
          <w:type w:val="bbPlcHdr"/>
        </w:types>
        <w:behaviors>
          <w:behavior w:val="content"/>
        </w:behaviors>
        <w:guid w:val="{E1C00473-F82F-46F6-A428-D39F17E637D4}"/>
      </w:docPartPr>
      <w:docPartBody>
        <w:p w:rsidR="00CE1639" w:rsidRDefault="00A84C0F" w:rsidP="00A84C0F">
          <w:pPr>
            <w:pStyle w:val="9FED240ED8DB493AB11F00E518F2C76016"/>
          </w:pPr>
          <w:r w:rsidRPr="0067437D">
            <w:rPr>
              <w:rStyle w:val="PlaceholderText"/>
            </w:rPr>
            <w:t>Click or tap here to enter text.</w:t>
          </w:r>
        </w:p>
      </w:docPartBody>
    </w:docPart>
    <w:docPart>
      <w:docPartPr>
        <w:name w:val="D98A882CE73A40798FBE612427882093"/>
        <w:category>
          <w:name w:val="General"/>
          <w:gallery w:val="placeholder"/>
        </w:category>
        <w:types>
          <w:type w:val="bbPlcHdr"/>
        </w:types>
        <w:behaviors>
          <w:behavior w:val="content"/>
        </w:behaviors>
        <w:guid w:val="{FFE813EB-339B-4725-BA7A-6377CA3C2E91}"/>
      </w:docPartPr>
      <w:docPartBody>
        <w:p w:rsidR="00CE1639" w:rsidRDefault="00A84C0F" w:rsidP="00A84C0F">
          <w:pPr>
            <w:pStyle w:val="D98A882CE73A40798FBE61242788209316"/>
          </w:pPr>
          <w:r w:rsidRPr="0067437D">
            <w:rPr>
              <w:rStyle w:val="PlaceholderText"/>
            </w:rPr>
            <w:t>Click or tap here to enter text.</w:t>
          </w:r>
        </w:p>
      </w:docPartBody>
    </w:docPart>
    <w:docPart>
      <w:docPartPr>
        <w:name w:val="C63AB792D8704E34A72EB2DDDCE53CD4"/>
        <w:category>
          <w:name w:val="General"/>
          <w:gallery w:val="placeholder"/>
        </w:category>
        <w:types>
          <w:type w:val="bbPlcHdr"/>
        </w:types>
        <w:behaviors>
          <w:behavior w:val="content"/>
        </w:behaviors>
        <w:guid w:val="{A0148C10-5004-48C7-8ADC-AA910F2B60D0}"/>
      </w:docPartPr>
      <w:docPartBody>
        <w:p w:rsidR="00CE1639" w:rsidRDefault="00A84C0F" w:rsidP="00A84C0F">
          <w:pPr>
            <w:pStyle w:val="C63AB792D8704E34A72EB2DDDCE53CD416"/>
          </w:pPr>
          <w:r w:rsidRPr="0067437D">
            <w:rPr>
              <w:rStyle w:val="PlaceholderText"/>
            </w:rPr>
            <w:t>Click or tap here to enter text.</w:t>
          </w:r>
        </w:p>
      </w:docPartBody>
    </w:docPart>
    <w:docPart>
      <w:docPartPr>
        <w:name w:val="8325075121064DAAAEF164CED23B2A92"/>
        <w:category>
          <w:name w:val="General"/>
          <w:gallery w:val="placeholder"/>
        </w:category>
        <w:types>
          <w:type w:val="bbPlcHdr"/>
        </w:types>
        <w:behaviors>
          <w:behavior w:val="content"/>
        </w:behaviors>
        <w:guid w:val="{6E186727-C881-4BE2-AAD7-24DF63EDB2A2}"/>
      </w:docPartPr>
      <w:docPartBody>
        <w:p w:rsidR="00CE1639" w:rsidRDefault="00A84C0F" w:rsidP="00A84C0F">
          <w:pPr>
            <w:pStyle w:val="8325075121064DAAAEF164CED23B2A9216"/>
          </w:pPr>
          <w:r w:rsidRPr="0067437D">
            <w:rPr>
              <w:rStyle w:val="PlaceholderText"/>
            </w:rPr>
            <w:t>Click or tap here to enter text.</w:t>
          </w:r>
        </w:p>
      </w:docPartBody>
    </w:docPart>
    <w:docPart>
      <w:docPartPr>
        <w:name w:val="F6F583F428324ED7B7212D51DE672958"/>
        <w:category>
          <w:name w:val="General"/>
          <w:gallery w:val="placeholder"/>
        </w:category>
        <w:types>
          <w:type w:val="bbPlcHdr"/>
        </w:types>
        <w:behaviors>
          <w:behavior w:val="content"/>
        </w:behaviors>
        <w:guid w:val="{17613B57-AD13-4B84-9A8A-19B7438A7253}"/>
      </w:docPartPr>
      <w:docPartBody>
        <w:p w:rsidR="00CE1639" w:rsidRDefault="00A84C0F" w:rsidP="00A84C0F">
          <w:pPr>
            <w:pStyle w:val="F6F583F428324ED7B7212D51DE67295816"/>
          </w:pPr>
          <w:r w:rsidRPr="0067437D">
            <w:rPr>
              <w:rStyle w:val="PlaceholderText"/>
            </w:rPr>
            <w:t>Click or tap here to enter text.</w:t>
          </w:r>
        </w:p>
      </w:docPartBody>
    </w:docPart>
    <w:docPart>
      <w:docPartPr>
        <w:name w:val="B9A48EF9F3354B43B596B1EBC93E0E4E"/>
        <w:category>
          <w:name w:val="General"/>
          <w:gallery w:val="placeholder"/>
        </w:category>
        <w:types>
          <w:type w:val="bbPlcHdr"/>
        </w:types>
        <w:behaviors>
          <w:behavior w:val="content"/>
        </w:behaviors>
        <w:guid w:val="{47A6B825-8CFC-4A9E-8E06-6E58AFE8C159}"/>
      </w:docPartPr>
      <w:docPartBody>
        <w:p w:rsidR="00CE1639" w:rsidRDefault="00A84C0F" w:rsidP="00A84C0F">
          <w:pPr>
            <w:pStyle w:val="B9A48EF9F3354B43B596B1EBC93E0E4E16"/>
          </w:pPr>
          <w:r w:rsidRPr="0067437D">
            <w:rPr>
              <w:rStyle w:val="PlaceholderText"/>
            </w:rPr>
            <w:t>Click or tap here to enter text.</w:t>
          </w:r>
        </w:p>
      </w:docPartBody>
    </w:docPart>
    <w:docPart>
      <w:docPartPr>
        <w:name w:val="787A2DCDAB554E0EA58B0872C6E38899"/>
        <w:category>
          <w:name w:val="General"/>
          <w:gallery w:val="placeholder"/>
        </w:category>
        <w:types>
          <w:type w:val="bbPlcHdr"/>
        </w:types>
        <w:behaviors>
          <w:behavior w:val="content"/>
        </w:behaviors>
        <w:guid w:val="{D73186DC-540B-45FA-8345-720CB28F9C9C}"/>
      </w:docPartPr>
      <w:docPartBody>
        <w:p w:rsidR="00CE1639" w:rsidRDefault="00A84C0F" w:rsidP="00A84C0F">
          <w:pPr>
            <w:pStyle w:val="787A2DCDAB554E0EA58B0872C6E3889916"/>
          </w:pPr>
          <w:r w:rsidRPr="0067437D">
            <w:rPr>
              <w:rStyle w:val="PlaceholderText"/>
            </w:rPr>
            <w:t>Click or tap here to enter text.</w:t>
          </w:r>
        </w:p>
      </w:docPartBody>
    </w:docPart>
    <w:docPart>
      <w:docPartPr>
        <w:name w:val="F3110C8EF21E4CA89159D23FFD139291"/>
        <w:category>
          <w:name w:val="General"/>
          <w:gallery w:val="placeholder"/>
        </w:category>
        <w:types>
          <w:type w:val="bbPlcHdr"/>
        </w:types>
        <w:behaviors>
          <w:behavior w:val="content"/>
        </w:behaviors>
        <w:guid w:val="{B606E1C8-D2D0-41B2-BB9C-C91EEA617A49}"/>
      </w:docPartPr>
      <w:docPartBody>
        <w:p w:rsidR="00CE1639" w:rsidRDefault="00A84C0F" w:rsidP="00A84C0F">
          <w:pPr>
            <w:pStyle w:val="F3110C8EF21E4CA89159D23FFD13929116"/>
          </w:pPr>
          <w:r w:rsidRPr="0067437D">
            <w:rPr>
              <w:rStyle w:val="PlaceholderText"/>
            </w:rPr>
            <w:t>Click or tap here to enter text.</w:t>
          </w:r>
        </w:p>
      </w:docPartBody>
    </w:docPart>
    <w:docPart>
      <w:docPartPr>
        <w:name w:val="10BA430DF3F042408257D556DDA650E9"/>
        <w:category>
          <w:name w:val="General"/>
          <w:gallery w:val="placeholder"/>
        </w:category>
        <w:types>
          <w:type w:val="bbPlcHdr"/>
        </w:types>
        <w:behaviors>
          <w:behavior w:val="content"/>
        </w:behaviors>
        <w:guid w:val="{BA465219-3D13-412B-A0D4-7F34079BBFE4}"/>
      </w:docPartPr>
      <w:docPartBody>
        <w:p w:rsidR="00CE1639" w:rsidRDefault="00A84C0F" w:rsidP="00A84C0F">
          <w:pPr>
            <w:pStyle w:val="10BA430DF3F042408257D556DDA650E916"/>
          </w:pPr>
          <w:r w:rsidRPr="0067437D">
            <w:rPr>
              <w:rStyle w:val="PlaceholderText"/>
            </w:rPr>
            <w:t>Click or tap here to enter text.</w:t>
          </w:r>
        </w:p>
      </w:docPartBody>
    </w:docPart>
    <w:docPart>
      <w:docPartPr>
        <w:name w:val="28F6434D1F46457CB9A6E4A1A5BCEB46"/>
        <w:category>
          <w:name w:val="General"/>
          <w:gallery w:val="placeholder"/>
        </w:category>
        <w:types>
          <w:type w:val="bbPlcHdr"/>
        </w:types>
        <w:behaviors>
          <w:behavior w:val="content"/>
        </w:behaviors>
        <w:guid w:val="{7737CA22-5512-4705-BB6B-DDFA4108E9FA}"/>
      </w:docPartPr>
      <w:docPartBody>
        <w:p w:rsidR="00CE1639" w:rsidRDefault="00A84C0F" w:rsidP="00A84C0F">
          <w:pPr>
            <w:pStyle w:val="28F6434D1F46457CB9A6E4A1A5BCEB4616"/>
          </w:pPr>
          <w:r w:rsidRPr="1108FD00">
            <w:rPr>
              <w:rStyle w:val="PlaceholderText"/>
            </w:rPr>
            <w:t>Click or tap here to enter text.</w:t>
          </w:r>
        </w:p>
      </w:docPartBody>
    </w:docPart>
    <w:docPart>
      <w:docPartPr>
        <w:name w:val="32E44D96ADBC4BD0AF4E12DA5F70D387"/>
        <w:category>
          <w:name w:val="General"/>
          <w:gallery w:val="placeholder"/>
        </w:category>
        <w:types>
          <w:type w:val="bbPlcHdr"/>
        </w:types>
        <w:behaviors>
          <w:behavior w:val="content"/>
        </w:behaviors>
        <w:guid w:val="{3D4D6DF9-2B35-470B-8528-FEE3D3E31367}"/>
      </w:docPartPr>
      <w:docPartBody>
        <w:p w:rsidR="00CE1639" w:rsidRDefault="00A84C0F" w:rsidP="00A84C0F">
          <w:pPr>
            <w:pStyle w:val="32E44D96ADBC4BD0AF4E12DA5F70D38716"/>
          </w:pPr>
          <w:r w:rsidRPr="0067437D">
            <w:rPr>
              <w:rStyle w:val="PlaceholderText"/>
            </w:rPr>
            <w:t>Click or tap here to enter text.</w:t>
          </w:r>
        </w:p>
      </w:docPartBody>
    </w:docPart>
    <w:docPart>
      <w:docPartPr>
        <w:name w:val="DACDF91E0E714B2E85D8C6CF3F3786FA"/>
        <w:category>
          <w:name w:val="General"/>
          <w:gallery w:val="placeholder"/>
        </w:category>
        <w:types>
          <w:type w:val="bbPlcHdr"/>
        </w:types>
        <w:behaviors>
          <w:behavior w:val="content"/>
        </w:behaviors>
        <w:guid w:val="{EF7D5844-DA1B-4A51-97C1-71E893718D2B}"/>
      </w:docPartPr>
      <w:docPartBody>
        <w:p w:rsidR="00CE1639" w:rsidRDefault="00A84C0F" w:rsidP="00A84C0F">
          <w:pPr>
            <w:pStyle w:val="DACDF91E0E714B2E85D8C6CF3F3786FA16"/>
          </w:pPr>
          <w:r w:rsidRPr="0067437D">
            <w:rPr>
              <w:rStyle w:val="PlaceholderText"/>
            </w:rPr>
            <w:t>Click or tap here to enter text.</w:t>
          </w:r>
        </w:p>
      </w:docPartBody>
    </w:docPart>
    <w:docPart>
      <w:docPartPr>
        <w:name w:val="4F891DA38BB04C7D80A1B2F6AF074ED1"/>
        <w:category>
          <w:name w:val="General"/>
          <w:gallery w:val="placeholder"/>
        </w:category>
        <w:types>
          <w:type w:val="bbPlcHdr"/>
        </w:types>
        <w:behaviors>
          <w:behavior w:val="content"/>
        </w:behaviors>
        <w:guid w:val="{CE96856B-4FF9-4E22-8288-29A6F10A17AE}"/>
      </w:docPartPr>
      <w:docPartBody>
        <w:p w:rsidR="00CE1639" w:rsidRDefault="00A84C0F" w:rsidP="00A84C0F">
          <w:pPr>
            <w:pStyle w:val="4F891DA38BB04C7D80A1B2F6AF074ED116"/>
          </w:pPr>
          <w:r w:rsidRPr="0067437D">
            <w:rPr>
              <w:rStyle w:val="PlaceholderText"/>
            </w:rPr>
            <w:t>Click or tap here to enter text.</w:t>
          </w:r>
        </w:p>
      </w:docPartBody>
    </w:docPart>
    <w:docPart>
      <w:docPartPr>
        <w:name w:val="1D699CF0F0B8413BB79800EA3A63640D"/>
        <w:category>
          <w:name w:val="General"/>
          <w:gallery w:val="placeholder"/>
        </w:category>
        <w:types>
          <w:type w:val="bbPlcHdr"/>
        </w:types>
        <w:behaviors>
          <w:behavior w:val="content"/>
        </w:behaviors>
        <w:guid w:val="{7F66C964-725C-4C1B-9EF1-D66970BBB4B2}"/>
      </w:docPartPr>
      <w:docPartBody>
        <w:p w:rsidR="00CE1639" w:rsidRDefault="00A84C0F" w:rsidP="00A84C0F">
          <w:pPr>
            <w:pStyle w:val="1D699CF0F0B8413BB79800EA3A63640D16"/>
          </w:pPr>
          <w:r w:rsidRPr="0067437D">
            <w:rPr>
              <w:rStyle w:val="PlaceholderText"/>
            </w:rPr>
            <w:t>Click or tap here to enter text.</w:t>
          </w:r>
        </w:p>
      </w:docPartBody>
    </w:docPart>
    <w:docPart>
      <w:docPartPr>
        <w:name w:val="A89EBA4095394ECE9127A0D754117362"/>
        <w:category>
          <w:name w:val="General"/>
          <w:gallery w:val="placeholder"/>
        </w:category>
        <w:types>
          <w:type w:val="bbPlcHdr"/>
        </w:types>
        <w:behaviors>
          <w:behavior w:val="content"/>
        </w:behaviors>
        <w:guid w:val="{E6BA1342-BF84-4AEA-9DB8-04F027DBD5FF}"/>
      </w:docPartPr>
      <w:docPartBody>
        <w:p w:rsidR="00CE1639" w:rsidRDefault="00A84C0F" w:rsidP="00A84C0F">
          <w:pPr>
            <w:pStyle w:val="A89EBA4095394ECE9127A0D75411736216"/>
          </w:pPr>
          <w:r w:rsidRPr="0067437D">
            <w:rPr>
              <w:rStyle w:val="PlaceholderText"/>
            </w:rPr>
            <w:t>Click or tap here to enter text.</w:t>
          </w:r>
        </w:p>
      </w:docPartBody>
    </w:docPart>
    <w:docPart>
      <w:docPartPr>
        <w:name w:val="02153F2E9C414A6DB0981FFEC04CEECB"/>
        <w:category>
          <w:name w:val="General"/>
          <w:gallery w:val="placeholder"/>
        </w:category>
        <w:types>
          <w:type w:val="bbPlcHdr"/>
        </w:types>
        <w:behaviors>
          <w:behavior w:val="content"/>
        </w:behaviors>
        <w:guid w:val="{4161CD9C-A454-42CE-9065-E87123DEBEA0}"/>
      </w:docPartPr>
      <w:docPartBody>
        <w:p w:rsidR="00CE1639" w:rsidRDefault="00A84C0F" w:rsidP="00A84C0F">
          <w:pPr>
            <w:pStyle w:val="02153F2E9C414A6DB0981FFEC04CEECB16"/>
          </w:pPr>
          <w:r w:rsidRPr="0067437D">
            <w:rPr>
              <w:rStyle w:val="PlaceholderText"/>
            </w:rPr>
            <w:t>Click or tap here to enter text.</w:t>
          </w:r>
        </w:p>
      </w:docPartBody>
    </w:docPart>
    <w:docPart>
      <w:docPartPr>
        <w:name w:val="96A4351A239147228C2BFBF424DB1B67"/>
        <w:category>
          <w:name w:val="General"/>
          <w:gallery w:val="placeholder"/>
        </w:category>
        <w:types>
          <w:type w:val="bbPlcHdr"/>
        </w:types>
        <w:behaviors>
          <w:behavior w:val="content"/>
        </w:behaviors>
        <w:guid w:val="{BF4E2B5C-AFB2-4DA5-8986-3C3026B7FA18}"/>
      </w:docPartPr>
      <w:docPartBody>
        <w:p w:rsidR="00CE1639" w:rsidRDefault="00A84C0F" w:rsidP="00A84C0F">
          <w:pPr>
            <w:pStyle w:val="96A4351A239147228C2BFBF424DB1B6715"/>
          </w:pPr>
          <w:r w:rsidRPr="0067437D">
            <w:rPr>
              <w:rStyle w:val="PlaceholderText"/>
            </w:rPr>
            <w:t>Click or tap here to enter text.</w:t>
          </w:r>
        </w:p>
      </w:docPartBody>
    </w:docPart>
    <w:docPart>
      <w:docPartPr>
        <w:name w:val="81835CB1501A42C38BE02BEA9659E572"/>
        <w:category>
          <w:name w:val="General"/>
          <w:gallery w:val="placeholder"/>
        </w:category>
        <w:types>
          <w:type w:val="bbPlcHdr"/>
        </w:types>
        <w:behaviors>
          <w:behavior w:val="content"/>
        </w:behaviors>
        <w:guid w:val="{D5E3130F-E79A-46D5-84C4-213196359291}"/>
      </w:docPartPr>
      <w:docPartBody>
        <w:p w:rsidR="00CE1639" w:rsidRDefault="00A84C0F" w:rsidP="00A84C0F">
          <w:pPr>
            <w:pStyle w:val="81835CB1501A42C38BE02BEA9659E57215"/>
          </w:pPr>
          <w:r w:rsidRPr="0067437D">
            <w:rPr>
              <w:rStyle w:val="PlaceholderText"/>
            </w:rPr>
            <w:t>Click or tap here to enter text.</w:t>
          </w:r>
        </w:p>
      </w:docPartBody>
    </w:docPart>
    <w:docPart>
      <w:docPartPr>
        <w:name w:val="3FF8856B62A84265A5C84529C3C5D962"/>
        <w:category>
          <w:name w:val="General"/>
          <w:gallery w:val="placeholder"/>
        </w:category>
        <w:types>
          <w:type w:val="bbPlcHdr"/>
        </w:types>
        <w:behaviors>
          <w:behavior w:val="content"/>
        </w:behaviors>
        <w:guid w:val="{C0585419-E0B6-4946-860D-F5F614BA9833}"/>
      </w:docPartPr>
      <w:docPartBody>
        <w:p w:rsidR="00CE1639" w:rsidRDefault="00A84C0F" w:rsidP="00A84C0F">
          <w:pPr>
            <w:pStyle w:val="3FF8856B62A84265A5C84529C3C5D96215"/>
          </w:pPr>
          <w:r w:rsidRPr="0067437D">
            <w:rPr>
              <w:rStyle w:val="PlaceholderText"/>
            </w:rPr>
            <w:t>Click or tap here to enter text.</w:t>
          </w:r>
        </w:p>
      </w:docPartBody>
    </w:docPart>
    <w:docPart>
      <w:docPartPr>
        <w:name w:val="DBE498F6C1F9478E9256B5C3C3B8D0FE"/>
        <w:category>
          <w:name w:val="General"/>
          <w:gallery w:val="placeholder"/>
        </w:category>
        <w:types>
          <w:type w:val="bbPlcHdr"/>
        </w:types>
        <w:behaviors>
          <w:behavior w:val="content"/>
        </w:behaviors>
        <w:guid w:val="{A140ACB8-53F5-4E43-835C-7BCC252DF01B}"/>
      </w:docPartPr>
      <w:docPartBody>
        <w:p w:rsidR="00CE1639" w:rsidRDefault="00A84C0F" w:rsidP="00A84C0F">
          <w:pPr>
            <w:pStyle w:val="DBE498F6C1F9478E9256B5C3C3B8D0FE15"/>
          </w:pPr>
          <w:r w:rsidRPr="0067437D">
            <w:rPr>
              <w:rStyle w:val="PlaceholderText"/>
            </w:rPr>
            <w:t>Click or tap here to enter text.</w:t>
          </w:r>
        </w:p>
      </w:docPartBody>
    </w:docPart>
    <w:docPart>
      <w:docPartPr>
        <w:name w:val="BDE1C10464E64A0C81164B77F9A4AA5C"/>
        <w:category>
          <w:name w:val="General"/>
          <w:gallery w:val="placeholder"/>
        </w:category>
        <w:types>
          <w:type w:val="bbPlcHdr"/>
        </w:types>
        <w:behaviors>
          <w:behavior w:val="content"/>
        </w:behaviors>
        <w:guid w:val="{D0DB7D7D-6F5E-40E9-B9CF-B03B5FD47B04}"/>
      </w:docPartPr>
      <w:docPartBody>
        <w:p w:rsidR="00CE1639" w:rsidRDefault="00A84C0F" w:rsidP="00A84C0F">
          <w:pPr>
            <w:pStyle w:val="BDE1C10464E64A0C81164B77F9A4AA5C15"/>
          </w:pPr>
          <w:r w:rsidRPr="0067437D">
            <w:rPr>
              <w:rStyle w:val="PlaceholderText"/>
            </w:rPr>
            <w:t>Click or tap here to enter text.</w:t>
          </w:r>
        </w:p>
      </w:docPartBody>
    </w:docPart>
    <w:docPart>
      <w:docPartPr>
        <w:name w:val="648DBBF183FB40FAB6C79D4C05E49AA4"/>
        <w:category>
          <w:name w:val="General"/>
          <w:gallery w:val="placeholder"/>
        </w:category>
        <w:types>
          <w:type w:val="bbPlcHdr"/>
        </w:types>
        <w:behaviors>
          <w:behavior w:val="content"/>
        </w:behaviors>
        <w:guid w:val="{441471EB-3672-4A17-AA90-7D6857FF71C9}"/>
      </w:docPartPr>
      <w:docPartBody>
        <w:p w:rsidR="00CE1639" w:rsidRDefault="00A84C0F" w:rsidP="00A84C0F">
          <w:pPr>
            <w:pStyle w:val="648DBBF183FB40FAB6C79D4C05E49AA415"/>
          </w:pPr>
          <w:r w:rsidRPr="0067437D">
            <w:rPr>
              <w:rStyle w:val="PlaceholderText"/>
            </w:rPr>
            <w:t>Click or tap here to enter text.</w:t>
          </w:r>
        </w:p>
      </w:docPartBody>
    </w:docPart>
    <w:docPart>
      <w:docPartPr>
        <w:name w:val="1C09BEC26D3548A89E225D009B56BFFB"/>
        <w:category>
          <w:name w:val="General"/>
          <w:gallery w:val="placeholder"/>
        </w:category>
        <w:types>
          <w:type w:val="bbPlcHdr"/>
        </w:types>
        <w:behaviors>
          <w:behavior w:val="content"/>
        </w:behaviors>
        <w:guid w:val="{6E85EEF4-E76D-415A-AF19-AF9C7F5A1EAE}"/>
      </w:docPartPr>
      <w:docPartBody>
        <w:p w:rsidR="00CE1639" w:rsidRDefault="00A84C0F" w:rsidP="00A84C0F">
          <w:pPr>
            <w:pStyle w:val="1C09BEC26D3548A89E225D009B56BFFB15"/>
          </w:pPr>
          <w:r w:rsidRPr="0067437D">
            <w:rPr>
              <w:rStyle w:val="PlaceholderText"/>
            </w:rPr>
            <w:t>Click or tap here to enter text.</w:t>
          </w:r>
        </w:p>
      </w:docPartBody>
    </w:docPart>
    <w:docPart>
      <w:docPartPr>
        <w:name w:val="860677CA9CD4419B8300F24B017CFBBE"/>
        <w:category>
          <w:name w:val="General"/>
          <w:gallery w:val="placeholder"/>
        </w:category>
        <w:types>
          <w:type w:val="bbPlcHdr"/>
        </w:types>
        <w:behaviors>
          <w:behavior w:val="content"/>
        </w:behaviors>
        <w:guid w:val="{3C858AFD-1B3A-445D-A226-DF00B5E27C87}"/>
      </w:docPartPr>
      <w:docPartBody>
        <w:p w:rsidR="00CE1639" w:rsidRDefault="00A84C0F" w:rsidP="00A84C0F">
          <w:pPr>
            <w:pStyle w:val="860677CA9CD4419B8300F24B017CFBBE15"/>
          </w:pPr>
          <w:r w:rsidRPr="0067437D">
            <w:rPr>
              <w:rStyle w:val="PlaceholderText"/>
            </w:rPr>
            <w:t>Click or tap here to enter text.</w:t>
          </w:r>
        </w:p>
      </w:docPartBody>
    </w:docPart>
    <w:docPart>
      <w:docPartPr>
        <w:name w:val="6C42C24885A6479A8C655EDA93D92F26"/>
        <w:category>
          <w:name w:val="General"/>
          <w:gallery w:val="placeholder"/>
        </w:category>
        <w:types>
          <w:type w:val="bbPlcHdr"/>
        </w:types>
        <w:behaviors>
          <w:behavior w:val="content"/>
        </w:behaviors>
        <w:guid w:val="{EB6181A4-6809-4E7A-9A44-E2E8F52E1B29}"/>
      </w:docPartPr>
      <w:docPartBody>
        <w:p w:rsidR="00CE1639" w:rsidRDefault="00A84C0F" w:rsidP="00A84C0F">
          <w:pPr>
            <w:pStyle w:val="6C42C24885A6479A8C655EDA93D92F2615"/>
          </w:pPr>
          <w:r w:rsidRPr="0067437D">
            <w:rPr>
              <w:rStyle w:val="PlaceholderText"/>
            </w:rPr>
            <w:t>Click or tap here to enter text.</w:t>
          </w:r>
        </w:p>
      </w:docPartBody>
    </w:docPart>
    <w:docPart>
      <w:docPartPr>
        <w:name w:val="AE78C549051C42ACAB0308BC3FBFBD26"/>
        <w:category>
          <w:name w:val="General"/>
          <w:gallery w:val="placeholder"/>
        </w:category>
        <w:types>
          <w:type w:val="bbPlcHdr"/>
        </w:types>
        <w:behaviors>
          <w:behavior w:val="content"/>
        </w:behaviors>
        <w:guid w:val="{D2392A06-3DFE-4D0E-9277-24D84FC54084}"/>
      </w:docPartPr>
      <w:docPartBody>
        <w:p w:rsidR="00CE1639" w:rsidRDefault="00A84C0F" w:rsidP="00A84C0F">
          <w:pPr>
            <w:pStyle w:val="AE78C549051C42ACAB0308BC3FBFBD2615"/>
          </w:pPr>
          <w:r w:rsidRPr="0067437D">
            <w:rPr>
              <w:rStyle w:val="PlaceholderText"/>
            </w:rPr>
            <w:t>Click or tap here to enter text.</w:t>
          </w:r>
        </w:p>
      </w:docPartBody>
    </w:docPart>
    <w:docPart>
      <w:docPartPr>
        <w:name w:val="BE156BEC2F1543B3B84B3D0F6AB9DFA0"/>
        <w:category>
          <w:name w:val="General"/>
          <w:gallery w:val="placeholder"/>
        </w:category>
        <w:types>
          <w:type w:val="bbPlcHdr"/>
        </w:types>
        <w:behaviors>
          <w:behavior w:val="content"/>
        </w:behaviors>
        <w:guid w:val="{797BF464-952D-49DF-B223-E7EAE4D81CE1}"/>
      </w:docPartPr>
      <w:docPartBody>
        <w:p w:rsidR="00CE1639" w:rsidRDefault="00A84C0F" w:rsidP="00A84C0F">
          <w:pPr>
            <w:pStyle w:val="BE156BEC2F1543B3B84B3D0F6AB9DFA015"/>
          </w:pPr>
          <w:r w:rsidRPr="0067437D">
            <w:rPr>
              <w:rStyle w:val="PlaceholderText"/>
            </w:rPr>
            <w:t>Click or tap here to enter text.</w:t>
          </w:r>
        </w:p>
      </w:docPartBody>
    </w:docPart>
    <w:docPart>
      <w:docPartPr>
        <w:name w:val="AF0EAD1D64F34A3BAED0B738FADC88E5"/>
        <w:category>
          <w:name w:val="General"/>
          <w:gallery w:val="placeholder"/>
        </w:category>
        <w:types>
          <w:type w:val="bbPlcHdr"/>
        </w:types>
        <w:behaviors>
          <w:behavior w:val="content"/>
        </w:behaviors>
        <w:guid w:val="{3FE990A7-FA98-4190-BC1D-88F5D0DF5305}"/>
      </w:docPartPr>
      <w:docPartBody>
        <w:p w:rsidR="00CE1639" w:rsidRDefault="00A84C0F" w:rsidP="00A84C0F">
          <w:pPr>
            <w:pStyle w:val="AF0EAD1D64F34A3BAED0B738FADC88E515"/>
          </w:pPr>
          <w:r w:rsidRPr="0067437D">
            <w:rPr>
              <w:rStyle w:val="PlaceholderText"/>
            </w:rPr>
            <w:t>Click or tap here to enter text.</w:t>
          </w:r>
        </w:p>
      </w:docPartBody>
    </w:docPart>
    <w:docPart>
      <w:docPartPr>
        <w:name w:val="B30D077B9E80489CBC3921A2CB4E1EA9"/>
        <w:category>
          <w:name w:val="General"/>
          <w:gallery w:val="placeholder"/>
        </w:category>
        <w:types>
          <w:type w:val="bbPlcHdr"/>
        </w:types>
        <w:behaviors>
          <w:behavior w:val="content"/>
        </w:behaviors>
        <w:guid w:val="{95FD967F-1EEB-4994-8DC2-9C23A1527456}"/>
      </w:docPartPr>
      <w:docPartBody>
        <w:p w:rsidR="00CE1639" w:rsidRDefault="00A84C0F" w:rsidP="00A84C0F">
          <w:pPr>
            <w:pStyle w:val="B30D077B9E80489CBC3921A2CB4E1EA915"/>
          </w:pPr>
          <w:r w:rsidRPr="0067437D">
            <w:rPr>
              <w:rStyle w:val="PlaceholderText"/>
            </w:rPr>
            <w:t>Click or tap here to enter text.</w:t>
          </w:r>
        </w:p>
      </w:docPartBody>
    </w:docPart>
    <w:docPart>
      <w:docPartPr>
        <w:name w:val="6F253A2C3CB54B90B13DE772D5510E90"/>
        <w:category>
          <w:name w:val="General"/>
          <w:gallery w:val="placeholder"/>
        </w:category>
        <w:types>
          <w:type w:val="bbPlcHdr"/>
        </w:types>
        <w:behaviors>
          <w:behavior w:val="content"/>
        </w:behaviors>
        <w:guid w:val="{B263514C-DF78-4286-9237-AD19E539811E}"/>
      </w:docPartPr>
      <w:docPartBody>
        <w:p w:rsidR="00CE1639" w:rsidRDefault="00A84C0F" w:rsidP="00A84C0F">
          <w:pPr>
            <w:pStyle w:val="6F253A2C3CB54B90B13DE772D5510E9015"/>
          </w:pPr>
          <w:r w:rsidRPr="0067437D">
            <w:rPr>
              <w:rStyle w:val="PlaceholderText"/>
            </w:rPr>
            <w:t>Click or tap here to enter text.</w:t>
          </w:r>
        </w:p>
      </w:docPartBody>
    </w:docPart>
    <w:docPart>
      <w:docPartPr>
        <w:name w:val="45527F50F168459E8AAF279EDE532CE7"/>
        <w:category>
          <w:name w:val="General"/>
          <w:gallery w:val="placeholder"/>
        </w:category>
        <w:types>
          <w:type w:val="bbPlcHdr"/>
        </w:types>
        <w:behaviors>
          <w:behavior w:val="content"/>
        </w:behaviors>
        <w:guid w:val="{B8994D78-A2E4-494D-B867-1DA7D54E3677}"/>
      </w:docPartPr>
      <w:docPartBody>
        <w:p w:rsidR="00CE1639" w:rsidRDefault="00A84C0F" w:rsidP="00A84C0F">
          <w:pPr>
            <w:pStyle w:val="45527F50F168459E8AAF279EDE532CE715"/>
          </w:pPr>
          <w:r w:rsidRPr="0067437D">
            <w:rPr>
              <w:rStyle w:val="PlaceholderText"/>
            </w:rPr>
            <w:t>Click or tap here to enter text.</w:t>
          </w:r>
        </w:p>
      </w:docPartBody>
    </w:docPart>
    <w:docPart>
      <w:docPartPr>
        <w:name w:val="D68A08BEDA9045CBBA0AA59C080ACB56"/>
        <w:category>
          <w:name w:val="General"/>
          <w:gallery w:val="placeholder"/>
        </w:category>
        <w:types>
          <w:type w:val="bbPlcHdr"/>
        </w:types>
        <w:behaviors>
          <w:behavior w:val="content"/>
        </w:behaviors>
        <w:guid w:val="{F4B6AAF5-D50C-45E6-8BC5-E7C49F8A4F66}"/>
      </w:docPartPr>
      <w:docPartBody>
        <w:p w:rsidR="00CE1639" w:rsidRDefault="00A84C0F" w:rsidP="00A84C0F">
          <w:pPr>
            <w:pStyle w:val="D68A08BEDA9045CBBA0AA59C080ACB5614"/>
          </w:pPr>
          <w:r w:rsidRPr="0067437D">
            <w:rPr>
              <w:rStyle w:val="PlaceholderText"/>
            </w:rPr>
            <w:t>Click or tap here to enter text.</w:t>
          </w:r>
        </w:p>
      </w:docPartBody>
    </w:docPart>
    <w:docPart>
      <w:docPartPr>
        <w:name w:val="553F8DCD51A145FDA48DA2C3DDFA72F9"/>
        <w:category>
          <w:name w:val="General"/>
          <w:gallery w:val="placeholder"/>
        </w:category>
        <w:types>
          <w:type w:val="bbPlcHdr"/>
        </w:types>
        <w:behaviors>
          <w:behavior w:val="content"/>
        </w:behaviors>
        <w:guid w:val="{E577990C-0012-4202-8F48-17097F6D5B6E}"/>
      </w:docPartPr>
      <w:docPartBody>
        <w:p w:rsidR="00CE1639" w:rsidRDefault="00A84C0F" w:rsidP="00A84C0F">
          <w:pPr>
            <w:pStyle w:val="553F8DCD51A145FDA48DA2C3DDFA72F914"/>
          </w:pPr>
          <w:r w:rsidRPr="0067437D">
            <w:rPr>
              <w:rStyle w:val="PlaceholderText"/>
            </w:rPr>
            <w:t>Click or tap here to enter text.</w:t>
          </w:r>
        </w:p>
      </w:docPartBody>
    </w:docPart>
    <w:docPart>
      <w:docPartPr>
        <w:name w:val="B052F45FD5E44EB991A067077EAA23EC"/>
        <w:category>
          <w:name w:val="General"/>
          <w:gallery w:val="placeholder"/>
        </w:category>
        <w:types>
          <w:type w:val="bbPlcHdr"/>
        </w:types>
        <w:behaviors>
          <w:behavior w:val="content"/>
        </w:behaviors>
        <w:guid w:val="{2A42AA8A-8BA6-42CB-86EA-AAA1B7CF5997}"/>
      </w:docPartPr>
      <w:docPartBody>
        <w:p w:rsidR="00CE1639" w:rsidRDefault="00A84C0F" w:rsidP="00A84C0F">
          <w:pPr>
            <w:pStyle w:val="B052F45FD5E44EB991A067077EAA23EC14"/>
          </w:pPr>
          <w:r w:rsidRPr="0067437D">
            <w:rPr>
              <w:rStyle w:val="PlaceholderText"/>
            </w:rPr>
            <w:t>Click or tap here to enter text.</w:t>
          </w:r>
        </w:p>
      </w:docPartBody>
    </w:docPart>
    <w:docPart>
      <w:docPartPr>
        <w:name w:val="6CDDEC44BCA146C7B2CF8FC91090E734"/>
        <w:category>
          <w:name w:val="General"/>
          <w:gallery w:val="placeholder"/>
        </w:category>
        <w:types>
          <w:type w:val="bbPlcHdr"/>
        </w:types>
        <w:behaviors>
          <w:behavior w:val="content"/>
        </w:behaviors>
        <w:guid w:val="{63006AD8-F71D-47ED-8F2F-A39776B6132B}"/>
      </w:docPartPr>
      <w:docPartBody>
        <w:p w:rsidR="00CE1639" w:rsidRDefault="00A84C0F" w:rsidP="00A84C0F">
          <w:pPr>
            <w:pStyle w:val="6CDDEC44BCA146C7B2CF8FC91090E73414"/>
          </w:pPr>
          <w:r w:rsidRPr="0067437D">
            <w:rPr>
              <w:rStyle w:val="PlaceholderText"/>
            </w:rPr>
            <w:t>Click or tap here to enter text.</w:t>
          </w:r>
        </w:p>
      </w:docPartBody>
    </w:docPart>
    <w:docPart>
      <w:docPartPr>
        <w:name w:val="D59AA98BFBFE4C96AE4B0ED934DA2C10"/>
        <w:category>
          <w:name w:val="General"/>
          <w:gallery w:val="placeholder"/>
        </w:category>
        <w:types>
          <w:type w:val="bbPlcHdr"/>
        </w:types>
        <w:behaviors>
          <w:behavior w:val="content"/>
        </w:behaviors>
        <w:guid w:val="{F7A2E1A6-BC8E-4DE9-9892-981150CF8767}"/>
      </w:docPartPr>
      <w:docPartBody>
        <w:p w:rsidR="00CE1639" w:rsidRDefault="00A84C0F" w:rsidP="00A84C0F">
          <w:pPr>
            <w:pStyle w:val="D59AA98BFBFE4C96AE4B0ED934DA2C1014"/>
          </w:pPr>
          <w:r w:rsidRPr="0067437D">
            <w:rPr>
              <w:rStyle w:val="PlaceholderText"/>
            </w:rPr>
            <w:t>Click or tap here to enter text.</w:t>
          </w:r>
        </w:p>
      </w:docPartBody>
    </w:docPart>
    <w:docPart>
      <w:docPartPr>
        <w:name w:val="D0FC822CB1DB4B86AEA97D39D23B7878"/>
        <w:category>
          <w:name w:val="General"/>
          <w:gallery w:val="placeholder"/>
        </w:category>
        <w:types>
          <w:type w:val="bbPlcHdr"/>
        </w:types>
        <w:behaviors>
          <w:behavior w:val="content"/>
        </w:behaviors>
        <w:guid w:val="{EDB09A0E-0581-4056-8A20-0DA2E2423DA2}"/>
      </w:docPartPr>
      <w:docPartBody>
        <w:p w:rsidR="00CE1639" w:rsidRDefault="00A84C0F" w:rsidP="00A84C0F">
          <w:pPr>
            <w:pStyle w:val="D0FC822CB1DB4B86AEA97D39D23B787814"/>
          </w:pPr>
          <w:r w:rsidRPr="0067437D">
            <w:rPr>
              <w:rStyle w:val="PlaceholderText"/>
            </w:rPr>
            <w:t>Click or tap here to enter text.</w:t>
          </w:r>
        </w:p>
      </w:docPartBody>
    </w:docPart>
    <w:docPart>
      <w:docPartPr>
        <w:name w:val="40409FEADE30440DB9E89C1E4539BEF1"/>
        <w:category>
          <w:name w:val="General"/>
          <w:gallery w:val="placeholder"/>
        </w:category>
        <w:types>
          <w:type w:val="bbPlcHdr"/>
        </w:types>
        <w:behaviors>
          <w:behavior w:val="content"/>
        </w:behaviors>
        <w:guid w:val="{BCA473E1-018D-441B-8C50-5D3B420563C9}"/>
      </w:docPartPr>
      <w:docPartBody>
        <w:p w:rsidR="00CE1639" w:rsidRDefault="00A84C0F" w:rsidP="00A84C0F">
          <w:pPr>
            <w:pStyle w:val="40409FEADE30440DB9E89C1E4539BEF114"/>
          </w:pPr>
          <w:r w:rsidRPr="0067437D">
            <w:rPr>
              <w:rStyle w:val="PlaceholderText"/>
            </w:rPr>
            <w:t>Click or tap here to enter text.</w:t>
          </w:r>
        </w:p>
      </w:docPartBody>
    </w:docPart>
    <w:docPart>
      <w:docPartPr>
        <w:name w:val="61C9730EC8034A00BD93CAF9C89F30D5"/>
        <w:category>
          <w:name w:val="General"/>
          <w:gallery w:val="placeholder"/>
        </w:category>
        <w:types>
          <w:type w:val="bbPlcHdr"/>
        </w:types>
        <w:behaviors>
          <w:behavior w:val="content"/>
        </w:behaviors>
        <w:guid w:val="{456BAB27-2BA6-466A-9705-AF0F6D045191}"/>
      </w:docPartPr>
      <w:docPartBody>
        <w:p w:rsidR="00CE1639" w:rsidRDefault="00A84C0F" w:rsidP="00A84C0F">
          <w:pPr>
            <w:pStyle w:val="61C9730EC8034A00BD93CAF9C89F30D514"/>
          </w:pPr>
          <w:r w:rsidRPr="0067437D">
            <w:rPr>
              <w:rStyle w:val="PlaceholderText"/>
            </w:rPr>
            <w:t>Click or tap here to enter text.</w:t>
          </w:r>
        </w:p>
      </w:docPartBody>
    </w:docPart>
    <w:docPart>
      <w:docPartPr>
        <w:name w:val="FB2C3228D9CA4012A42FEC8D8CA49847"/>
        <w:category>
          <w:name w:val="General"/>
          <w:gallery w:val="placeholder"/>
        </w:category>
        <w:types>
          <w:type w:val="bbPlcHdr"/>
        </w:types>
        <w:behaviors>
          <w:behavior w:val="content"/>
        </w:behaviors>
        <w:guid w:val="{4E8FF6FE-F86B-48C6-8B45-585F76478A17}"/>
      </w:docPartPr>
      <w:docPartBody>
        <w:p w:rsidR="00CE1639" w:rsidRDefault="00A84C0F" w:rsidP="00A84C0F">
          <w:pPr>
            <w:pStyle w:val="FB2C3228D9CA4012A42FEC8D8CA4984714"/>
          </w:pPr>
          <w:r w:rsidRPr="0067437D">
            <w:rPr>
              <w:rStyle w:val="PlaceholderText"/>
            </w:rPr>
            <w:t>Click or tap here to enter text.</w:t>
          </w:r>
        </w:p>
      </w:docPartBody>
    </w:docPart>
    <w:docPart>
      <w:docPartPr>
        <w:name w:val="C9EF37C4E9ED42F0AE51C3FB807AC894"/>
        <w:category>
          <w:name w:val="General"/>
          <w:gallery w:val="placeholder"/>
        </w:category>
        <w:types>
          <w:type w:val="bbPlcHdr"/>
        </w:types>
        <w:behaviors>
          <w:behavior w:val="content"/>
        </w:behaviors>
        <w:guid w:val="{F2E1ED9E-C1E2-41A5-90DD-FAE1BDB850AC}"/>
      </w:docPartPr>
      <w:docPartBody>
        <w:p w:rsidR="00CE1639" w:rsidRDefault="00A84C0F" w:rsidP="00A84C0F">
          <w:pPr>
            <w:pStyle w:val="C9EF37C4E9ED42F0AE51C3FB807AC89414"/>
          </w:pPr>
          <w:r w:rsidRPr="0067437D">
            <w:rPr>
              <w:rStyle w:val="PlaceholderText"/>
            </w:rPr>
            <w:t>Click or tap here to enter text.</w:t>
          </w:r>
        </w:p>
      </w:docPartBody>
    </w:docPart>
    <w:docPart>
      <w:docPartPr>
        <w:name w:val="6955F58B115C425FBC6B147D47E95D85"/>
        <w:category>
          <w:name w:val="General"/>
          <w:gallery w:val="placeholder"/>
        </w:category>
        <w:types>
          <w:type w:val="bbPlcHdr"/>
        </w:types>
        <w:behaviors>
          <w:behavior w:val="content"/>
        </w:behaviors>
        <w:guid w:val="{81D31FD6-4951-4CA5-9FD3-FE4FF364D68F}"/>
      </w:docPartPr>
      <w:docPartBody>
        <w:p w:rsidR="00CE1639" w:rsidRDefault="00A84C0F" w:rsidP="00A84C0F">
          <w:pPr>
            <w:pStyle w:val="6955F58B115C425FBC6B147D47E95D8514"/>
          </w:pPr>
          <w:r w:rsidRPr="0067437D">
            <w:rPr>
              <w:rStyle w:val="PlaceholderText"/>
            </w:rPr>
            <w:t>Click or tap here to enter text.</w:t>
          </w:r>
        </w:p>
      </w:docPartBody>
    </w:docPart>
    <w:docPart>
      <w:docPartPr>
        <w:name w:val="C592AA76BE1A4F6FAEA18B80AA9EEAA9"/>
        <w:category>
          <w:name w:val="General"/>
          <w:gallery w:val="placeholder"/>
        </w:category>
        <w:types>
          <w:type w:val="bbPlcHdr"/>
        </w:types>
        <w:behaviors>
          <w:behavior w:val="content"/>
        </w:behaviors>
        <w:guid w:val="{8FAC33CE-5CCA-4A38-B6A3-2F86A0A74ECA}"/>
      </w:docPartPr>
      <w:docPartBody>
        <w:p w:rsidR="00CE1639" w:rsidRDefault="00A84C0F" w:rsidP="00A84C0F">
          <w:pPr>
            <w:pStyle w:val="C592AA76BE1A4F6FAEA18B80AA9EEAA914"/>
          </w:pPr>
          <w:r w:rsidRPr="0067437D">
            <w:rPr>
              <w:rStyle w:val="PlaceholderText"/>
            </w:rPr>
            <w:t>Click or tap here to enter text.</w:t>
          </w:r>
        </w:p>
      </w:docPartBody>
    </w:docPart>
    <w:docPart>
      <w:docPartPr>
        <w:name w:val="4458E34E141B466580BFD839F14E0A2A"/>
        <w:category>
          <w:name w:val="General"/>
          <w:gallery w:val="placeholder"/>
        </w:category>
        <w:types>
          <w:type w:val="bbPlcHdr"/>
        </w:types>
        <w:behaviors>
          <w:behavior w:val="content"/>
        </w:behaviors>
        <w:guid w:val="{0413D640-4FFC-4C7C-820E-32544AA742C4}"/>
      </w:docPartPr>
      <w:docPartBody>
        <w:p w:rsidR="00CE1639" w:rsidRDefault="00A84C0F" w:rsidP="00A84C0F">
          <w:pPr>
            <w:pStyle w:val="4458E34E141B466580BFD839F14E0A2A14"/>
          </w:pPr>
          <w:r w:rsidRPr="0067437D">
            <w:rPr>
              <w:rStyle w:val="PlaceholderText"/>
            </w:rPr>
            <w:t>Click or tap here to enter text.</w:t>
          </w:r>
        </w:p>
      </w:docPartBody>
    </w:docPart>
    <w:docPart>
      <w:docPartPr>
        <w:name w:val="D2E5A85F0A424B10BE1CDB9EDA0E0C91"/>
        <w:category>
          <w:name w:val="General"/>
          <w:gallery w:val="placeholder"/>
        </w:category>
        <w:types>
          <w:type w:val="bbPlcHdr"/>
        </w:types>
        <w:behaviors>
          <w:behavior w:val="content"/>
        </w:behaviors>
        <w:guid w:val="{15366B17-1AC2-4A98-AD22-77C29F2AACE0}"/>
      </w:docPartPr>
      <w:docPartBody>
        <w:p w:rsidR="00CE1639" w:rsidRDefault="00A84C0F" w:rsidP="00A84C0F">
          <w:pPr>
            <w:pStyle w:val="D2E5A85F0A424B10BE1CDB9EDA0E0C9114"/>
          </w:pPr>
          <w:r w:rsidRPr="0067437D">
            <w:rPr>
              <w:rStyle w:val="PlaceholderText"/>
            </w:rPr>
            <w:t>Click or tap here to enter text.</w:t>
          </w:r>
        </w:p>
      </w:docPartBody>
    </w:docPart>
    <w:docPart>
      <w:docPartPr>
        <w:name w:val="DF0772169B014E5E9AE4C275CF01A334"/>
        <w:category>
          <w:name w:val="General"/>
          <w:gallery w:val="placeholder"/>
        </w:category>
        <w:types>
          <w:type w:val="bbPlcHdr"/>
        </w:types>
        <w:behaviors>
          <w:behavior w:val="content"/>
        </w:behaviors>
        <w:guid w:val="{9158542E-3DC9-474D-ABD4-3BD7AACCC63F}"/>
      </w:docPartPr>
      <w:docPartBody>
        <w:p w:rsidR="00CE1639" w:rsidRDefault="00A84C0F" w:rsidP="00A84C0F">
          <w:pPr>
            <w:pStyle w:val="DF0772169B014E5E9AE4C275CF01A33414"/>
          </w:pPr>
          <w:r w:rsidRPr="006039A1">
            <w:rPr>
              <w:rStyle w:val="PlaceholderText"/>
              <w:rFonts w:ascii="Freestyle Script" w:hAnsi="Freestyle Script"/>
              <w:color w:val="44546A" w:themeColor="text2"/>
              <w:sz w:val="28"/>
              <w:szCs w:val="28"/>
            </w:rPr>
            <w:t>Click or tap here to enter text.</w:t>
          </w:r>
        </w:p>
      </w:docPartBody>
    </w:docPart>
    <w:docPart>
      <w:docPartPr>
        <w:name w:val="068FBAC861654951A787BB80FCF57274"/>
        <w:category>
          <w:name w:val="General"/>
          <w:gallery w:val="placeholder"/>
        </w:category>
        <w:types>
          <w:type w:val="bbPlcHdr"/>
        </w:types>
        <w:behaviors>
          <w:behavior w:val="content"/>
        </w:behaviors>
        <w:guid w:val="{9E74B536-4D70-47D6-AA42-6C29D6250EA0}"/>
      </w:docPartPr>
      <w:docPartBody>
        <w:p w:rsidR="00CE1639" w:rsidRDefault="00A84C0F" w:rsidP="00A84C0F">
          <w:pPr>
            <w:pStyle w:val="068FBAC861654951A787BB80FCF5727414"/>
          </w:pPr>
          <w:r w:rsidRPr="0067437D">
            <w:rPr>
              <w:rStyle w:val="PlaceholderText"/>
            </w:rPr>
            <w:t>Click or tap here to enter text.</w:t>
          </w:r>
        </w:p>
      </w:docPartBody>
    </w:docPart>
    <w:docPart>
      <w:docPartPr>
        <w:name w:val="614E9421971C49519DEA7CCB69C1C2B1"/>
        <w:category>
          <w:name w:val="General"/>
          <w:gallery w:val="placeholder"/>
        </w:category>
        <w:types>
          <w:type w:val="bbPlcHdr"/>
        </w:types>
        <w:behaviors>
          <w:behavior w:val="content"/>
        </w:behaviors>
        <w:guid w:val="{CF222384-D4B7-479C-86E1-A48E42026081}"/>
      </w:docPartPr>
      <w:docPartBody>
        <w:p w:rsidR="00CE1639" w:rsidRDefault="00A84C0F" w:rsidP="00A84C0F">
          <w:pPr>
            <w:pStyle w:val="614E9421971C49519DEA7CCB69C1C2B114"/>
          </w:pPr>
          <w:r w:rsidRPr="0067437D">
            <w:rPr>
              <w:rStyle w:val="PlaceholderText"/>
            </w:rPr>
            <w:t>Click or tap here to enter text.</w:t>
          </w:r>
        </w:p>
      </w:docPartBody>
    </w:docPart>
    <w:docPart>
      <w:docPartPr>
        <w:name w:val="A1981FA7FE334163A3A8250D7633F69C"/>
        <w:category>
          <w:name w:val="General"/>
          <w:gallery w:val="placeholder"/>
        </w:category>
        <w:types>
          <w:type w:val="bbPlcHdr"/>
        </w:types>
        <w:behaviors>
          <w:behavior w:val="content"/>
        </w:behaviors>
        <w:guid w:val="{044E6A67-1C23-45CD-B6E3-D2BA2EB05FB5}"/>
      </w:docPartPr>
      <w:docPartBody>
        <w:p w:rsidR="00CE1639" w:rsidRDefault="00A84C0F" w:rsidP="00A84C0F">
          <w:pPr>
            <w:pStyle w:val="A1981FA7FE334163A3A8250D7633F69C14"/>
          </w:pPr>
          <w:r w:rsidRPr="0067437D">
            <w:rPr>
              <w:rStyle w:val="PlaceholderText"/>
            </w:rPr>
            <w:t>Click or tap here to enter text.</w:t>
          </w:r>
        </w:p>
      </w:docPartBody>
    </w:docPart>
    <w:docPart>
      <w:docPartPr>
        <w:name w:val="F3CAC262247A498DAC350839197DB9C0"/>
        <w:category>
          <w:name w:val="General"/>
          <w:gallery w:val="placeholder"/>
        </w:category>
        <w:types>
          <w:type w:val="bbPlcHdr"/>
        </w:types>
        <w:behaviors>
          <w:behavior w:val="content"/>
        </w:behaviors>
        <w:guid w:val="{20C29731-61AE-4404-A025-4B51A7B485F8}"/>
      </w:docPartPr>
      <w:docPartBody>
        <w:p w:rsidR="00CE1639" w:rsidRDefault="00A84C0F" w:rsidP="00A84C0F">
          <w:pPr>
            <w:pStyle w:val="F3CAC262247A498DAC350839197DB9C014"/>
          </w:pPr>
          <w:r w:rsidRPr="0067437D">
            <w:rPr>
              <w:rStyle w:val="PlaceholderText"/>
            </w:rPr>
            <w:t>Click or tap here to enter text.</w:t>
          </w:r>
        </w:p>
      </w:docPartBody>
    </w:docPart>
    <w:docPart>
      <w:docPartPr>
        <w:name w:val="D0C56321844D43B0A940F9C270691EA9"/>
        <w:category>
          <w:name w:val="General"/>
          <w:gallery w:val="placeholder"/>
        </w:category>
        <w:types>
          <w:type w:val="bbPlcHdr"/>
        </w:types>
        <w:behaviors>
          <w:behavior w:val="content"/>
        </w:behaviors>
        <w:guid w:val="{B0F8842B-A798-44E2-8126-563D62CE547A}"/>
      </w:docPartPr>
      <w:docPartBody>
        <w:p w:rsidR="00CE1639" w:rsidRDefault="00A84C0F" w:rsidP="00A84C0F">
          <w:pPr>
            <w:pStyle w:val="D0C56321844D43B0A940F9C270691EA914"/>
          </w:pPr>
          <w:r w:rsidRPr="0067437D">
            <w:rPr>
              <w:rStyle w:val="PlaceholderText"/>
            </w:rPr>
            <w:t>Click or tap here to enter text.</w:t>
          </w:r>
        </w:p>
      </w:docPartBody>
    </w:docPart>
    <w:docPart>
      <w:docPartPr>
        <w:name w:val="8627827531E94CB39B2066CA30DE3B59"/>
        <w:category>
          <w:name w:val="General"/>
          <w:gallery w:val="placeholder"/>
        </w:category>
        <w:types>
          <w:type w:val="bbPlcHdr"/>
        </w:types>
        <w:behaviors>
          <w:behavior w:val="content"/>
        </w:behaviors>
        <w:guid w:val="{5EE303B5-1216-4F67-84A5-EF962DD531B4}"/>
      </w:docPartPr>
      <w:docPartBody>
        <w:p w:rsidR="002177E5" w:rsidRDefault="00A84C0F" w:rsidP="00A84C0F">
          <w:pPr>
            <w:pStyle w:val="8627827531E94CB39B2066CA30DE3B5912"/>
          </w:pPr>
          <w:r w:rsidRPr="006039A1">
            <w:rPr>
              <w:rStyle w:val="PlaceholderText"/>
              <w:rFonts w:ascii="Freestyle Script" w:hAnsi="Freestyle Script"/>
              <w:color w:val="44546A" w:themeColor="text2"/>
              <w:sz w:val="28"/>
              <w:szCs w:val="28"/>
            </w:rPr>
            <w:t>Click or tap here to enter text.</w:t>
          </w:r>
        </w:p>
      </w:docPartBody>
    </w:docPart>
    <w:docPart>
      <w:docPartPr>
        <w:name w:val="BFFDB8C26A4D4D158E1FBD8FDCD8A593"/>
        <w:category>
          <w:name w:val="General"/>
          <w:gallery w:val="placeholder"/>
        </w:category>
        <w:types>
          <w:type w:val="bbPlcHdr"/>
        </w:types>
        <w:behaviors>
          <w:behavior w:val="content"/>
        </w:behaviors>
        <w:guid w:val="{BFF67A52-1B0C-46E2-B946-5D66B8AE2391}"/>
      </w:docPartPr>
      <w:docPartBody>
        <w:p w:rsidR="002177E5" w:rsidRDefault="00A84C0F" w:rsidP="00A84C0F">
          <w:pPr>
            <w:pStyle w:val="BFFDB8C26A4D4D158E1FBD8FDCD8A59312"/>
          </w:pPr>
          <w:r w:rsidRPr="006039A1">
            <w:rPr>
              <w:rStyle w:val="PlaceholderText"/>
              <w:rFonts w:ascii="Freestyle Script" w:hAnsi="Freestyle Script"/>
              <w:color w:val="44546A" w:themeColor="text2"/>
              <w:sz w:val="28"/>
              <w:szCs w:val="28"/>
            </w:rPr>
            <w:t>Click or tap here to enter text.</w:t>
          </w:r>
        </w:p>
      </w:docPartBody>
    </w:docPart>
    <w:docPart>
      <w:docPartPr>
        <w:name w:val="4ECD2E2A723443D8A94A3611D7AEE62D"/>
        <w:category>
          <w:name w:val="General"/>
          <w:gallery w:val="placeholder"/>
        </w:category>
        <w:types>
          <w:type w:val="bbPlcHdr"/>
        </w:types>
        <w:behaviors>
          <w:behavior w:val="content"/>
        </w:behaviors>
        <w:guid w:val="{2C6D0D87-29D4-493D-988A-0AEAF6FAD09D}"/>
      </w:docPartPr>
      <w:docPartBody>
        <w:p w:rsidR="002177E5" w:rsidRDefault="00A84C0F" w:rsidP="00A84C0F">
          <w:pPr>
            <w:pStyle w:val="4ECD2E2A723443D8A94A3611D7AEE62D11"/>
          </w:pPr>
          <w:r w:rsidRPr="006039A1">
            <w:rPr>
              <w:rStyle w:val="PlaceholderText"/>
              <w:color w:val="4472C4" w:themeColor="accent1"/>
            </w:rPr>
            <w:t>Click or tap to enter a date.</w:t>
          </w:r>
        </w:p>
      </w:docPartBody>
    </w:docPart>
    <w:docPart>
      <w:docPartPr>
        <w:name w:val="54B32C8D6EAF461A967E203482BBED2C"/>
        <w:category>
          <w:name w:val="General"/>
          <w:gallery w:val="placeholder"/>
        </w:category>
        <w:types>
          <w:type w:val="bbPlcHdr"/>
        </w:types>
        <w:behaviors>
          <w:behavior w:val="content"/>
        </w:behaviors>
        <w:guid w:val="{13112F36-3332-4717-9B29-3CB2AD476FBC}"/>
      </w:docPartPr>
      <w:docPartBody>
        <w:p w:rsidR="002177E5" w:rsidRDefault="00A84C0F" w:rsidP="00A84C0F">
          <w:pPr>
            <w:pStyle w:val="54B32C8D6EAF461A967E203482BBED2C11"/>
          </w:pPr>
          <w:r w:rsidRPr="0067437D">
            <w:rPr>
              <w:rStyle w:val="PlaceholderText"/>
            </w:rPr>
            <w:t>Click or tap here to enter text.</w:t>
          </w:r>
        </w:p>
      </w:docPartBody>
    </w:docPart>
    <w:docPart>
      <w:docPartPr>
        <w:name w:val="54967AD219644EFEAF40D5FDF1526A4E"/>
        <w:category>
          <w:name w:val="General"/>
          <w:gallery w:val="placeholder"/>
        </w:category>
        <w:types>
          <w:type w:val="bbPlcHdr"/>
        </w:types>
        <w:behaviors>
          <w:behavior w:val="content"/>
        </w:behaviors>
        <w:guid w:val="{1CAC7A64-A7BC-4229-814A-A77DFCA62C89}"/>
      </w:docPartPr>
      <w:docPartBody>
        <w:p w:rsidR="002177E5" w:rsidRDefault="00A84C0F" w:rsidP="00A84C0F">
          <w:pPr>
            <w:pStyle w:val="54967AD219644EFEAF40D5FDF1526A4E11"/>
          </w:pPr>
          <w:r w:rsidRPr="0067437D">
            <w:rPr>
              <w:rStyle w:val="PlaceholderText"/>
            </w:rPr>
            <w:t>Click or tap here to enter text.</w:t>
          </w:r>
        </w:p>
      </w:docPartBody>
    </w:docPart>
    <w:docPart>
      <w:docPartPr>
        <w:name w:val="764E7948D7C341B0AB3C69697E12B379"/>
        <w:category>
          <w:name w:val="General"/>
          <w:gallery w:val="placeholder"/>
        </w:category>
        <w:types>
          <w:type w:val="bbPlcHdr"/>
        </w:types>
        <w:behaviors>
          <w:behavior w:val="content"/>
        </w:behaviors>
        <w:guid w:val="{D3BD63B1-61A7-4669-909C-74601454C443}"/>
      </w:docPartPr>
      <w:docPartBody>
        <w:p w:rsidR="002177E5" w:rsidRDefault="00A84C0F" w:rsidP="00A84C0F">
          <w:pPr>
            <w:pStyle w:val="764E7948D7C341B0AB3C69697E12B37911"/>
          </w:pPr>
          <w:r w:rsidRPr="0067437D">
            <w:rPr>
              <w:rStyle w:val="PlaceholderText"/>
            </w:rPr>
            <w:t>Click or tap here to enter text.</w:t>
          </w:r>
        </w:p>
      </w:docPartBody>
    </w:docPart>
    <w:docPart>
      <w:docPartPr>
        <w:name w:val="1C6E7260716445318A69FE9FF0933F42"/>
        <w:category>
          <w:name w:val="General"/>
          <w:gallery w:val="placeholder"/>
        </w:category>
        <w:types>
          <w:type w:val="bbPlcHdr"/>
        </w:types>
        <w:behaviors>
          <w:behavior w:val="content"/>
        </w:behaviors>
        <w:guid w:val="{90E700C3-1A2D-4896-BB01-942357AA5BCA}"/>
      </w:docPartPr>
      <w:docPartBody>
        <w:p w:rsidR="002177E5" w:rsidRDefault="00A84C0F" w:rsidP="00A84C0F">
          <w:pPr>
            <w:pStyle w:val="1C6E7260716445318A69FE9FF0933F427"/>
          </w:pPr>
          <w:r w:rsidRPr="005509EF">
            <w:rPr>
              <w:rStyle w:val="PlaceholderText"/>
            </w:rPr>
            <w:t>Click or tap to enter a date.</w:t>
          </w:r>
        </w:p>
      </w:docPartBody>
    </w:docPart>
    <w:docPart>
      <w:docPartPr>
        <w:name w:val="F039819EF1A446FD8D252F45BD2360DD"/>
        <w:category>
          <w:name w:val="General"/>
          <w:gallery w:val="placeholder"/>
        </w:category>
        <w:types>
          <w:type w:val="bbPlcHdr"/>
        </w:types>
        <w:behaviors>
          <w:behavior w:val="content"/>
        </w:behaviors>
        <w:guid w:val="{3EE6B401-5808-4A0C-AE0A-9ACA55430728}"/>
      </w:docPartPr>
      <w:docPartBody>
        <w:p w:rsidR="002177E5" w:rsidRDefault="00A84C0F" w:rsidP="00A84C0F">
          <w:pPr>
            <w:pStyle w:val="F039819EF1A446FD8D252F45BD2360DD7"/>
          </w:pPr>
          <w:r w:rsidRPr="005509EF">
            <w:rPr>
              <w:rStyle w:val="PlaceholderText"/>
            </w:rPr>
            <w:t>Click or tap to enter a date.</w:t>
          </w:r>
        </w:p>
      </w:docPartBody>
    </w:docPart>
    <w:docPart>
      <w:docPartPr>
        <w:name w:val="0364C0214CBB4A05A15AD02996CDFAEE"/>
        <w:category>
          <w:name w:val="General"/>
          <w:gallery w:val="placeholder"/>
        </w:category>
        <w:types>
          <w:type w:val="bbPlcHdr"/>
        </w:types>
        <w:behaviors>
          <w:behavior w:val="content"/>
        </w:behaviors>
        <w:guid w:val="{BC4A0906-AF56-4A59-8A25-9F9011448294}"/>
      </w:docPartPr>
      <w:docPartBody>
        <w:p w:rsidR="002177E5" w:rsidRDefault="00A84C0F" w:rsidP="00A84C0F">
          <w:pPr>
            <w:pStyle w:val="0364C0214CBB4A05A15AD02996CDFAEE7"/>
          </w:pPr>
          <w:r w:rsidRPr="005509E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B4"/>
    <w:rsid w:val="001822A1"/>
    <w:rsid w:val="002177E5"/>
    <w:rsid w:val="00466EB4"/>
    <w:rsid w:val="004F3BE2"/>
    <w:rsid w:val="009F5327"/>
    <w:rsid w:val="00A84C0F"/>
    <w:rsid w:val="00CE1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4C0F"/>
    <w:rPr>
      <w:color w:val="808080"/>
    </w:rPr>
  </w:style>
  <w:style w:type="paragraph" w:customStyle="1" w:styleId="9AEAA8A00F984FD5847384CF8071FCCB">
    <w:name w:val="9AEAA8A00F984FD5847384CF8071FCCB"/>
    <w:rsid w:val="009F5327"/>
    <w:pPr>
      <w:spacing w:after="200" w:line="276" w:lineRule="auto"/>
    </w:pPr>
  </w:style>
  <w:style w:type="paragraph" w:customStyle="1" w:styleId="9FED240ED8DB493AB11F00E518F2C760">
    <w:name w:val="9FED240ED8DB493AB11F00E518F2C760"/>
    <w:rsid w:val="009F5327"/>
    <w:pPr>
      <w:spacing w:after="200" w:line="276" w:lineRule="auto"/>
    </w:pPr>
  </w:style>
  <w:style w:type="paragraph" w:customStyle="1" w:styleId="D98A882CE73A40798FBE612427882093">
    <w:name w:val="D98A882CE73A40798FBE612427882093"/>
    <w:rsid w:val="009F5327"/>
    <w:pPr>
      <w:spacing w:after="200" w:line="276" w:lineRule="auto"/>
    </w:pPr>
  </w:style>
  <w:style w:type="paragraph" w:customStyle="1" w:styleId="C63AB792D8704E34A72EB2DDDCE53CD4">
    <w:name w:val="C63AB792D8704E34A72EB2DDDCE53CD4"/>
    <w:rsid w:val="009F5327"/>
    <w:pPr>
      <w:spacing w:after="200" w:line="276" w:lineRule="auto"/>
    </w:pPr>
  </w:style>
  <w:style w:type="paragraph" w:customStyle="1" w:styleId="8325075121064DAAAEF164CED23B2A92">
    <w:name w:val="8325075121064DAAAEF164CED23B2A92"/>
    <w:rsid w:val="009F5327"/>
    <w:pPr>
      <w:spacing w:after="200" w:line="276" w:lineRule="auto"/>
    </w:pPr>
  </w:style>
  <w:style w:type="paragraph" w:customStyle="1" w:styleId="F6F583F428324ED7B7212D51DE672958">
    <w:name w:val="F6F583F428324ED7B7212D51DE672958"/>
    <w:rsid w:val="009F5327"/>
    <w:pPr>
      <w:spacing w:after="200" w:line="276" w:lineRule="auto"/>
    </w:pPr>
  </w:style>
  <w:style w:type="paragraph" w:customStyle="1" w:styleId="B9A48EF9F3354B43B596B1EBC93E0E4E">
    <w:name w:val="B9A48EF9F3354B43B596B1EBC93E0E4E"/>
    <w:rsid w:val="009F5327"/>
    <w:pPr>
      <w:spacing w:after="200" w:line="276" w:lineRule="auto"/>
    </w:pPr>
  </w:style>
  <w:style w:type="paragraph" w:customStyle="1" w:styleId="787A2DCDAB554E0EA58B0872C6E38899">
    <w:name w:val="787A2DCDAB554E0EA58B0872C6E38899"/>
    <w:rsid w:val="009F5327"/>
    <w:pPr>
      <w:spacing w:after="200" w:line="276" w:lineRule="auto"/>
    </w:pPr>
  </w:style>
  <w:style w:type="paragraph" w:customStyle="1" w:styleId="F3110C8EF21E4CA89159D23FFD139291">
    <w:name w:val="F3110C8EF21E4CA89159D23FFD139291"/>
    <w:rsid w:val="009F5327"/>
    <w:pPr>
      <w:spacing w:after="200" w:line="276" w:lineRule="auto"/>
    </w:pPr>
  </w:style>
  <w:style w:type="paragraph" w:customStyle="1" w:styleId="10BA430DF3F042408257D556DDA650E9">
    <w:name w:val="10BA430DF3F042408257D556DDA650E9"/>
    <w:rsid w:val="009F5327"/>
    <w:pPr>
      <w:spacing w:after="200" w:line="276" w:lineRule="auto"/>
    </w:pPr>
  </w:style>
  <w:style w:type="paragraph" w:customStyle="1" w:styleId="28F6434D1F46457CB9A6E4A1A5BCEB46">
    <w:name w:val="28F6434D1F46457CB9A6E4A1A5BCEB46"/>
    <w:rsid w:val="009F5327"/>
    <w:pPr>
      <w:spacing w:after="200" w:line="276" w:lineRule="auto"/>
    </w:pPr>
  </w:style>
  <w:style w:type="paragraph" w:customStyle="1" w:styleId="A4571C136C534AE09F94136F9C2E2893">
    <w:name w:val="A4571C136C534AE09F94136F9C2E2893"/>
    <w:rsid w:val="009F5327"/>
    <w:pPr>
      <w:spacing w:after="200" w:line="276" w:lineRule="auto"/>
    </w:pPr>
  </w:style>
  <w:style w:type="paragraph" w:customStyle="1" w:styleId="32E44D96ADBC4BD0AF4E12DA5F70D387">
    <w:name w:val="32E44D96ADBC4BD0AF4E12DA5F70D387"/>
    <w:rsid w:val="009F5327"/>
    <w:pPr>
      <w:spacing w:after="200" w:line="276" w:lineRule="auto"/>
    </w:pPr>
  </w:style>
  <w:style w:type="paragraph" w:customStyle="1" w:styleId="DACDF91E0E714B2E85D8C6CF3F3786FA">
    <w:name w:val="DACDF91E0E714B2E85D8C6CF3F3786FA"/>
    <w:rsid w:val="009F5327"/>
    <w:pPr>
      <w:spacing w:after="200" w:line="276" w:lineRule="auto"/>
    </w:pPr>
  </w:style>
  <w:style w:type="paragraph" w:customStyle="1" w:styleId="4F891DA38BB04C7D80A1B2F6AF074ED1">
    <w:name w:val="4F891DA38BB04C7D80A1B2F6AF074ED1"/>
    <w:rsid w:val="009F5327"/>
    <w:pPr>
      <w:spacing w:after="200" w:line="276" w:lineRule="auto"/>
    </w:pPr>
  </w:style>
  <w:style w:type="paragraph" w:customStyle="1" w:styleId="1D699CF0F0B8413BB79800EA3A63640D">
    <w:name w:val="1D699CF0F0B8413BB79800EA3A63640D"/>
    <w:rsid w:val="009F5327"/>
    <w:pPr>
      <w:spacing w:after="200" w:line="276" w:lineRule="auto"/>
    </w:pPr>
  </w:style>
  <w:style w:type="paragraph" w:customStyle="1" w:styleId="A89EBA4095394ECE9127A0D754117362">
    <w:name w:val="A89EBA4095394ECE9127A0D754117362"/>
    <w:rsid w:val="009F5327"/>
    <w:pPr>
      <w:spacing w:after="200" w:line="276" w:lineRule="auto"/>
    </w:pPr>
  </w:style>
  <w:style w:type="paragraph" w:customStyle="1" w:styleId="02153F2E9C414A6DB0981FFEC04CEECB">
    <w:name w:val="02153F2E9C414A6DB0981FFEC04CEECB"/>
    <w:rsid w:val="009F5327"/>
    <w:pPr>
      <w:spacing w:after="200" w:line="276" w:lineRule="auto"/>
    </w:pPr>
  </w:style>
  <w:style w:type="paragraph" w:customStyle="1" w:styleId="821C01A538084D388305832953239DE3">
    <w:name w:val="821C01A538084D388305832953239DE3"/>
    <w:rsid w:val="009F5327"/>
    <w:pPr>
      <w:spacing w:after="200" w:line="276" w:lineRule="auto"/>
    </w:pPr>
  </w:style>
  <w:style w:type="paragraph" w:customStyle="1" w:styleId="73EAD8219240427C807E16F8204FC862">
    <w:name w:val="73EAD8219240427C807E16F8204FC862"/>
    <w:rsid w:val="009F5327"/>
    <w:pPr>
      <w:spacing w:after="200" w:line="276" w:lineRule="auto"/>
    </w:pPr>
  </w:style>
  <w:style w:type="paragraph" w:customStyle="1" w:styleId="E645CA21AC1C4AE89A74AB03DA98B7D2">
    <w:name w:val="E645CA21AC1C4AE89A74AB03DA98B7D2"/>
    <w:rsid w:val="009F5327"/>
    <w:pPr>
      <w:spacing w:after="200" w:line="276" w:lineRule="auto"/>
    </w:pPr>
  </w:style>
  <w:style w:type="paragraph" w:customStyle="1" w:styleId="A324FD0689704622BAFCBADCED7AF21B">
    <w:name w:val="A324FD0689704622BAFCBADCED7AF21B"/>
    <w:rsid w:val="009F5327"/>
    <w:pPr>
      <w:spacing w:after="200" w:line="276" w:lineRule="auto"/>
    </w:pPr>
  </w:style>
  <w:style w:type="paragraph" w:customStyle="1" w:styleId="154C2915D20B48869CF43F5F5D5FD5ED">
    <w:name w:val="154C2915D20B48869CF43F5F5D5FD5ED"/>
    <w:rsid w:val="009F5327"/>
    <w:pPr>
      <w:spacing w:after="200" w:line="276" w:lineRule="auto"/>
    </w:pPr>
  </w:style>
  <w:style w:type="paragraph" w:customStyle="1" w:styleId="DAB8F682586D403ABEA919117D04ABCE">
    <w:name w:val="DAB8F682586D403ABEA919117D04ABCE"/>
    <w:rsid w:val="009F5327"/>
    <w:pPr>
      <w:spacing w:after="200" w:line="276" w:lineRule="auto"/>
    </w:pPr>
  </w:style>
  <w:style w:type="paragraph" w:customStyle="1" w:styleId="F9A7C6BE2684490185F5FA589C6266F0">
    <w:name w:val="F9A7C6BE2684490185F5FA589C6266F0"/>
    <w:rsid w:val="009F5327"/>
    <w:pPr>
      <w:spacing w:after="200" w:line="276" w:lineRule="auto"/>
    </w:pPr>
  </w:style>
  <w:style w:type="paragraph" w:customStyle="1" w:styleId="A1AA6F3CBE344494B5216E38E3B2B08F">
    <w:name w:val="A1AA6F3CBE344494B5216E38E3B2B08F"/>
    <w:rsid w:val="009F5327"/>
    <w:pPr>
      <w:spacing w:after="200" w:line="276" w:lineRule="auto"/>
    </w:pPr>
  </w:style>
  <w:style w:type="paragraph" w:customStyle="1" w:styleId="CB016D15FE4846CC90F79D77ED763505">
    <w:name w:val="CB016D15FE4846CC90F79D77ED763505"/>
    <w:rsid w:val="009F5327"/>
    <w:pPr>
      <w:spacing w:after="200" w:line="276" w:lineRule="auto"/>
    </w:pPr>
  </w:style>
  <w:style w:type="paragraph" w:customStyle="1" w:styleId="B9E4E539693B4280BB061C114AB9D24C">
    <w:name w:val="B9E4E539693B4280BB061C114AB9D24C"/>
    <w:rsid w:val="009F5327"/>
    <w:pPr>
      <w:spacing w:after="200" w:line="276" w:lineRule="auto"/>
    </w:pPr>
  </w:style>
  <w:style w:type="paragraph" w:customStyle="1" w:styleId="185ADE67D8A4414B97D8694CF3C84BDC">
    <w:name w:val="185ADE67D8A4414B97D8694CF3C84BDC"/>
    <w:rsid w:val="009F5327"/>
    <w:pPr>
      <w:spacing w:after="200" w:line="276" w:lineRule="auto"/>
    </w:pPr>
  </w:style>
  <w:style w:type="paragraph" w:customStyle="1" w:styleId="9BB06A0F134444FBB21AC941E54A3950">
    <w:name w:val="9BB06A0F134444FBB21AC941E54A3950"/>
    <w:rsid w:val="009F5327"/>
    <w:pPr>
      <w:spacing w:after="200" w:line="276" w:lineRule="auto"/>
    </w:pPr>
  </w:style>
  <w:style w:type="paragraph" w:customStyle="1" w:styleId="108EE6F41228478492A8967852BC5E24">
    <w:name w:val="108EE6F41228478492A8967852BC5E24"/>
    <w:rsid w:val="009F5327"/>
    <w:pPr>
      <w:spacing w:after="200" w:line="276" w:lineRule="auto"/>
    </w:pPr>
  </w:style>
  <w:style w:type="paragraph" w:customStyle="1" w:styleId="5273657B97D2404BBE9250ECD4187CC9">
    <w:name w:val="5273657B97D2404BBE9250ECD4187CC9"/>
    <w:rsid w:val="009F5327"/>
    <w:pPr>
      <w:spacing w:after="200" w:line="276" w:lineRule="auto"/>
    </w:pPr>
  </w:style>
  <w:style w:type="paragraph" w:customStyle="1" w:styleId="A567BB517F1E4BF785FF66C1E7792A17">
    <w:name w:val="A567BB517F1E4BF785FF66C1E7792A17"/>
    <w:rsid w:val="009F5327"/>
    <w:pPr>
      <w:spacing w:after="200" w:line="276" w:lineRule="auto"/>
    </w:pPr>
  </w:style>
  <w:style w:type="paragraph" w:customStyle="1" w:styleId="03C66FBF284A4175820230CCE36F2C8D">
    <w:name w:val="03C66FBF284A4175820230CCE36F2C8D"/>
    <w:rsid w:val="009F5327"/>
    <w:pPr>
      <w:spacing w:after="200" w:line="276" w:lineRule="auto"/>
    </w:pPr>
  </w:style>
  <w:style w:type="paragraph" w:customStyle="1" w:styleId="31DF177FAF0347BB95CF91D2AB7D78C2">
    <w:name w:val="31DF177FAF0347BB95CF91D2AB7D78C2"/>
    <w:rsid w:val="009F5327"/>
    <w:pPr>
      <w:spacing w:after="200" w:line="276" w:lineRule="auto"/>
    </w:pPr>
  </w:style>
  <w:style w:type="paragraph" w:customStyle="1" w:styleId="A332782B1F074770A5812841CCE9CC79">
    <w:name w:val="A332782B1F074770A5812841CCE9CC79"/>
    <w:rsid w:val="009F5327"/>
    <w:pPr>
      <w:spacing w:after="200" w:line="276" w:lineRule="auto"/>
    </w:pPr>
  </w:style>
  <w:style w:type="paragraph" w:customStyle="1" w:styleId="CCE3552D061842C2967B081509A382E6">
    <w:name w:val="CCE3552D061842C2967B081509A382E6"/>
    <w:rsid w:val="009F5327"/>
    <w:pPr>
      <w:spacing w:after="200" w:line="276" w:lineRule="auto"/>
    </w:pPr>
  </w:style>
  <w:style w:type="paragraph" w:customStyle="1" w:styleId="71A6A65BE0E9451EA4056DF5A0B215DB">
    <w:name w:val="71A6A65BE0E9451EA4056DF5A0B215DB"/>
    <w:rsid w:val="009F5327"/>
    <w:pPr>
      <w:spacing w:after="200" w:line="276" w:lineRule="auto"/>
    </w:pPr>
  </w:style>
  <w:style w:type="paragraph" w:customStyle="1" w:styleId="98B2F9320AEF41379C884803AE0645AD">
    <w:name w:val="98B2F9320AEF41379C884803AE0645AD"/>
    <w:rsid w:val="009F5327"/>
    <w:pPr>
      <w:spacing w:after="200" w:line="276" w:lineRule="auto"/>
    </w:pPr>
  </w:style>
  <w:style w:type="paragraph" w:customStyle="1" w:styleId="03B8FB460BB74860B6F0861A9BA95481">
    <w:name w:val="03B8FB460BB74860B6F0861A9BA95481"/>
    <w:rsid w:val="009F5327"/>
    <w:pPr>
      <w:spacing w:after="200" w:line="276" w:lineRule="auto"/>
    </w:pPr>
  </w:style>
  <w:style w:type="paragraph" w:customStyle="1" w:styleId="9AEAA8A00F984FD5847384CF8071FCCB1">
    <w:name w:val="9AEAA8A00F984FD5847384CF8071FCCB1"/>
    <w:rsid w:val="009F5327"/>
    <w:pPr>
      <w:spacing w:after="200" w:line="276" w:lineRule="auto"/>
    </w:pPr>
  </w:style>
  <w:style w:type="paragraph" w:customStyle="1" w:styleId="9FED240ED8DB493AB11F00E518F2C7601">
    <w:name w:val="9FED240ED8DB493AB11F00E518F2C7601"/>
    <w:rsid w:val="009F5327"/>
    <w:pPr>
      <w:spacing w:after="200" w:line="276" w:lineRule="auto"/>
    </w:pPr>
  </w:style>
  <w:style w:type="paragraph" w:customStyle="1" w:styleId="D98A882CE73A40798FBE6124278820931">
    <w:name w:val="D98A882CE73A40798FBE6124278820931"/>
    <w:rsid w:val="009F5327"/>
    <w:pPr>
      <w:spacing w:after="200" w:line="276" w:lineRule="auto"/>
    </w:pPr>
  </w:style>
  <w:style w:type="paragraph" w:customStyle="1" w:styleId="C63AB792D8704E34A72EB2DDDCE53CD41">
    <w:name w:val="C63AB792D8704E34A72EB2DDDCE53CD41"/>
    <w:rsid w:val="009F5327"/>
    <w:pPr>
      <w:spacing w:after="200" w:line="276" w:lineRule="auto"/>
    </w:pPr>
  </w:style>
  <w:style w:type="paragraph" w:customStyle="1" w:styleId="8325075121064DAAAEF164CED23B2A921">
    <w:name w:val="8325075121064DAAAEF164CED23B2A921"/>
    <w:rsid w:val="009F5327"/>
    <w:pPr>
      <w:spacing w:after="200" w:line="276" w:lineRule="auto"/>
    </w:pPr>
  </w:style>
  <w:style w:type="paragraph" w:customStyle="1" w:styleId="F6F583F428324ED7B7212D51DE6729581">
    <w:name w:val="F6F583F428324ED7B7212D51DE6729581"/>
    <w:rsid w:val="009F5327"/>
    <w:pPr>
      <w:spacing w:after="200" w:line="276" w:lineRule="auto"/>
    </w:pPr>
  </w:style>
  <w:style w:type="paragraph" w:customStyle="1" w:styleId="96A4351A239147228C2BFBF424DB1B67">
    <w:name w:val="96A4351A239147228C2BFBF424DB1B67"/>
    <w:rsid w:val="009F5327"/>
    <w:pPr>
      <w:spacing w:after="200" w:line="276" w:lineRule="auto"/>
    </w:pPr>
  </w:style>
  <w:style w:type="paragraph" w:customStyle="1" w:styleId="B9A48EF9F3354B43B596B1EBC93E0E4E1">
    <w:name w:val="B9A48EF9F3354B43B596B1EBC93E0E4E1"/>
    <w:rsid w:val="009F5327"/>
    <w:pPr>
      <w:spacing w:after="200" w:line="276" w:lineRule="auto"/>
    </w:pPr>
  </w:style>
  <w:style w:type="paragraph" w:customStyle="1" w:styleId="787A2DCDAB554E0EA58B0872C6E388991">
    <w:name w:val="787A2DCDAB554E0EA58B0872C6E388991"/>
    <w:rsid w:val="009F5327"/>
    <w:pPr>
      <w:spacing w:after="200" w:line="276" w:lineRule="auto"/>
    </w:pPr>
  </w:style>
  <w:style w:type="paragraph" w:customStyle="1" w:styleId="F3110C8EF21E4CA89159D23FFD1392911">
    <w:name w:val="F3110C8EF21E4CA89159D23FFD1392911"/>
    <w:rsid w:val="009F5327"/>
    <w:pPr>
      <w:spacing w:after="200" w:line="276" w:lineRule="auto"/>
    </w:pPr>
  </w:style>
  <w:style w:type="paragraph" w:customStyle="1" w:styleId="10BA430DF3F042408257D556DDA650E91">
    <w:name w:val="10BA430DF3F042408257D556DDA650E91"/>
    <w:rsid w:val="009F5327"/>
    <w:pPr>
      <w:spacing w:after="200" w:line="276" w:lineRule="auto"/>
    </w:pPr>
  </w:style>
  <w:style w:type="paragraph" w:customStyle="1" w:styleId="28F6434D1F46457CB9A6E4A1A5BCEB461">
    <w:name w:val="28F6434D1F46457CB9A6E4A1A5BCEB461"/>
    <w:rsid w:val="009F5327"/>
    <w:pPr>
      <w:spacing w:after="200" w:line="276" w:lineRule="auto"/>
    </w:pPr>
  </w:style>
  <w:style w:type="paragraph" w:customStyle="1" w:styleId="A4571C136C534AE09F94136F9C2E28931">
    <w:name w:val="A4571C136C534AE09F94136F9C2E28931"/>
    <w:rsid w:val="009F5327"/>
    <w:pPr>
      <w:spacing w:after="200" w:line="276" w:lineRule="auto"/>
    </w:pPr>
  </w:style>
  <w:style w:type="paragraph" w:customStyle="1" w:styleId="32E44D96ADBC4BD0AF4E12DA5F70D3871">
    <w:name w:val="32E44D96ADBC4BD0AF4E12DA5F70D3871"/>
    <w:rsid w:val="009F5327"/>
    <w:pPr>
      <w:spacing w:after="200" w:line="276" w:lineRule="auto"/>
    </w:pPr>
  </w:style>
  <w:style w:type="paragraph" w:customStyle="1" w:styleId="DACDF91E0E714B2E85D8C6CF3F3786FA1">
    <w:name w:val="DACDF91E0E714B2E85D8C6CF3F3786FA1"/>
    <w:rsid w:val="009F5327"/>
    <w:pPr>
      <w:spacing w:after="200" w:line="276" w:lineRule="auto"/>
    </w:pPr>
  </w:style>
  <w:style w:type="paragraph" w:customStyle="1" w:styleId="4F891DA38BB04C7D80A1B2F6AF074ED11">
    <w:name w:val="4F891DA38BB04C7D80A1B2F6AF074ED11"/>
    <w:rsid w:val="009F5327"/>
    <w:pPr>
      <w:spacing w:after="200" w:line="276" w:lineRule="auto"/>
    </w:pPr>
  </w:style>
  <w:style w:type="paragraph" w:customStyle="1" w:styleId="1D699CF0F0B8413BB79800EA3A63640D1">
    <w:name w:val="1D699CF0F0B8413BB79800EA3A63640D1"/>
    <w:rsid w:val="009F5327"/>
    <w:pPr>
      <w:spacing w:after="200" w:line="276" w:lineRule="auto"/>
    </w:pPr>
  </w:style>
  <w:style w:type="paragraph" w:customStyle="1" w:styleId="A89EBA4095394ECE9127A0D7541173621">
    <w:name w:val="A89EBA4095394ECE9127A0D7541173621"/>
    <w:rsid w:val="009F5327"/>
    <w:pPr>
      <w:spacing w:after="200" w:line="276" w:lineRule="auto"/>
    </w:pPr>
  </w:style>
  <w:style w:type="paragraph" w:customStyle="1" w:styleId="02153F2E9C414A6DB0981FFEC04CEECB1">
    <w:name w:val="02153F2E9C414A6DB0981FFEC04CEECB1"/>
    <w:rsid w:val="009F5327"/>
    <w:pPr>
      <w:spacing w:after="200" w:line="276" w:lineRule="auto"/>
    </w:pPr>
  </w:style>
  <w:style w:type="paragraph" w:customStyle="1" w:styleId="821C01A538084D388305832953239DE31">
    <w:name w:val="821C01A538084D388305832953239DE31"/>
    <w:rsid w:val="009F5327"/>
    <w:pPr>
      <w:spacing w:after="200" w:line="276" w:lineRule="auto"/>
    </w:pPr>
  </w:style>
  <w:style w:type="paragraph" w:customStyle="1" w:styleId="73EAD8219240427C807E16F8204FC8621">
    <w:name w:val="73EAD8219240427C807E16F8204FC8621"/>
    <w:rsid w:val="009F5327"/>
    <w:pPr>
      <w:spacing w:after="200" w:line="276" w:lineRule="auto"/>
    </w:pPr>
  </w:style>
  <w:style w:type="paragraph" w:customStyle="1" w:styleId="E645CA21AC1C4AE89A74AB03DA98B7D21">
    <w:name w:val="E645CA21AC1C4AE89A74AB03DA98B7D21"/>
    <w:rsid w:val="009F5327"/>
    <w:pPr>
      <w:spacing w:after="200" w:line="276" w:lineRule="auto"/>
    </w:pPr>
  </w:style>
  <w:style w:type="paragraph" w:customStyle="1" w:styleId="A324FD0689704622BAFCBADCED7AF21B1">
    <w:name w:val="A324FD0689704622BAFCBADCED7AF21B1"/>
    <w:rsid w:val="009F5327"/>
    <w:pPr>
      <w:spacing w:after="200" w:line="276" w:lineRule="auto"/>
    </w:pPr>
  </w:style>
  <w:style w:type="paragraph" w:customStyle="1" w:styleId="154C2915D20B48869CF43F5F5D5FD5ED1">
    <w:name w:val="154C2915D20B48869CF43F5F5D5FD5ED1"/>
    <w:rsid w:val="009F5327"/>
    <w:pPr>
      <w:spacing w:after="200" w:line="276" w:lineRule="auto"/>
    </w:pPr>
  </w:style>
  <w:style w:type="paragraph" w:customStyle="1" w:styleId="DAB8F682586D403ABEA919117D04ABCE1">
    <w:name w:val="DAB8F682586D403ABEA919117D04ABCE1"/>
    <w:rsid w:val="009F5327"/>
    <w:pPr>
      <w:spacing w:after="200" w:line="276" w:lineRule="auto"/>
    </w:pPr>
  </w:style>
  <w:style w:type="paragraph" w:customStyle="1" w:styleId="F9A7C6BE2684490185F5FA589C6266F01">
    <w:name w:val="F9A7C6BE2684490185F5FA589C6266F01"/>
    <w:rsid w:val="009F5327"/>
    <w:pPr>
      <w:spacing w:after="200" w:line="276" w:lineRule="auto"/>
    </w:pPr>
  </w:style>
  <w:style w:type="paragraph" w:customStyle="1" w:styleId="A1AA6F3CBE344494B5216E38E3B2B08F1">
    <w:name w:val="A1AA6F3CBE344494B5216E38E3B2B08F1"/>
    <w:rsid w:val="009F5327"/>
    <w:pPr>
      <w:spacing w:after="200" w:line="276" w:lineRule="auto"/>
    </w:pPr>
  </w:style>
  <w:style w:type="paragraph" w:customStyle="1" w:styleId="CB016D15FE4846CC90F79D77ED7635051">
    <w:name w:val="CB016D15FE4846CC90F79D77ED7635051"/>
    <w:rsid w:val="009F5327"/>
    <w:pPr>
      <w:spacing w:after="200" w:line="276" w:lineRule="auto"/>
    </w:pPr>
  </w:style>
  <w:style w:type="paragraph" w:customStyle="1" w:styleId="B9E4E539693B4280BB061C114AB9D24C1">
    <w:name w:val="B9E4E539693B4280BB061C114AB9D24C1"/>
    <w:rsid w:val="009F5327"/>
    <w:pPr>
      <w:spacing w:after="200" w:line="276" w:lineRule="auto"/>
    </w:pPr>
  </w:style>
  <w:style w:type="paragraph" w:customStyle="1" w:styleId="185ADE67D8A4414B97D8694CF3C84BDC1">
    <w:name w:val="185ADE67D8A4414B97D8694CF3C84BDC1"/>
    <w:rsid w:val="009F5327"/>
    <w:pPr>
      <w:spacing w:after="200" w:line="276" w:lineRule="auto"/>
    </w:pPr>
  </w:style>
  <w:style w:type="paragraph" w:customStyle="1" w:styleId="9BB06A0F134444FBB21AC941E54A39501">
    <w:name w:val="9BB06A0F134444FBB21AC941E54A39501"/>
    <w:rsid w:val="009F5327"/>
    <w:pPr>
      <w:spacing w:after="200" w:line="276" w:lineRule="auto"/>
    </w:pPr>
  </w:style>
  <w:style w:type="paragraph" w:customStyle="1" w:styleId="108EE6F41228478492A8967852BC5E241">
    <w:name w:val="108EE6F41228478492A8967852BC5E241"/>
    <w:rsid w:val="009F5327"/>
    <w:pPr>
      <w:spacing w:after="200" w:line="276" w:lineRule="auto"/>
    </w:pPr>
  </w:style>
  <w:style w:type="paragraph" w:customStyle="1" w:styleId="5273657B97D2404BBE9250ECD4187CC91">
    <w:name w:val="5273657B97D2404BBE9250ECD4187CC91"/>
    <w:rsid w:val="009F5327"/>
    <w:pPr>
      <w:spacing w:after="200" w:line="276" w:lineRule="auto"/>
    </w:pPr>
  </w:style>
  <w:style w:type="paragraph" w:customStyle="1" w:styleId="A567BB517F1E4BF785FF66C1E7792A171">
    <w:name w:val="A567BB517F1E4BF785FF66C1E7792A171"/>
    <w:rsid w:val="009F5327"/>
    <w:pPr>
      <w:spacing w:after="200" w:line="276" w:lineRule="auto"/>
    </w:pPr>
  </w:style>
  <w:style w:type="paragraph" w:customStyle="1" w:styleId="03C66FBF284A4175820230CCE36F2C8D1">
    <w:name w:val="03C66FBF284A4175820230CCE36F2C8D1"/>
    <w:rsid w:val="009F5327"/>
    <w:pPr>
      <w:spacing w:after="200" w:line="276" w:lineRule="auto"/>
    </w:pPr>
  </w:style>
  <w:style w:type="paragraph" w:customStyle="1" w:styleId="31DF177FAF0347BB95CF91D2AB7D78C21">
    <w:name w:val="31DF177FAF0347BB95CF91D2AB7D78C21"/>
    <w:rsid w:val="009F5327"/>
    <w:pPr>
      <w:spacing w:after="200" w:line="276" w:lineRule="auto"/>
    </w:pPr>
  </w:style>
  <w:style w:type="paragraph" w:customStyle="1" w:styleId="A332782B1F074770A5812841CCE9CC791">
    <w:name w:val="A332782B1F074770A5812841CCE9CC791"/>
    <w:rsid w:val="009F5327"/>
    <w:pPr>
      <w:spacing w:after="200" w:line="276" w:lineRule="auto"/>
    </w:pPr>
  </w:style>
  <w:style w:type="paragraph" w:customStyle="1" w:styleId="CCE3552D061842C2967B081509A382E61">
    <w:name w:val="CCE3552D061842C2967B081509A382E61"/>
    <w:rsid w:val="009F5327"/>
    <w:pPr>
      <w:spacing w:after="200" w:line="276" w:lineRule="auto"/>
    </w:pPr>
  </w:style>
  <w:style w:type="paragraph" w:customStyle="1" w:styleId="71A6A65BE0E9451EA4056DF5A0B215DB1">
    <w:name w:val="71A6A65BE0E9451EA4056DF5A0B215DB1"/>
    <w:rsid w:val="009F5327"/>
    <w:pPr>
      <w:spacing w:after="200" w:line="276" w:lineRule="auto"/>
    </w:pPr>
  </w:style>
  <w:style w:type="paragraph" w:customStyle="1" w:styleId="98B2F9320AEF41379C884803AE0645AD1">
    <w:name w:val="98B2F9320AEF41379C884803AE0645AD1"/>
    <w:rsid w:val="009F5327"/>
    <w:pPr>
      <w:spacing w:after="200" w:line="276" w:lineRule="auto"/>
    </w:pPr>
  </w:style>
  <w:style w:type="paragraph" w:customStyle="1" w:styleId="03B8FB460BB74860B6F0861A9BA954811">
    <w:name w:val="03B8FB460BB74860B6F0861A9BA954811"/>
    <w:rsid w:val="009F5327"/>
    <w:pPr>
      <w:spacing w:after="200" w:line="276" w:lineRule="auto"/>
    </w:pPr>
  </w:style>
  <w:style w:type="paragraph" w:customStyle="1" w:styleId="365838D059914B72927A6B00C803FA48">
    <w:name w:val="365838D059914B72927A6B00C803FA48"/>
    <w:rsid w:val="009F5327"/>
    <w:pPr>
      <w:spacing w:after="200" w:line="276" w:lineRule="auto"/>
    </w:pPr>
  </w:style>
  <w:style w:type="paragraph" w:customStyle="1" w:styleId="AB99E45E070E48929C869409C17287F9">
    <w:name w:val="AB99E45E070E48929C869409C17287F9"/>
    <w:rsid w:val="009F5327"/>
    <w:pPr>
      <w:spacing w:after="200" w:line="276" w:lineRule="auto"/>
    </w:pPr>
  </w:style>
  <w:style w:type="paragraph" w:customStyle="1" w:styleId="085B87EF72544ABF8A2B748AE680300B">
    <w:name w:val="085B87EF72544ABF8A2B748AE680300B"/>
    <w:rsid w:val="009F5327"/>
    <w:pPr>
      <w:spacing w:after="200" w:line="276" w:lineRule="auto"/>
    </w:pPr>
  </w:style>
  <w:style w:type="paragraph" w:customStyle="1" w:styleId="6648927EC89C40A2A6FB356A7AD7B48B">
    <w:name w:val="6648927EC89C40A2A6FB356A7AD7B48B"/>
    <w:rsid w:val="009F5327"/>
    <w:pPr>
      <w:spacing w:after="200" w:line="276" w:lineRule="auto"/>
    </w:pPr>
  </w:style>
  <w:style w:type="paragraph" w:customStyle="1" w:styleId="3C8034A52A2D47C594AE99BBF21804D7">
    <w:name w:val="3C8034A52A2D47C594AE99BBF21804D7"/>
    <w:rsid w:val="009F5327"/>
    <w:pPr>
      <w:spacing w:after="200" w:line="276" w:lineRule="auto"/>
    </w:pPr>
  </w:style>
  <w:style w:type="paragraph" w:customStyle="1" w:styleId="15B474D5CF204A1D84FDC03506B78CC0">
    <w:name w:val="15B474D5CF204A1D84FDC03506B78CC0"/>
    <w:rsid w:val="009F5327"/>
    <w:pPr>
      <w:spacing w:after="200" w:line="276" w:lineRule="auto"/>
    </w:pPr>
  </w:style>
  <w:style w:type="paragraph" w:customStyle="1" w:styleId="86BE4C6528484093B462CCAC093FB7CE">
    <w:name w:val="86BE4C6528484093B462CCAC093FB7CE"/>
    <w:rsid w:val="009F5327"/>
    <w:pPr>
      <w:spacing w:after="200" w:line="276" w:lineRule="auto"/>
    </w:pPr>
  </w:style>
  <w:style w:type="paragraph" w:customStyle="1" w:styleId="7A01521791F74460BDB3F581458F3A5A">
    <w:name w:val="7A01521791F74460BDB3F581458F3A5A"/>
    <w:rsid w:val="009F5327"/>
    <w:pPr>
      <w:spacing w:after="200" w:line="276" w:lineRule="auto"/>
    </w:pPr>
  </w:style>
  <w:style w:type="paragraph" w:customStyle="1" w:styleId="81835CB1501A42C38BE02BEA9659E572">
    <w:name w:val="81835CB1501A42C38BE02BEA9659E572"/>
    <w:rsid w:val="009F5327"/>
    <w:pPr>
      <w:spacing w:after="200" w:line="276" w:lineRule="auto"/>
    </w:pPr>
  </w:style>
  <w:style w:type="paragraph" w:customStyle="1" w:styleId="3FF8856B62A84265A5C84529C3C5D962">
    <w:name w:val="3FF8856B62A84265A5C84529C3C5D962"/>
    <w:rsid w:val="009F5327"/>
    <w:pPr>
      <w:spacing w:after="200" w:line="276" w:lineRule="auto"/>
    </w:pPr>
  </w:style>
  <w:style w:type="paragraph" w:customStyle="1" w:styleId="38955F0542D44B0792AD27FD8AE499F1">
    <w:name w:val="38955F0542D44B0792AD27FD8AE499F1"/>
    <w:rsid w:val="009F5327"/>
    <w:pPr>
      <w:spacing w:after="200" w:line="276" w:lineRule="auto"/>
    </w:pPr>
  </w:style>
  <w:style w:type="paragraph" w:customStyle="1" w:styleId="E5E2A85F79DA4834B7AFAFF950EE8B74">
    <w:name w:val="E5E2A85F79DA4834B7AFAFF950EE8B74"/>
    <w:rsid w:val="009F5327"/>
    <w:pPr>
      <w:spacing w:after="200" w:line="276" w:lineRule="auto"/>
    </w:pPr>
  </w:style>
  <w:style w:type="paragraph" w:customStyle="1" w:styleId="B1E97A9144FD4775921D1B70AAF33918">
    <w:name w:val="B1E97A9144FD4775921D1B70AAF33918"/>
    <w:rsid w:val="009F5327"/>
    <w:pPr>
      <w:spacing w:after="200" w:line="276" w:lineRule="auto"/>
    </w:pPr>
  </w:style>
  <w:style w:type="paragraph" w:customStyle="1" w:styleId="7F3933508D5C4608B34DBA7E8FFE0D60">
    <w:name w:val="7F3933508D5C4608B34DBA7E8FFE0D60"/>
    <w:rsid w:val="009F5327"/>
    <w:pPr>
      <w:spacing w:after="200" w:line="276" w:lineRule="auto"/>
    </w:pPr>
  </w:style>
  <w:style w:type="paragraph" w:customStyle="1" w:styleId="ACBE0EFC4B5E428C871D26A9144B0650">
    <w:name w:val="ACBE0EFC4B5E428C871D26A9144B0650"/>
    <w:rsid w:val="009F5327"/>
    <w:pPr>
      <w:spacing w:after="200" w:line="276" w:lineRule="auto"/>
    </w:pPr>
  </w:style>
  <w:style w:type="paragraph" w:customStyle="1" w:styleId="1984DE374F924E0C9BC4F99108886C9A">
    <w:name w:val="1984DE374F924E0C9BC4F99108886C9A"/>
    <w:rsid w:val="009F5327"/>
    <w:pPr>
      <w:spacing w:after="200" w:line="276" w:lineRule="auto"/>
    </w:pPr>
  </w:style>
  <w:style w:type="paragraph" w:customStyle="1" w:styleId="EB375BA08DF64F1D965D0B750CA77E73">
    <w:name w:val="EB375BA08DF64F1D965D0B750CA77E73"/>
    <w:rsid w:val="009F5327"/>
    <w:pPr>
      <w:spacing w:after="200" w:line="276" w:lineRule="auto"/>
    </w:pPr>
  </w:style>
  <w:style w:type="paragraph" w:customStyle="1" w:styleId="E6BD942427B6472CBCABA3B1EC8F8E61">
    <w:name w:val="E6BD942427B6472CBCABA3B1EC8F8E61"/>
    <w:rsid w:val="009F5327"/>
    <w:pPr>
      <w:spacing w:after="200" w:line="276" w:lineRule="auto"/>
    </w:pPr>
  </w:style>
  <w:style w:type="paragraph" w:customStyle="1" w:styleId="6474EE482800414CBDA0B0858EC70403">
    <w:name w:val="6474EE482800414CBDA0B0858EC70403"/>
    <w:rsid w:val="009F5327"/>
    <w:pPr>
      <w:spacing w:after="200" w:line="276" w:lineRule="auto"/>
    </w:pPr>
  </w:style>
  <w:style w:type="paragraph" w:customStyle="1" w:styleId="130EEA536A6A4B1C870DDBB247D1666F">
    <w:name w:val="130EEA536A6A4B1C870DDBB247D1666F"/>
    <w:rsid w:val="009F5327"/>
    <w:pPr>
      <w:spacing w:after="200" w:line="276" w:lineRule="auto"/>
    </w:pPr>
  </w:style>
  <w:style w:type="paragraph" w:customStyle="1" w:styleId="5C3A7D73D147443AA194C06FB2499427">
    <w:name w:val="5C3A7D73D147443AA194C06FB2499427"/>
    <w:rsid w:val="009F5327"/>
    <w:pPr>
      <w:spacing w:after="200" w:line="276" w:lineRule="auto"/>
    </w:pPr>
  </w:style>
  <w:style w:type="paragraph" w:customStyle="1" w:styleId="63F193555AD9499CB710078DC26953EF">
    <w:name w:val="63F193555AD9499CB710078DC26953EF"/>
    <w:rsid w:val="009F5327"/>
    <w:pPr>
      <w:spacing w:after="200" w:line="276" w:lineRule="auto"/>
    </w:pPr>
  </w:style>
  <w:style w:type="paragraph" w:customStyle="1" w:styleId="577A7DFC1E1F40069740321DEF30D704">
    <w:name w:val="577A7DFC1E1F40069740321DEF30D704"/>
    <w:rsid w:val="009F5327"/>
    <w:pPr>
      <w:spacing w:after="200" w:line="276" w:lineRule="auto"/>
    </w:pPr>
  </w:style>
  <w:style w:type="paragraph" w:customStyle="1" w:styleId="F313C84236FE4FF7AC3B18406F4AE685">
    <w:name w:val="F313C84236FE4FF7AC3B18406F4AE685"/>
    <w:rsid w:val="009F5327"/>
    <w:pPr>
      <w:spacing w:after="200" w:line="276" w:lineRule="auto"/>
    </w:pPr>
  </w:style>
  <w:style w:type="paragraph" w:customStyle="1" w:styleId="BF0E036CDD4D45C3AB85A07BA2DD6163">
    <w:name w:val="BF0E036CDD4D45C3AB85A07BA2DD6163"/>
    <w:rsid w:val="009F5327"/>
    <w:pPr>
      <w:spacing w:after="200" w:line="276" w:lineRule="auto"/>
    </w:pPr>
  </w:style>
  <w:style w:type="paragraph" w:customStyle="1" w:styleId="47669BF0FCBE406AAD1E10B9812106B4">
    <w:name w:val="47669BF0FCBE406AAD1E10B9812106B4"/>
    <w:rsid w:val="009F5327"/>
    <w:pPr>
      <w:spacing w:after="200" w:line="276" w:lineRule="auto"/>
    </w:pPr>
  </w:style>
  <w:style w:type="paragraph" w:customStyle="1" w:styleId="DBE498F6C1F9478E9256B5C3C3B8D0FE">
    <w:name w:val="DBE498F6C1F9478E9256B5C3C3B8D0FE"/>
    <w:rsid w:val="009F5327"/>
    <w:pPr>
      <w:spacing w:after="200" w:line="276" w:lineRule="auto"/>
    </w:pPr>
  </w:style>
  <w:style w:type="paragraph" w:customStyle="1" w:styleId="BDE1C10464E64A0C81164B77F9A4AA5C">
    <w:name w:val="BDE1C10464E64A0C81164B77F9A4AA5C"/>
    <w:rsid w:val="009F5327"/>
    <w:pPr>
      <w:spacing w:after="200" w:line="276" w:lineRule="auto"/>
    </w:pPr>
  </w:style>
  <w:style w:type="paragraph" w:customStyle="1" w:styleId="648DBBF183FB40FAB6C79D4C05E49AA4">
    <w:name w:val="648DBBF183FB40FAB6C79D4C05E49AA4"/>
    <w:rsid w:val="009F5327"/>
    <w:pPr>
      <w:spacing w:after="200" w:line="276" w:lineRule="auto"/>
    </w:pPr>
  </w:style>
  <w:style w:type="paragraph" w:customStyle="1" w:styleId="1C09BEC26D3548A89E225D009B56BFFB">
    <w:name w:val="1C09BEC26D3548A89E225D009B56BFFB"/>
    <w:rsid w:val="009F5327"/>
    <w:pPr>
      <w:spacing w:after="200" w:line="276" w:lineRule="auto"/>
    </w:pPr>
  </w:style>
  <w:style w:type="paragraph" w:customStyle="1" w:styleId="860677CA9CD4419B8300F24B017CFBBE">
    <w:name w:val="860677CA9CD4419B8300F24B017CFBBE"/>
    <w:rsid w:val="009F5327"/>
    <w:pPr>
      <w:spacing w:after="200" w:line="276" w:lineRule="auto"/>
    </w:pPr>
  </w:style>
  <w:style w:type="paragraph" w:customStyle="1" w:styleId="6C42C24885A6479A8C655EDA93D92F26">
    <w:name w:val="6C42C24885A6479A8C655EDA93D92F26"/>
    <w:rsid w:val="009F5327"/>
    <w:pPr>
      <w:spacing w:after="200" w:line="276" w:lineRule="auto"/>
    </w:pPr>
  </w:style>
  <w:style w:type="paragraph" w:customStyle="1" w:styleId="AE78C549051C42ACAB0308BC3FBFBD26">
    <w:name w:val="AE78C549051C42ACAB0308BC3FBFBD26"/>
    <w:rsid w:val="009F5327"/>
    <w:pPr>
      <w:spacing w:after="200" w:line="276" w:lineRule="auto"/>
    </w:pPr>
  </w:style>
  <w:style w:type="paragraph" w:customStyle="1" w:styleId="BE156BEC2F1543B3B84B3D0F6AB9DFA0">
    <w:name w:val="BE156BEC2F1543B3B84B3D0F6AB9DFA0"/>
    <w:rsid w:val="009F5327"/>
    <w:pPr>
      <w:spacing w:after="200" w:line="276" w:lineRule="auto"/>
    </w:pPr>
  </w:style>
  <w:style w:type="paragraph" w:customStyle="1" w:styleId="AF0EAD1D64F34A3BAED0B738FADC88E5">
    <w:name w:val="AF0EAD1D64F34A3BAED0B738FADC88E5"/>
    <w:rsid w:val="009F5327"/>
    <w:pPr>
      <w:spacing w:after="200" w:line="276" w:lineRule="auto"/>
    </w:pPr>
  </w:style>
  <w:style w:type="paragraph" w:customStyle="1" w:styleId="B30D077B9E80489CBC3921A2CB4E1EA9">
    <w:name w:val="B30D077B9E80489CBC3921A2CB4E1EA9"/>
    <w:rsid w:val="009F5327"/>
    <w:pPr>
      <w:spacing w:after="200" w:line="276" w:lineRule="auto"/>
    </w:pPr>
  </w:style>
  <w:style w:type="paragraph" w:customStyle="1" w:styleId="6F253A2C3CB54B90B13DE772D5510E90">
    <w:name w:val="6F253A2C3CB54B90B13DE772D5510E90"/>
    <w:rsid w:val="009F5327"/>
    <w:pPr>
      <w:spacing w:after="200" w:line="276" w:lineRule="auto"/>
    </w:pPr>
  </w:style>
  <w:style w:type="paragraph" w:customStyle="1" w:styleId="45527F50F168459E8AAF279EDE532CE7">
    <w:name w:val="45527F50F168459E8AAF279EDE532CE7"/>
    <w:rsid w:val="009F5327"/>
    <w:pPr>
      <w:spacing w:after="200" w:line="276" w:lineRule="auto"/>
    </w:pPr>
  </w:style>
  <w:style w:type="paragraph" w:customStyle="1" w:styleId="223ED7C7FF504317987E8EEAB175823E">
    <w:name w:val="223ED7C7FF504317987E8EEAB175823E"/>
    <w:rsid w:val="009F5327"/>
    <w:pPr>
      <w:spacing w:after="200" w:line="276" w:lineRule="auto"/>
    </w:pPr>
  </w:style>
  <w:style w:type="paragraph" w:customStyle="1" w:styleId="382561513D864E89A7F5B2ED35D0B4FB">
    <w:name w:val="382561513D864E89A7F5B2ED35D0B4FB"/>
    <w:rsid w:val="009F5327"/>
    <w:pPr>
      <w:spacing w:after="200" w:line="276" w:lineRule="auto"/>
    </w:pPr>
  </w:style>
  <w:style w:type="paragraph" w:customStyle="1" w:styleId="6FB8029AD57A43688881BB3956AD7584">
    <w:name w:val="6FB8029AD57A43688881BB3956AD7584"/>
    <w:rsid w:val="009F5327"/>
    <w:pPr>
      <w:spacing w:after="200" w:line="276" w:lineRule="auto"/>
    </w:pPr>
  </w:style>
  <w:style w:type="paragraph" w:customStyle="1" w:styleId="4E94F9A2603C4983BA3B0504CD2EAA1C">
    <w:name w:val="4E94F9A2603C4983BA3B0504CD2EAA1C"/>
    <w:rsid w:val="009F5327"/>
    <w:pPr>
      <w:spacing w:after="200" w:line="276" w:lineRule="auto"/>
    </w:pPr>
  </w:style>
  <w:style w:type="paragraph" w:customStyle="1" w:styleId="E04E403C73F946B4851616310A6929B3">
    <w:name w:val="E04E403C73F946B4851616310A6929B3"/>
    <w:rsid w:val="009F5327"/>
    <w:pPr>
      <w:spacing w:after="200" w:line="276" w:lineRule="auto"/>
    </w:pPr>
  </w:style>
  <w:style w:type="paragraph" w:customStyle="1" w:styleId="3ABA4D8D41C3426DAE8A6DAAE90D9949">
    <w:name w:val="3ABA4D8D41C3426DAE8A6DAAE90D9949"/>
    <w:rsid w:val="009F5327"/>
    <w:pPr>
      <w:spacing w:after="200" w:line="276" w:lineRule="auto"/>
    </w:pPr>
  </w:style>
  <w:style w:type="paragraph" w:customStyle="1" w:styleId="5D2CE74C94BA4FF9BA3E7FF60B8F469F">
    <w:name w:val="5D2CE74C94BA4FF9BA3E7FF60B8F469F"/>
    <w:rsid w:val="009F5327"/>
    <w:pPr>
      <w:spacing w:after="200" w:line="276" w:lineRule="auto"/>
    </w:pPr>
  </w:style>
  <w:style w:type="paragraph" w:customStyle="1" w:styleId="1A40ED76AD1B4809A5CD97D17ED8C1B4">
    <w:name w:val="1A40ED76AD1B4809A5CD97D17ED8C1B4"/>
    <w:rsid w:val="009F5327"/>
    <w:pPr>
      <w:spacing w:after="200" w:line="276" w:lineRule="auto"/>
    </w:pPr>
  </w:style>
  <w:style w:type="paragraph" w:customStyle="1" w:styleId="45253DD0687D4008BDF37282EE6E1066">
    <w:name w:val="45253DD0687D4008BDF37282EE6E1066"/>
    <w:rsid w:val="009F5327"/>
    <w:pPr>
      <w:spacing w:after="200" w:line="276" w:lineRule="auto"/>
    </w:pPr>
  </w:style>
  <w:style w:type="paragraph" w:customStyle="1" w:styleId="32C912404EA14AF19458E0297ED04D4B">
    <w:name w:val="32C912404EA14AF19458E0297ED04D4B"/>
    <w:rsid w:val="009F5327"/>
    <w:pPr>
      <w:spacing w:after="200" w:line="276" w:lineRule="auto"/>
    </w:pPr>
  </w:style>
  <w:style w:type="paragraph" w:customStyle="1" w:styleId="7FBCCF483FE448D491FB31774444E29D">
    <w:name w:val="7FBCCF483FE448D491FB31774444E29D"/>
    <w:rsid w:val="009F5327"/>
    <w:pPr>
      <w:spacing w:after="200" w:line="276" w:lineRule="auto"/>
    </w:pPr>
  </w:style>
  <w:style w:type="paragraph" w:customStyle="1" w:styleId="62BAD36F4F8A44C7B4EA7199E29B388F">
    <w:name w:val="62BAD36F4F8A44C7B4EA7199E29B388F"/>
    <w:rsid w:val="009F5327"/>
    <w:pPr>
      <w:spacing w:after="200" w:line="276" w:lineRule="auto"/>
    </w:pPr>
  </w:style>
  <w:style w:type="paragraph" w:customStyle="1" w:styleId="33B24FEBFBE44545A2D7E533DED4BD37">
    <w:name w:val="33B24FEBFBE44545A2D7E533DED4BD37"/>
    <w:rsid w:val="009F5327"/>
    <w:pPr>
      <w:spacing w:after="200" w:line="276" w:lineRule="auto"/>
    </w:pPr>
  </w:style>
  <w:style w:type="paragraph" w:customStyle="1" w:styleId="9AEAA8A00F984FD5847384CF8071FCCB2">
    <w:name w:val="9AEAA8A00F984FD5847384CF8071FCCB2"/>
    <w:rsid w:val="009F5327"/>
    <w:pPr>
      <w:spacing w:after="200" w:line="276" w:lineRule="auto"/>
    </w:pPr>
  </w:style>
  <w:style w:type="paragraph" w:customStyle="1" w:styleId="9FED240ED8DB493AB11F00E518F2C7602">
    <w:name w:val="9FED240ED8DB493AB11F00E518F2C7602"/>
    <w:rsid w:val="009F5327"/>
    <w:pPr>
      <w:spacing w:after="200" w:line="276" w:lineRule="auto"/>
    </w:pPr>
  </w:style>
  <w:style w:type="paragraph" w:customStyle="1" w:styleId="D98A882CE73A40798FBE6124278820932">
    <w:name w:val="D98A882CE73A40798FBE6124278820932"/>
    <w:rsid w:val="009F5327"/>
    <w:pPr>
      <w:spacing w:after="200" w:line="276" w:lineRule="auto"/>
    </w:pPr>
  </w:style>
  <w:style w:type="paragraph" w:customStyle="1" w:styleId="C63AB792D8704E34A72EB2DDDCE53CD42">
    <w:name w:val="C63AB792D8704E34A72EB2DDDCE53CD42"/>
    <w:rsid w:val="009F5327"/>
    <w:pPr>
      <w:spacing w:after="200" w:line="276" w:lineRule="auto"/>
    </w:pPr>
  </w:style>
  <w:style w:type="paragraph" w:customStyle="1" w:styleId="8325075121064DAAAEF164CED23B2A922">
    <w:name w:val="8325075121064DAAAEF164CED23B2A922"/>
    <w:rsid w:val="009F5327"/>
    <w:pPr>
      <w:spacing w:after="200" w:line="276" w:lineRule="auto"/>
    </w:pPr>
  </w:style>
  <w:style w:type="paragraph" w:customStyle="1" w:styleId="F6F583F428324ED7B7212D51DE6729582">
    <w:name w:val="F6F583F428324ED7B7212D51DE6729582"/>
    <w:rsid w:val="009F5327"/>
    <w:pPr>
      <w:spacing w:after="200" w:line="276" w:lineRule="auto"/>
    </w:pPr>
  </w:style>
  <w:style w:type="paragraph" w:customStyle="1" w:styleId="96A4351A239147228C2BFBF424DB1B671">
    <w:name w:val="96A4351A239147228C2BFBF424DB1B671"/>
    <w:rsid w:val="009F5327"/>
    <w:pPr>
      <w:spacing w:after="200" w:line="276" w:lineRule="auto"/>
    </w:pPr>
  </w:style>
  <w:style w:type="paragraph" w:customStyle="1" w:styleId="B9A48EF9F3354B43B596B1EBC93E0E4E2">
    <w:name w:val="B9A48EF9F3354B43B596B1EBC93E0E4E2"/>
    <w:rsid w:val="009F5327"/>
    <w:pPr>
      <w:spacing w:after="200" w:line="276" w:lineRule="auto"/>
    </w:pPr>
  </w:style>
  <w:style w:type="paragraph" w:customStyle="1" w:styleId="787A2DCDAB554E0EA58B0872C6E388992">
    <w:name w:val="787A2DCDAB554E0EA58B0872C6E388992"/>
    <w:rsid w:val="009F5327"/>
    <w:pPr>
      <w:spacing w:after="200" w:line="276" w:lineRule="auto"/>
    </w:pPr>
  </w:style>
  <w:style w:type="paragraph" w:customStyle="1" w:styleId="F3110C8EF21E4CA89159D23FFD1392912">
    <w:name w:val="F3110C8EF21E4CA89159D23FFD1392912"/>
    <w:rsid w:val="009F5327"/>
    <w:pPr>
      <w:spacing w:after="200" w:line="276" w:lineRule="auto"/>
    </w:pPr>
  </w:style>
  <w:style w:type="paragraph" w:customStyle="1" w:styleId="10BA430DF3F042408257D556DDA650E92">
    <w:name w:val="10BA430DF3F042408257D556DDA650E92"/>
    <w:rsid w:val="009F5327"/>
    <w:pPr>
      <w:spacing w:after="200" w:line="276" w:lineRule="auto"/>
    </w:pPr>
  </w:style>
  <w:style w:type="paragraph" w:customStyle="1" w:styleId="28F6434D1F46457CB9A6E4A1A5BCEB462">
    <w:name w:val="28F6434D1F46457CB9A6E4A1A5BCEB462"/>
    <w:rsid w:val="009F5327"/>
    <w:pPr>
      <w:spacing w:after="200" w:line="276" w:lineRule="auto"/>
    </w:pPr>
  </w:style>
  <w:style w:type="paragraph" w:customStyle="1" w:styleId="A4571C136C534AE09F94136F9C2E28932">
    <w:name w:val="A4571C136C534AE09F94136F9C2E28932"/>
    <w:rsid w:val="009F5327"/>
    <w:pPr>
      <w:spacing w:after="200" w:line="276" w:lineRule="auto"/>
    </w:pPr>
  </w:style>
  <w:style w:type="paragraph" w:customStyle="1" w:styleId="32E44D96ADBC4BD0AF4E12DA5F70D3872">
    <w:name w:val="32E44D96ADBC4BD0AF4E12DA5F70D3872"/>
    <w:rsid w:val="009F5327"/>
    <w:pPr>
      <w:spacing w:after="200" w:line="276" w:lineRule="auto"/>
    </w:pPr>
  </w:style>
  <w:style w:type="paragraph" w:customStyle="1" w:styleId="DACDF91E0E714B2E85D8C6CF3F3786FA2">
    <w:name w:val="DACDF91E0E714B2E85D8C6CF3F3786FA2"/>
    <w:rsid w:val="009F5327"/>
    <w:pPr>
      <w:spacing w:after="200" w:line="276" w:lineRule="auto"/>
    </w:pPr>
  </w:style>
  <w:style w:type="paragraph" w:customStyle="1" w:styleId="4F891DA38BB04C7D80A1B2F6AF074ED12">
    <w:name w:val="4F891DA38BB04C7D80A1B2F6AF074ED12"/>
    <w:rsid w:val="009F5327"/>
    <w:pPr>
      <w:spacing w:after="200" w:line="276" w:lineRule="auto"/>
    </w:pPr>
  </w:style>
  <w:style w:type="paragraph" w:customStyle="1" w:styleId="1D699CF0F0B8413BB79800EA3A63640D2">
    <w:name w:val="1D699CF0F0B8413BB79800EA3A63640D2"/>
    <w:rsid w:val="009F5327"/>
    <w:pPr>
      <w:spacing w:after="200" w:line="276" w:lineRule="auto"/>
    </w:pPr>
  </w:style>
  <w:style w:type="paragraph" w:customStyle="1" w:styleId="A89EBA4095394ECE9127A0D7541173622">
    <w:name w:val="A89EBA4095394ECE9127A0D7541173622"/>
    <w:rsid w:val="009F5327"/>
    <w:pPr>
      <w:spacing w:after="200" w:line="276" w:lineRule="auto"/>
    </w:pPr>
  </w:style>
  <w:style w:type="paragraph" w:customStyle="1" w:styleId="02153F2E9C414A6DB0981FFEC04CEECB2">
    <w:name w:val="02153F2E9C414A6DB0981FFEC04CEECB2"/>
    <w:rsid w:val="009F5327"/>
    <w:pPr>
      <w:spacing w:after="200" w:line="276" w:lineRule="auto"/>
    </w:pPr>
  </w:style>
  <w:style w:type="paragraph" w:customStyle="1" w:styleId="821C01A538084D388305832953239DE32">
    <w:name w:val="821C01A538084D388305832953239DE32"/>
    <w:rsid w:val="009F5327"/>
    <w:pPr>
      <w:spacing w:after="200" w:line="276" w:lineRule="auto"/>
    </w:pPr>
  </w:style>
  <w:style w:type="paragraph" w:customStyle="1" w:styleId="73EAD8219240427C807E16F8204FC8622">
    <w:name w:val="73EAD8219240427C807E16F8204FC8622"/>
    <w:rsid w:val="009F5327"/>
    <w:pPr>
      <w:spacing w:after="200" w:line="276" w:lineRule="auto"/>
    </w:pPr>
  </w:style>
  <w:style w:type="paragraph" w:customStyle="1" w:styleId="E645CA21AC1C4AE89A74AB03DA98B7D22">
    <w:name w:val="E645CA21AC1C4AE89A74AB03DA98B7D22"/>
    <w:rsid w:val="009F5327"/>
    <w:pPr>
      <w:spacing w:after="200" w:line="276" w:lineRule="auto"/>
    </w:pPr>
  </w:style>
  <w:style w:type="paragraph" w:customStyle="1" w:styleId="A324FD0689704622BAFCBADCED7AF21B2">
    <w:name w:val="A324FD0689704622BAFCBADCED7AF21B2"/>
    <w:rsid w:val="009F5327"/>
    <w:pPr>
      <w:spacing w:after="200" w:line="276" w:lineRule="auto"/>
    </w:pPr>
  </w:style>
  <w:style w:type="paragraph" w:customStyle="1" w:styleId="154C2915D20B48869CF43F5F5D5FD5ED2">
    <w:name w:val="154C2915D20B48869CF43F5F5D5FD5ED2"/>
    <w:rsid w:val="009F5327"/>
    <w:pPr>
      <w:spacing w:after="200" w:line="276" w:lineRule="auto"/>
    </w:pPr>
  </w:style>
  <w:style w:type="paragraph" w:customStyle="1" w:styleId="DAB8F682586D403ABEA919117D04ABCE2">
    <w:name w:val="DAB8F682586D403ABEA919117D04ABCE2"/>
    <w:rsid w:val="009F5327"/>
    <w:pPr>
      <w:spacing w:after="200" w:line="276" w:lineRule="auto"/>
    </w:pPr>
  </w:style>
  <w:style w:type="paragraph" w:customStyle="1" w:styleId="F9A7C6BE2684490185F5FA589C6266F02">
    <w:name w:val="F9A7C6BE2684490185F5FA589C6266F02"/>
    <w:rsid w:val="009F5327"/>
    <w:pPr>
      <w:spacing w:after="200" w:line="276" w:lineRule="auto"/>
    </w:pPr>
  </w:style>
  <w:style w:type="paragraph" w:customStyle="1" w:styleId="A1AA6F3CBE344494B5216E38E3B2B08F2">
    <w:name w:val="A1AA6F3CBE344494B5216E38E3B2B08F2"/>
    <w:rsid w:val="009F5327"/>
    <w:pPr>
      <w:spacing w:after="200" w:line="276" w:lineRule="auto"/>
    </w:pPr>
  </w:style>
  <w:style w:type="paragraph" w:customStyle="1" w:styleId="CB016D15FE4846CC90F79D77ED7635052">
    <w:name w:val="CB016D15FE4846CC90F79D77ED7635052"/>
    <w:rsid w:val="009F5327"/>
    <w:pPr>
      <w:spacing w:after="200" w:line="276" w:lineRule="auto"/>
    </w:pPr>
  </w:style>
  <w:style w:type="paragraph" w:customStyle="1" w:styleId="B9E4E539693B4280BB061C114AB9D24C2">
    <w:name w:val="B9E4E539693B4280BB061C114AB9D24C2"/>
    <w:rsid w:val="009F5327"/>
    <w:pPr>
      <w:spacing w:after="200" w:line="276" w:lineRule="auto"/>
    </w:pPr>
  </w:style>
  <w:style w:type="paragraph" w:customStyle="1" w:styleId="185ADE67D8A4414B97D8694CF3C84BDC2">
    <w:name w:val="185ADE67D8A4414B97D8694CF3C84BDC2"/>
    <w:rsid w:val="009F5327"/>
    <w:pPr>
      <w:spacing w:after="200" w:line="276" w:lineRule="auto"/>
    </w:pPr>
  </w:style>
  <w:style w:type="paragraph" w:customStyle="1" w:styleId="9BB06A0F134444FBB21AC941E54A39502">
    <w:name w:val="9BB06A0F134444FBB21AC941E54A39502"/>
    <w:rsid w:val="009F5327"/>
    <w:pPr>
      <w:spacing w:after="200" w:line="276" w:lineRule="auto"/>
    </w:pPr>
  </w:style>
  <w:style w:type="paragraph" w:customStyle="1" w:styleId="108EE6F41228478492A8967852BC5E242">
    <w:name w:val="108EE6F41228478492A8967852BC5E242"/>
    <w:rsid w:val="009F5327"/>
    <w:pPr>
      <w:spacing w:after="200" w:line="276" w:lineRule="auto"/>
    </w:pPr>
  </w:style>
  <w:style w:type="paragraph" w:customStyle="1" w:styleId="5273657B97D2404BBE9250ECD4187CC92">
    <w:name w:val="5273657B97D2404BBE9250ECD4187CC92"/>
    <w:rsid w:val="009F5327"/>
    <w:pPr>
      <w:spacing w:after="200" w:line="276" w:lineRule="auto"/>
    </w:pPr>
  </w:style>
  <w:style w:type="paragraph" w:customStyle="1" w:styleId="A567BB517F1E4BF785FF66C1E7792A172">
    <w:name w:val="A567BB517F1E4BF785FF66C1E7792A172"/>
    <w:rsid w:val="009F5327"/>
    <w:pPr>
      <w:spacing w:after="200" w:line="276" w:lineRule="auto"/>
    </w:pPr>
  </w:style>
  <w:style w:type="paragraph" w:customStyle="1" w:styleId="03C66FBF284A4175820230CCE36F2C8D2">
    <w:name w:val="03C66FBF284A4175820230CCE36F2C8D2"/>
    <w:rsid w:val="009F5327"/>
    <w:pPr>
      <w:spacing w:after="200" w:line="276" w:lineRule="auto"/>
    </w:pPr>
  </w:style>
  <w:style w:type="paragraph" w:customStyle="1" w:styleId="31DF177FAF0347BB95CF91D2AB7D78C22">
    <w:name w:val="31DF177FAF0347BB95CF91D2AB7D78C22"/>
    <w:rsid w:val="009F5327"/>
    <w:pPr>
      <w:spacing w:after="200" w:line="276" w:lineRule="auto"/>
    </w:pPr>
  </w:style>
  <w:style w:type="paragraph" w:customStyle="1" w:styleId="A332782B1F074770A5812841CCE9CC792">
    <w:name w:val="A332782B1F074770A5812841CCE9CC792"/>
    <w:rsid w:val="009F5327"/>
    <w:pPr>
      <w:spacing w:after="200" w:line="276" w:lineRule="auto"/>
    </w:pPr>
  </w:style>
  <w:style w:type="paragraph" w:customStyle="1" w:styleId="CCE3552D061842C2967B081509A382E62">
    <w:name w:val="CCE3552D061842C2967B081509A382E62"/>
    <w:rsid w:val="009F5327"/>
    <w:pPr>
      <w:spacing w:after="200" w:line="276" w:lineRule="auto"/>
    </w:pPr>
  </w:style>
  <w:style w:type="paragraph" w:customStyle="1" w:styleId="71A6A65BE0E9451EA4056DF5A0B215DB2">
    <w:name w:val="71A6A65BE0E9451EA4056DF5A0B215DB2"/>
    <w:rsid w:val="009F5327"/>
    <w:pPr>
      <w:spacing w:after="200" w:line="276" w:lineRule="auto"/>
    </w:pPr>
  </w:style>
  <w:style w:type="paragraph" w:customStyle="1" w:styleId="98B2F9320AEF41379C884803AE0645AD2">
    <w:name w:val="98B2F9320AEF41379C884803AE0645AD2"/>
    <w:rsid w:val="009F5327"/>
    <w:pPr>
      <w:spacing w:after="200" w:line="276" w:lineRule="auto"/>
    </w:pPr>
  </w:style>
  <w:style w:type="paragraph" w:customStyle="1" w:styleId="03B8FB460BB74860B6F0861A9BA954812">
    <w:name w:val="03B8FB460BB74860B6F0861A9BA954812"/>
    <w:rsid w:val="009F5327"/>
    <w:pPr>
      <w:spacing w:after="200" w:line="276" w:lineRule="auto"/>
    </w:pPr>
  </w:style>
  <w:style w:type="paragraph" w:customStyle="1" w:styleId="365838D059914B72927A6B00C803FA481">
    <w:name w:val="365838D059914B72927A6B00C803FA481"/>
    <w:rsid w:val="009F5327"/>
    <w:pPr>
      <w:spacing w:after="200" w:line="276" w:lineRule="auto"/>
    </w:pPr>
  </w:style>
  <w:style w:type="paragraph" w:customStyle="1" w:styleId="AB99E45E070E48929C869409C17287F91">
    <w:name w:val="AB99E45E070E48929C869409C17287F91"/>
    <w:rsid w:val="009F5327"/>
    <w:pPr>
      <w:spacing w:after="200" w:line="276" w:lineRule="auto"/>
    </w:pPr>
  </w:style>
  <w:style w:type="paragraph" w:customStyle="1" w:styleId="085B87EF72544ABF8A2B748AE680300B1">
    <w:name w:val="085B87EF72544ABF8A2B748AE680300B1"/>
    <w:rsid w:val="009F5327"/>
    <w:pPr>
      <w:spacing w:after="200" w:line="276" w:lineRule="auto"/>
    </w:pPr>
  </w:style>
  <w:style w:type="paragraph" w:customStyle="1" w:styleId="6648927EC89C40A2A6FB356A7AD7B48B1">
    <w:name w:val="6648927EC89C40A2A6FB356A7AD7B48B1"/>
    <w:rsid w:val="009F5327"/>
    <w:pPr>
      <w:spacing w:after="200" w:line="276" w:lineRule="auto"/>
    </w:pPr>
  </w:style>
  <w:style w:type="paragraph" w:customStyle="1" w:styleId="3C8034A52A2D47C594AE99BBF21804D71">
    <w:name w:val="3C8034A52A2D47C594AE99BBF21804D71"/>
    <w:rsid w:val="009F5327"/>
    <w:pPr>
      <w:spacing w:after="200" w:line="276" w:lineRule="auto"/>
    </w:pPr>
  </w:style>
  <w:style w:type="paragraph" w:customStyle="1" w:styleId="15B474D5CF204A1D84FDC03506B78CC01">
    <w:name w:val="15B474D5CF204A1D84FDC03506B78CC01"/>
    <w:rsid w:val="009F5327"/>
    <w:pPr>
      <w:spacing w:after="200" w:line="276" w:lineRule="auto"/>
    </w:pPr>
  </w:style>
  <w:style w:type="paragraph" w:customStyle="1" w:styleId="86BE4C6528484093B462CCAC093FB7CE1">
    <w:name w:val="86BE4C6528484093B462CCAC093FB7CE1"/>
    <w:rsid w:val="009F5327"/>
    <w:pPr>
      <w:spacing w:after="200" w:line="276" w:lineRule="auto"/>
    </w:pPr>
  </w:style>
  <w:style w:type="paragraph" w:customStyle="1" w:styleId="7A01521791F74460BDB3F581458F3A5A1">
    <w:name w:val="7A01521791F74460BDB3F581458F3A5A1"/>
    <w:rsid w:val="009F5327"/>
    <w:pPr>
      <w:spacing w:after="200" w:line="276" w:lineRule="auto"/>
    </w:pPr>
  </w:style>
  <w:style w:type="paragraph" w:customStyle="1" w:styleId="81835CB1501A42C38BE02BEA9659E5721">
    <w:name w:val="81835CB1501A42C38BE02BEA9659E5721"/>
    <w:rsid w:val="009F5327"/>
    <w:pPr>
      <w:spacing w:after="200" w:line="276" w:lineRule="auto"/>
    </w:pPr>
  </w:style>
  <w:style w:type="paragraph" w:customStyle="1" w:styleId="3FF8856B62A84265A5C84529C3C5D9621">
    <w:name w:val="3FF8856B62A84265A5C84529C3C5D9621"/>
    <w:rsid w:val="009F5327"/>
    <w:pPr>
      <w:spacing w:after="200" w:line="276" w:lineRule="auto"/>
    </w:pPr>
  </w:style>
  <w:style w:type="paragraph" w:customStyle="1" w:styleId="38955F0542D44B0792AD27FD8AE499F11">
    <w:name w:val="38955F0542D44B0792AD27FD8AE499F11"/>
    <w:rsid w:val="009F5327"/>
    <w:pPr>
      <w:spacing w:after="200" w:line="276" w:lineRule="auto"/>
    </w:pPr>
  </w:style>
  <w:style w:type="paragraph" w:customStyle="1" w:styleId="E5E2A85F79DA4834B7AFAFF950EE8B741">
    <w:name w:val="E5E2A85F79DA4834B7AFAFF950EE8B741"/>
    <w:rsid w:val="009F5327"/>
    <w:pPr>
      <w:spacing w:after="200" w:line="276" w:lineRule="auto"/>
    </w:pPr>
  </w:style>
  <w:style w:type="paragraph" w:customStyle="1" w:styleId="B1E97A9144FD4775921D1B70AAF339181">
    <w:name w:val="B1E97A9144FD4775921D1B70AAF339181"/>
    <w:rsid w:val="009F5327"/>
    <w:pPr>
      <w:spacing w:after="200" w:line="276" w:lineRule="auto"/>
    </w:pPr>
  </w:style>
  <w:style w:type="paragraph" w:customStyle="1" w:styleId="7F3933508D5C4608B34DBA7E8FFE0D601">
    <w:name w:val="7F3933508D5C4608B34DBA7E8FFE0D601"/>
    <w:rsid w:val="009F5327"/>
    <w:pPr>
      <w:spacing w:after="200" w:line="276" w:lineRule="auto"/>
    </w:pPr>
  </w:style>
  <w:style w:type="paragraph" w:customStyle="1" w:styleId="ACBE0EFC4B5E428C871D26A9144B06501">
    <w:name w:val="ACBE0EFC4B5E428C871D26A9144B06501"/>
    <w:rsid w:val="009F5327"/>
    <w:pPr>
      <w:spacing w:after="200" w:line="276" w:lineRule="auto"/>
    </w:pPr>
  </w:style>
  <w:style w:type="paragraph" w:customStyle="1" w:styleId="1984DE374F924E0C9BC4F99108886C9A1">
    <w:name w:val="1984DE374F924E0C9BC4F99108886C9A1"/>
    <w:rsid w:val="009F5327"/>
    <w:pPr>
      <w:spacing w:after="200" w:line="276" w:lineRule="auto"/>
    </w:pPr>
  </w:style>
  <w:style w:type="paragraph" w:customStyle="1" w:styleId="EB375BA08DF64F1D965D0B750CA77E731">
    <w:name w:val="EB375BA08DF64F1D965D0B750CA77E731"/>
    <w:rsid w:val="009F5327"/>
    <w:pPr>
      <w:spacing w:after="200" w:line="276" w:lineRule="auto"/>
    </w:pPr>
  </w:style>
  <w:style w:type="paragraph" w:customStyle="1" w:styleId="E6BD942427B6472CBCABA3B1EC8F8E611">
    <w:name w:val="E6BD942427B6472CBCABA3B1EC8F8E611"/>
    <w:rsid w:val="009F5327"/>
    <w:pPr>
      <w:spacing w:after="200" w:line="276" w:lineRule="auto"/>
    </w:pPr>
  </w:style>
  <w:style w:type="paragraph" w:customStyle="1" w:styleId="6474EE482800414CBDA0B0858EC704031">
    <w:name w:val="6474EE482800414CBDA0B0858EC704031"/>
    <w:rsid w:val="009F5327"/>
    <w:pPr>
      <w:spacing w:after="200" w:line="276" w:lineRule="auto"/>
    </w:pPr>
  </w:style>
  <w:style w:type="paragraph" w:customStyle="1" w:styleId="130EEA536A6A4B1C870DDBB247D1666F1">
    <w:name w:val="130EEA536A6A4B1C870DDBB247D1666F1"/>
    <w:rsid w:val="009F5327"/>
    <w:pPr>
      <w:spacing w:after="200" w:line="276" w:lineRule="auto"/>
    </w:pPr>
  </w:style>
  <w:style w:type="paragraph" w:customStyle="1" w:styleId="5C3A7D73D147443AA194C06FB24994271">
    <w:name w:val="5C3A7D73D147443AA194C06FB24994271"/>
    <w:rsid w:val="009F5327"/>
    <w:pPr>
      <w:spacing w:after="200" w:line="276" w:lineRule="auto"/>
    </w:pPr>
  </w:style>
  <w:style w:type="paragraph" w:customStyle="1" w:styleId="63F193555AD9499CB710078DC26953EF1">
    <w:name w:val="63F193555AD9499CB710078DC26953EF1"/>
    <w:rsid w:val="009F5327"/>
    <w:pPr>
      <w:spacing w:after="200" w:line="276" w:lineRule="auto"/>
    </w:pPr>
  </w:style>
  <w:style w:type="paragraph" w:customStyle="1" w:styleId="577A7DFC1E1F40069740321DEF30D7041">
    <w:name w:val="577A7DFC1E1F40069740321DEF30D7041"/>
    <w:rsid w:val="009F5327"/>
    <w:pPr>
      <w:spacing w:after="200" w:line="276" w:lineRule="auto"/>
    </w:pPr>
  </w:style>
  <w:style w:type="paragraph" w:customStyle="1" w:styleId="F313C84236FE4FF7AC3B18406F4AE6851">
    <w:name w:val="F313C84236FE4FF7AC3B18406F4AE6851"/>
    <w:rsid w:val="009F5327"/>
    <w:pPr>
      <w:spacing w:after="200" w:line="276" w:lineRule="auto"/>
    </w:pPr>
  </w:style>
  <w:style w:type="paragraph" w:customStyle="1" w:styleId="BF0E036CDD4D45C3AB85A07BA2DD61631">
    <w:name w:val="BF0E036CDD4D45C3AB85A07BA2DD61631"/>
    <w:rsid w:val="009F5327"/>
    <w:pPr>
      <w:spacing w:after="200" w:line="276" w:lineRule="auto"/>
    </w:pPr>
  </w:style>
  <w:style w:type="paragraph" w:customStyle="1" w:styleId="47669BF0FCBE406AAD1E10B9812106B41">
    <w:name w:val="47669BF0FCBE406AAD1E10B9812106B41"/>
    <w:rsid w:val="009F5327"/>
    <w:pPr>
      <w:spacing w:after="200" w:line="276" w:lineRule="auto"/>
    </w:pPr>
  </w:style>
  <w:style w:type="paragraph" w:customStyle="1" w:styleId="DBE498F6C1F9478E9256B5C3C3B8D0FE1">
    <w:name w:val="DBE498F6C1F9478E9256B5C3C3B8D0FE1"/>
    <w:rsid w:val="009F5327"/>
    <w:pPr>
      <w:spacing w:after="200" w:line="276" w:lineRule="auto"/>
    </w:pPr>
  </w:style>
  <w:style w:type="paragraph" w:customStyle="1" w:styleId="BDE1C10464E64A0C81164B77F9A4AA5C1">
    <w:name w:val="BDE1C10464E64A0C81164B77F9A4AA5C1"/>
    <w:rsid w:val="009F5327"/>
    <w:pPr>
      <w:spacing w:after="200" w:line="276" w:lineRule="auto"/>
    </w:pPr>
  </w:style>
  <w:style w:type="paragraph" w:customStyle="1" w:styleId="648DBBF183FB40FAB6C79D4C05E49AA41">
    <w:name w:val="648DBBF183FB40FAB6C79D4C05E49AA41"/>
    <w:rsid w:val="009F5327"/>
    <w:pPr>
      <w:spacing w:after="200" w:line="276" w:lineRule="auto"/>
    </w:pPr>
  </w:style>
  <w:style w:type="paragraph" w:customStyle="1" w:styleId="1C09BEC26D3548A89E225D009B56BFFB1">
    <w:name w:val="1C09BEC26D3548A89E225D009B56BFFB1"/>
    <w:rsid w:val="009F5327"/>
    <w:pPr>
      <w:spacing w:after="200" w:line="276" w:lineRule="auto"/>
    </w:pPr>
  </w:style>
  <w:style w:type="paragraph" w:customStyle="1" w:styleId="860677CA9CD4419B8300F24B017CFBBE1">
    <w:name w:val="860677CA9CD4419B8300F24B017CFBBE1"/>
    <w:rsid w:val="009F5327"/>
    <w:pPr>
      <w:spacing w:after="200" w:line="276" w:lineRule="auto"/>
    </w:pPr>
  </w:style>
  <w:style w:type="paragraph" w:customStyle="1" w:styleId="6C42C24885A6479A8C655EDA93D92F261">
    <w:name w:val="6C42C24885A6479A8C655EDA93D92F261"/>
    <w:rsid w:val="009F5327"/>
    <w:pPr>
      <w:spacing w:after="200" w:line="276" w:lineRule="auto"/>
    </w:pPr>
  </w:style>
  <w:style w:type="paragraph" w:customStyle="1" w:styleId="AE78C549051C42ACAB0308BC3FBFBD261">
    <w:name w:val="AE78C549051C42ACAB0308BC3FBFBD261"/>
    <w:rsid w:val="009F5327"/>
    <w:pPr>
      <w:spacing w:after="200" w:line="276" w:lineRule="auto"/>
    </w:pPr>
  </w:style>
  <w:style w:type="paragraph" w:customStyle="1" w:styleId="BE156BEC2F1543B3B84B3D0F6AB9DFA01">
    <w:name w:val="BE156BEC2F1543B3B84B3D0F6AB9DFA01"/>
    <w:rsid w:val="009F5327"/>
    <w:pPr>
      <w:spacing w:after="200" w:line="276" w:lineRule="auto"/>
    </w:pPr>
  </w:style>
  <w:style w:type="paragraph" w:customStyle="1" w:styleId="AF0EAD1D64F34A3BAED0B738FADC88E51">
    <w:name w:val="AF0EAD1D64F34A3BAED0B738FADC88E51"/>
    <w:rsid w:val="009F5327"/>
    <w:pPr>
      <w:spacing w:after="200" w:line="276" w:lineRule="auto"/>
    </w:pPr>
  </w:style>
  <w:style w:type="paragraph" w:customStyle="1" w:styleId="B30D077B9E80489CBC3921A2CB4E1EA91">
    <w:name w:val="B30D077B9E80489CBC3921A2CB4E1EA91"/>
    <w:rsid w:val="009F5327"/>
    <w:pPr>
      <w:spacing w:after="200" w:line="276" w:lineRule="auto"/>
    </w:pPr>
  </w:style>
  <w:style w:type="paragraph" w:customStyle="1" w:styleId="6F253A2C3CB54B90B13DE772D5510E901">
    <w:name w:val="6F253A2C3CB54B90B13DE772D5510E901"/>
    <w:rsid w:val="009F5327"/>
    <w:pPr>
      <w:spacing w:after="200" w:line="276" w:lineRule="auto"/>
    </w:pPr>
  </w:style>
  <w:style w:type="paragraph" w:customStyle="1" w:styleId="45527F50F168459E8AAF279EDE532CE71">
    <w:name w:val="45527F50F168459E8AAF279EDE532CE71"/>
    <w:rsid w:val="009F5327"/>
    <w:pPr>
      <w:spacing w:after="200" w:line="276" w:lineRule="auto"/>
    </w:pPr>
  </w:style>
  <w:style w:type="paragraph" w:customStyle="1" w:styleId="223ED7C7FF504317987E8EEAB175823E1">
    <w:name w:val="223ED7C7FF504317987E8EEAB175823E1"/>
    <w:rsid w:val="009F5327"/>
    <w:pPr>
      <w:spacing w:after="200" w:line="276" w:lineRule="auto"/>
    </w:pPr>
  </w:style>
  <w:style w:type="paragraph" w:customStyle="1" w:styleId="382561513D864E89A7F5B2ED35D0B4FB1">
    <w:name w:val="382561513D864E89A7F5B2ED35D0B4FB1"/>
    <w:rsid w:val="009F5327"/>
    <w:pPr>
      <w:spacing w:after="200" w:line="276" w:lineRule="auto"/>
    </w:pPr>
  </w:style>
  <w:style w:type="paragraph" w:customStyle="1" w:styleId="6FB8029AD57A43688881BB3956AD75841">
    <w:name w:val="6FB8029AD57A43688881BB3956AD75841"/>
    <w:rsid w:val="009F5327"/>
    <w:pPr>
      <w:spacing w:after="200" w:line="276" w:lineRule="auto"/>
    </w:pPr>
  </w:style>
  <w:style w:type="paragraph" w:customStyle="1" w:styleId="4E94F9A2603C4983BA3B0504CD2EAA1C1">
    <w:name w:val="4E94F9A2603C4983BA3B0504CD2EAA1C1"/>
    <w:rsid w:val="009F5327"/>
    <w:pPr>
      <w:spacing w:after="200" w:line="276" w:lineRule="auto"/>
    </w:pPr>
  </w:style>
  <w:style w:type="paragraph" w:customStyle="1" w:styleId="E04E403C73F946B4851616310A6929B31">
    <w:name w:val="E04E403C73F946B4851616310A6929B31"/>
    <w:rsid w:val="009F5327"/>
    <w:pPr>
      <w:spacing w:after="200" w:line="276" w:lineRule="auto"/>
    </w:pPr>
  </w:style>
  <w:style w:type="paragraph" w:customStyle="1" w:styleId="3ABA4D8D41C3426DAE8A6DAAE90D99491">
    <w:name w:val="3ABA4D8D41C3426DAE8A6DAAE90D99491"/>
    <w:rsid w:val="009F5327"/>
    <w:pPr>
      <w:spacing w:after="200" w:line="276" w:lineRule="auto"/>
    </w:pPr>
  </w:style>
  <w:style w:type="paragraph" w:customStyle="1" w:styleId="5D2CE74C94BA4FF9BA3E7FF60B8F469F1">
    <w:name w:val="5D2CE74C94BA4FF9BA3E7FF60B8F469F1"/>
    <w:rsid w:val="009F5327"/>
    <w:pPr>
      <w:spacing w:after="200" w:line="276" w:lineRule="auto"/>
    </w:pPr>
  </w:style>
  <w:style w:type="paragraph" w:customStyle="1" w:styleId="1A40ED76AD1B4809A5CD97D17ED8C1B41">
    <w:name w:val="1A40ED76AD1B4809A5CD97D17ED8C1B41"/>
    <w:rsid w:val="009F5327"/>
    <w:pPr>
      <w:spacing w:after="200" w:line="276" w:lineRule="auto"/>
    </w:pPr>
  </w:style>
  <w:style w:type="paragraph" w:customStyle="1" w:styleId="45253DD0687D4008BDF37282EE6E10661">
    <w:name w:val="45253DD0687D4008BDF37282EE6E10661"/>
    <w:rsid w:val="009F5327"/>
    <w:pPr>
      <w:spacing w:after="200" w:line="276" w:lineRule="auto"/>
    </w:pPr>
  </w:style>
  <w:style w:type="paragraph" w:customStyle="1" w:styleId="32C912404EA14AF19458E0297ED04D4B1">
    <w:name w:val="32C912404EA14AF19458E0297ED04D4B1"/>
    <w:rsid w:val="009F5327"/>
    <w:pPr>
      <w:spacing w:after="200" w:line="276" w:lineRule="auto"/>
    </w:pPr>
  </w:style>
  <w:style w:type="paragraph" w:customStyle="1" w:styleId="7FBCCF483FE448D491FB31774444E29D1">
    <w:name w:val="7FBCCF483FE448D491FB31774444E29D1"/>
    <w:rsid w:val="009F5327"/>
    <w:pPr>
      <w:spacing w:after="200" w:line="276" w:lineRule="auto"/>
    </w:pPr>
  </w:style>
  <w:style w:type="paragraph" w:customStyle="1" w:styleId="62BAD36F4F8A44C7B4EA7199E29B388F1">
    <w:name w:val="62BAD36F4F8A44C7B4EA7199E29B388F1"/>
    <w:rsid w:val="009F5327"/>
    <w:pPr>
      <w:spacing w:after="200" w:line="276" w:lineRule="auto"/>
    </w:pPr>
  </w:style>
  <w:style w:type="paragraph" w:customStyle="1" w:styleId="33B24FEBFBE44545A2D7E533DED4BD371">
    <w:name w:val="33B24FEBFBE44545A2D7E533DED4BD371"/>
    <w:rsid w:val="009F5327"/>
    <w:pPr>
      <w:spacing w:after="200" w:line="276" w:lineRule="auto"/>
    </w:pPr>
  </w:style>
  <w:style w:type="paragraph" w:customStyle="1" w:styleId="95C3D0D3D74E42268DB5E55C2C161890">
    <w:name w:val="95C3D0D3D74E42268DB5E55C2C161890"/>
    <w:rsid w:val="009F5327"/>
    <w:pPr>
      <w:spacing w:after="200" w:line="276" w:lineRule="auto"/>
    </w:pPr>
  </w:style>
  <w:style w:type="paragraph" w:customStyle="1" w:styleId="253498E8C83042419E9074A905DF2FF3">
    <w:name w:val="253498E8C83042419E9074A905DF2FF3"/>
    <w:rsid w:val="009F5327"/>
    <w:pPr>
      <w:spacing w:after="200" w:line="276" w:lineRule="auto"/>
    </w:pPr>
  </w:style>
  <w:style w:type="paragraph" w:customStyle="1" w:styleId="B335631F27294A2F99F52B5BA6B3BC5F">
    <w:name w:val="B335631F27294A2F99F52B5BA6B3BC5F"/>
    <w:rsid w:val="009F5327"/>
    <w:pPr>
      <w:spacing w:after="200" w:line="276" w:lineRule="auto"/>
    </w:pPr>
  </w:style>
  <w:style w:type="paragraph" w:customStyle="1" w:styleId="A1A08283464344D8AF486D9B5CC2BAAB">
    <w:name w:val="A1A08283464344D8AF486D9B5CC2BAAB"/>
    <w:rsid w:val="009F5327"/>
    <w:pPr>
      <w:spacing w:after="200" w:line="276" w:lineRule="auto"/>
    </w:pPr>
  </w:style>
  <w:style w:type="paragraph" w:customStyle="1" w:styleId="D81BF0E6FE3442039BABDC66670FFF0D">
    <w:name w:val="D81BF0E6FE3442039BABDC66670FFF0D"/>
    <w:rsid w:val="009F5327"/>
    <w:pPr>
      <w:spacing w:after="200" w:line="276" w:lineRule="auto"/>
    </w:pPr>
  </w:style>
  <w:style w:type="paragraph" w:customStyle="1" w:styleId="D68A08BEDA9045CBBA0AA59C080ACB56">
    <w:name w:val="D68A08BEDA9045CBBA0AA59C080ACB56"/>
    <w:rsid w:val="009F5327"/>
    <w:pPr>
      <w:spacing w:after="200" w:line="276" w:lineRule="auto"/>
    </w:pPr>
  </w:style>
  <w:style w:type="paragraph" w:customStyle="1" w:styleId="553F8DCD51A145FDA48DA2C3DDFA72F9">
    <w:name w:val="553F8DCD51A145FDA48DA2C3DDFA72F9"/>
    <w:rsid w:val="009F5327"/>
    <w:pPr>
      <w:spacing w:after="200" w:line="276" w:lineRule="auto"/>
    </w:pPr>
  </w:style>
  <w:style w:type="paragraph" w:customStyle="1" w:styleId="B052F45FD5E44EB991A067077EAA23EC">
    <w:name w:val="B052F45FD5E44EB991A067077EAA23EC"/>
    <w:rsid w:val="009F5327"/>
    <w:pPr>
      <w:spacing w:after="200" w:line="276" w:lineRule="auto"/>
    </w:pPr>
  </w:style>
  <w:style w:type="paragraph" w:customStyle="1" w:styleId="6CDDEC44BCA146C7B2CF8FC91090E734">
    <w:name w:val="6CDDEC44BCA146C7B2CF8FC91090E734"/>
    <w:rsid w:val="009F5327"/>
    <w:pPr>
      <w:spacing w:after="200" w:line="276" w:lineRule="auto"/>
    </w:pPr>
  </w:style>
  <w:style w:type="paragraph" w:customStyle="1" w:styleId="D59AA98BFBFE4C96AE4B0ED934DA2C10">
    <w:name w:val="D59AA98BFBFE4C96AE4B0ED934DA2C10"/>
    <w:rsid w:val="009F5327"/>
    <w:pPr>
      <w:spacing w:after="200" w:line="276" w:lineRule="auto"/>
    </w:pPr>
  </w:style>
  <w:style w:type="paragraph" w:customStyle="1" w:styleId="D0FC822CB1DB4B86AEA97D39D23B7878">
    <w:name w:val="D0FC822CB1DB4B86AEA97D39D23B7878"/>
    <w:rsid w:val="009F5327"/>
    <w:pPr>
      <w:spacing w:after="200" w:line="276" w:lineRule="auto"/>
    </w:pPr>
  </w:style>
  <w:style w:type="paragraph" w:customStyle="1" w:styleId="40409FEADE30440DB9E89C1E4539BEF1">
    <w:name w:val="40409FEADE30440DB9E89C1E4539BEF1"/>
    <w:rsid w:val="009F5327"/>
    <w:pPr>
      <w:spacing w:after="200" w:line="276" w:lineRule="auto"/>
    </w:pPr>
  </w:style>
  <w:style w:type="paragraph" w:customStyle="1" w:styleId="61C9730EC8034A00BD93CAF9C89F30D5">
    <w:name w:val="61C9730EC8034A00BD93CAF9C89F30D5"/>
    <w:rsid w:val="009F5327"/>
    <w:pPr>
      <w:spacing w:after="200" w:line="276" w:lineRule="auto"/>
    </w:pPr>
  </w:style>
  <w:style w:type="paragraph" w:customStyle="1" w:styleId="FB2C3228D9CA4012A42FEC8D8CA49847">
    <w:name w:val="FB2C3228D9CA4012A42FEC8D8CA49847"/>
    <w:rsid w:val="009F5327"/>
    <w:pPr>
      <w:spacing w:after="200" w:line="276" w:lineRule="auto"/>
    </w:pPr>
  </w:style>
  <w:style w:type="paragraph" w:customStyle="1" w:styleId="C9EF37C4E9ED42F0AE51C3FB807AC894">
    <w:name w:val="C9EF37C4E9ED42F0AE51C3FB807AC894"/>
    <w:rsid w:val="009F5327"/>
    <w:pPr>
      <w:spacing w:after="200" w:line="276" w:lineRule="auto"/>
    </w:pPr>
  </w:style>
  <w:style w:type="paragraph" w:customStyle="1" w:styleId="6955F58B115C425FBC6B147D47E95D85">
    <w:name w:val="6955F58B115C425FBC6B147D47E95D85"/>
    <w:rsid w:val="009F5327"/>
    <w:pPr>
      <w:spacing w:after="200" w:line="276" w:lineRule="auto"/>
    </w:pPr>
  </w:style>
  <w:style w:type="paragraph" w:customStyle="1" w:styleId="C592AA76BE1A4F6FAEA18B80AA9EEAA9">
    <w:name w:val="C592AA76BE1A4F6FAEA18B80AA9EEAA9"/>
    <w:rsid w:val="009F5327"/>
    <w:pPr>
      <w:spacing w:after="200" w:line="276" w:lineRule="auto"/>
    </w:pPr>
  </w:style>
  <w:style w:type="paragraph" w:customStyle="1" w:styleId="4458E34E141B466580BFD839F14E0A2A">
    <w:name w:val="4458E34E141B466580BFD839F14E0A2A"/>
    <w:rsid w:val="009F5327"/>
    <w:pPr>
      <w:spacing w:after="200" w:line="276" w:lineRule="auto"/>
    </w:pPr>
  </w:style>
  <w:style w:type="paragraph" w:customStyle="1" w:styleId="19C38EE66864449ABF046E8A1FABE8CC">
    <w:name w:val="19C38EE66864449ABF046E8A1FABE8CC"/>
    <w:rsid w:val="009F5327"/>
    <w:pPr>
      <w:spacing w:after="200" w:line="276" w:lineRule="auto"/>
    </w:pPr>
  </w:style>
  <w:style w:type="paragraph" w:customStyle="1" w:styleId="D297C25EDD7E4D8F98833A11C0CB1260">
    <w:name w:val="D297C25EDD7E4D8F98833A11C0CB1260"/>
    <w:rsid w:val="009F5327"/>
    <w:pPr>
      <w:spacing w:after="200" w:line="276" w:lineRule="auto"/>
    </w:pPr>
  </w:style>
  <w:style w:type="paragraph" w:customStyle="1" w:styleId="D2E5A85F0A424B10BE1CDB9EDA0E0C91">
    <w:name w:val="D2E5A85F0A424B10BE1CDB9EDA0E0C91"/>
    <w:rsid w:val="009F5327"/>
    <w:pPr>
      <w:spacing w:after="200" w:line="276" w:lineRule="auto"/>
    </w:pPr>
  </w:style>
  <w:style w:type="paragraph" w:customStyle="1" w:styleId="DF0772169B014E5E9AE4C275CF01A334">
    <w:name w:val="DF0772169B014E5E9AE4C275CF01A334"/>
    <w:rsid w:val="009F5327"/>
    <w:pPr>
      <w:spacing w:after="200" w:line="276" w:lineRule="auto"/>
    </w:pPr>
  </w:style>
  <w:style w:type="paragraph" w:customStyle="1" w:styleId="181C92DA7C7B49958724C06101400AA1">
    <w:name w:val="181C92DA7C7B49958724C06101400AA1"/>
    <w:rsid w:val="009F5327"/>
    <w:pPr>
      <w:spacing w:after="200" w:line="276" w:lineRule="auto"/>
    </w:pPr>
  </w:style>
  <w:style w:type="paragraph" w:customStyle="1" w:styleId="068FBAC861654951A787BB80FCF57274">
    <w:name w:val="068FBAC861654951A787BB80FCF57274"/>
    <w:rsid w:val="009F5327"/>
    <w:pPr>
      <w:spacing w:after="200" w:line="276" w:lineRule="auto"/>
    </w:pPr>
  </w:style>
  <w:style w:type="paragraph" w:customStyle="1" w:styleId="E5A3745E4335459BAC95CB618E872FE8">
    <w:name w:val="E5A3745E4335459BAC95CB618E872FE8"/>
    <w:rsid w:val="009F5327"/>
    <w:pPr>
      <w:spacing w:after="200" w:line="276" w:lineRule="auto"/>
    </w:pPr>
  </w:style>
  <w:style w:type="paragraph" w:customStyle="1" w:styleId="D1666A0D1AFC466A9B35F885BC300C2A">
    <w:name w:val="D1666A0D1AFC466A9B35F885BC300C2A"/>
    <w:rsid w:val="009F5327"/>
    <w:pPr>
      <w:spacing w:after="200" w:line="276" w:lineRule="auto"/>
    </w:pPr>
  </w:style>
  <w:style w:type="paragraph" w:customStyle="1" w:styleId="EF307A23E74B4B99AC1634C8EDDEEABE">
    <w:name w:val="EF307A23E74B4B99AC1634C8EDDEEABE"/>
    <w:rsid w:val="009F5327"/>
    <w:pPr>
      <w:spacing w:after="200" w:line="276" w:lineRule="auto"/>
    </w:pPr>
  </w:style>
  <w:style w:type="paragraph" w:customStyle="1" w:styleId="DDE3BCC48F3141C6B0B0C54C3D9FC384">
    <w:name w:val="DDE3BCC48F3141C6B0B0C54C3D9FC384"/>
    <w:rsid w:val="009F5327"/>
    <w:pPr>
      <w:spacing w:after="200" w:line="276" w:lineRule="auto"/>
    </w:pPr>
  </w:style>
  <w:style w:type="paragraph" w:customStyle="1" w:styleId="589DADF131284E5983A48F99974CFBC2">
    <w:name w:val="589DADF131284E5983A48F99974CFBC2"/>
    <w:rsid w:val="009F5327"/>
    <w:pPr>
      <w:spacing w:after="200" w:line="276" w:lineRule="auto"/>
    </w:pPr>
  </w:style>
  <w:style w:type="paragraph" w:customStyle="1" w:styleId="C475619E64FB42ADB156EB10553125F4">
    <w:name w:val="C475619E64FB42ADB156EB10553125F4"/>
    <w:rsid w:val="009F5327"/>
    <w:pPr>
      <w:spacing w:after="200" w:line="276" w:lineRule="auto"/>
    </w:pPr>
  </w:style>
  <w:style w:type="paragraph" w:customStyle="1" w:styleId="F197B62FCB33418F94331202AE41ACBD">
    <w:name w:val="F197B62FCB33418F94331202AE41ACBD"/>
    <w:rsid w:val="009F5327"/>
    <w:pPr>
      <w:spacing w:after="200" w:line="276" w:lineRule="auto"/>
    </w:pPr>
  </w:style>
  <w:style w:type="paragraph" w:customStyle="1" w:styleId="EF990AC868FB4AEDAAAAD813799CDEFD">
    <w:name w:val="EF990AC868FB4AEDAAAAD813799CDEFD"/>
    <w:rsid w:val="009F5327"/>
    <w:pPr>
      <w:spacing w:after="200" w:line="276" w:lineRule="auto"/>
    </w:pPr>
  </w:style>
  <w:style w:type="paragraph" w:customStyle="1" w:styleId="8BE12D6F4B504073B0AF26E44946139C">
    <w:name w:val="8BE12D6F4B504073B0AF26E44946139C"/>
    <w:rsid w:val="009F5327"/>
    <w:pPr>
      <w:spacing w:after="200" w:line="276" w:lineRule="auto"/>
    </w:pPr>
  </w:style>
  <w:style w:type="paragraph" w:customStyle="1" w:styleId="AB93FC235CDA4BDEA236D2A64F11E337">
    <w:name w:val="AB93FC235CDA4BDEA236D2A64F11E337"/>
    <w:rsid w:val="009F5327"/>
    <w:pPr>
      <w:spacing w:after="200" w:line="276" w:lineRule="auto"/>
    </w:pPr>
  </w:style>
  <w:style w:type="paragraph" w:customStyle="1" w:styleId="B7151087BFAB466C8AD489D97726FD7D">
    <w:name w:val="B7151087BFAB466C8AD489D97726FD7D"/>
    <w:rsid w:val="009F5327"/>
    <w:pPr>
      <w:spacing w:after="200" w:line="276" w:lineRule="auto"/>
    </w:pPr>
  </w:style>
  <w:style w:type="paragraph" w:customStyle="1" w:styleId="DBF7A78951804D1782B70D0113FDF31B">
    <w:name w:val="DBF7A78951804D1782B70D0113FDF31B"/>
    <w:rsid w:val="009F5327"/>
    <w:pPr>
      <w:spacing w:after="200" w:line="276" w:lineRule="auto"/>
    </w:pPr>
  </w:style>
  <w:style w:type="paragraph" w:customStyle="1" w:styleId="D8473262A7604010B5004F3A46A68802">
    <w:name w:val="D8473262A7604010B5004F3A46A68802"/>
    <w:rsid w:val="009F5327"/>
    <w:pPr>
      <w:spacing w:after="200" w:line="276" w:lineRule="auto"/>
    </w:pPr>
  </w:style>
  <w:style w:type="paragraph" w:customStyle="1" w:styleId="135E59A84A724A4EA8F5D1AC8D26DED4">
    <w:name w:val="135E59A84A724A4EA8F5D1AC8D26DED4"/>
    <w:rsid w:val="009F5327"/>
    <w:pPr>
      <w:spacing w:after="200" w:line="276" w:lineRule="auto"/>
    </w:pPr>
  </w:style>
  <w:style w:type="paragraph" w:customStyle="1" w:styleId="4B94155B3F004F50B7BEC8840B13B161">
    <w:name w:val="4B94155B3F004F50B7BEC8840B13B161"/>
    <w:rsid w:val="009F5327"/>
    <w:pPr>
      <w:spacing w:after="200" w:line="276" w:lineRule="auto"/>
    </w:pPr>
  </w:style>
  <w:style w:type="paragraph" w:customStyle="1" w:styleId="41F3B94A26CB4C19850EDF85B346C6C2">
    <w:name w:val="41F3B94A26CB4C19850EDF85B346C6C2"/>
    <w:rsid w:val="009F5327"/>
    <w:pPr>
      <w:spacing w:after="200" w:line="276" w:lineRule="auto"/>
    </w:pPr>
  </w:style>
  <w:style w:type="paragraph" w:customStyle="1" w:styleId="DFA4FCA7ADED4C4D8E96CC217C6A5D48">
    <w:name w:val="DFA4FCA7ADED4C4D8E96CC217C6A5D48"/>
    <w:rsid w:val="009F5327"/>
    <w:pPr>
      <w:spacing w:after="200" w:line="276" w:lineRule="auto"/>
    </w:pPr>
  </w:style>
  <w:style w:type="paragraph" w:customStyle="1" w:styleId="8F21CC03DDEC41F9860887C2FD63991E">
    <w:name w:val="8F21CC03DDEC41F9860887C2FD63991E"/>
    <w:rsid w:val="009F5327"/>
    <w:pPr>
      <w:spacing w:after="200" w:line="276" w:lineRule="auto"/>
    </w:pPr>
  </w:style>
  <w:style w:type="paragraph" w:customStyle="1" w:styleId="3072858C767B47C1B3EF67A7B4B58BD8">
    <w:name w:val="3072858C767B47C1B3EF67A7B4B58BD8"/>
    <w:rsid w:val="009F5327"/>
    <w:pPr>
      <w:spacing w:after="200" w:line="276" w:lineRule="auto"/>
    </w:pPr>
  </w:style>
  <w:style w:type="paragraph" w:customStyle="1" w:styleId="0FBD0517325D4A7DA3964CB3D8DF2870">
    <w:name w:val="0FBD0517325D4A7DA3964CB3D8DF2870"/>
    <w:rsid w:val="009F5327"/>
    <w:pPr>
      <w:spacing w:after="200" w:line="276" w:lineRule="auto"/>
    </w:pPr>
  </w:style>
  <w:style w:type="paragraph" w:customStyle="1" w:styleId="D1268C8B7C3A48258C8D2568A4782CF1">
    <w:name w:val="D1268C8B7C3A48258C8D2568A4782CF1"/>
    <w:rsid w:val="009F5327"/>
    <w:pPr>
      <w:spacing w:after="200" w:line="276" w:lineRule="auto"/>
    </w:pPr>
  </w:style>
  <w:style w:type="paragraph" w:customStyle="1" w:styleId="2B7C429AEFC14AB8B007B5D458D0F492">
    <w:name w:val="2B7C429AEFC14AB8B007B5D458D0F492"/>
    <w:rsid w:val="009F5327"/>
    <w:pPr>
      <w:spacing w:after="200" w:line="276" w:lineRule="auto"/>
    </w:pPr>
  </w:style>
  <w:style w:type="paragraph" w:customStyle="1" w:styleId="1D3CA07C42FC4B8198599F8B056280B2">
    <w:name w:val="1D3CA07C42FC4B8198599F8B056280B2"/>
    <w:rsid w:val="009F5327"/>
    <w:pPr>
      <w:spacing w:after="200" w:line="276" w:lineRule="auto"/>
    </w:pPr>
  </w:style>
  <w:style w:type="paragraph" w:customStyle="1" w:styleId="56100998329F4BCE9547072134952701">
    <w:name w:val="56100998329F4BCE9547072134952701"/>
    <w:rsid w:val="009F5327"/>
    <w:pPr>
      <w:spacing w:after="200" w:line="276" w:lineRule="auto"/>
    </w:pPr>
  </w:style>
  <w:style w:type="paragraph" w:customStyle="1" w:styleId="D61A5368856246FC8013BB8A67D0B8CA">
    <w:name w:val="D61A5368856246FC8013BB8A67D0B8CA"/>
    <w:rsid w:val="009F5327"/>
    <w:pPr>
      <w:spacing w:after="200" w:line="276" w:lineRule="auto"/>
    </w:pPr>
  </w:style>
  <w:style w:type="paragraph" w:customStyle="1" w:styleId="7D01726AED6B4F74960CB8162977AFF6">
    <w:name w:val="7D01726AED6B4F74960CB8162977AFF6"/>
    <w:rsid w:val="009F5327"/>
    <w:pPr>
      <w:spacing w:after="200" w:line="276" w:lineRule="auto"/>
    </w:pPr>
  </w:style>
  <w:style w:type="paragraph" w:customStyle="1" w:styleId="C611DE52FBB846B2A106988CAECCF6DF">
    <w:name w:val="C611DE52FBB846B2A106988CAECCF6DF"/>
    <w:rsid w:val="009F5327"/>
    <w:pPr>
      <w:spacing w:after="200" w:line="276" w:lineRule="auto"/>
    </w:pPr>
  </w:style>
  <w:style w:type="paragraph" w:customStyle="1" w:styleId="1F1D19BA9FF047A4BD96C992602EB998">
    <w:name w:val="1F1D19BA9FF047A4BD96C992602EB998"/>
    <w:rsid w:val="009F5327"/>
    <w:pPr>
      <w:spacing w:after="200" w:line="276" w:lineRule="auto"/>
    </w:pPr>
  </w:style>
  <w:style w:type="paragraph" w:customStyle="1" w:styleId="CE0FCFBFFAAF4DE2B5C4F42E145586DE">
    <w:name w:val="CE0FCFBFFAAF4DE2B5C4F42E145586DE"/>
    <w:rsid w:val="009F5327"/>
    <w:pPr>
      <w:spacing w:after="200" w:line="276" w:lineRule="auto"/>
    </w:pPr>
  </w:style>
  <w:style w:type="paragraph" w:customStyle="1" w:styleId="215A6D4D5B954E7AAC611F6793986521">
    <w:name w:val="215A6D4D5B954E7AAC611F6793986521"/>
    <w:rsid w:val="009F5327"/>
    <w:pPr>
      <w:spacing w:after="200" w:line="276" w:lineRule="auto"/>
    </w:pPr>
  </w:style>
  <w:style w:type="paragraph" w:customStyle="1" w:styleId="FCEFDF7BD9434FF5932709F202CFA243">
    <w:name w:val="FCEFDF7BD9434FF5932709F202CFA243"/>
    <w:rsid w:val="009F5327"/>
    <w:pPr>
      <w:spacing w:after="200" w:line="276" w:lineRule="auto"/>
    </w:pPr>
  </w:style>
  <w:style w:type="paragraph" w:customStyle="1" w:styleId="6C201FBAD7D84CC88CE9343C9463A4B3">
    <w:name w:val="6C201FBAD7D84CC88CE9343C9463A4B3"/>
    <w:rsid w:val="009F5327"/>
    <w:pPr>
      <w:spacing w:after="200" w:line="276" w:lineRule="auto"/>
    </w:pPr>
  </w:style>
  <w:style w:type="paragraph" w:customStyle="1" w:styleId="D7C6D8CC0FC148FC943EE5E4E17825B9">
    <w:name w:val="D7C6D8CC0FC148FC943EE5E4E17825B9"/>
    <w:rsid w:val="009F5327"/>
    <w:pPr>
      <w:spacing w:after="200" w:line="276" w:lineRule="auto"/>
    </w:pPr>
  </w:style>
  <w:style w:type="paragraph" w:customStyle="1" w:styleId="967EF32F25CA460EAB71DB47682F3E54">
    <w:name w:val="967EF32F25CA460EAB71DB47682F3E54"/>
    <w:rsid w:val="009F5327"/>
    <w:pPr>
      <w:spacing w:after="200" w:line="276" w:lineRule="auto"/>
    </w:pPr>
  </w:style>
  <w:style w:type="paragraph" w:customStyle="1" w:styleId="A4DEF7C704DB40B293B19540CA95C2D6">
    <w:name w:val="A4DEF7C704DB40B293B19540CA95C2D6"/>
    <w:rsid w:val="009F5327"/>
    <w:pPr>
      <w:spacing w:after="200" w:line="276" w:lineRule="auto"/>
    </w:pPr>
  </w:style>
  <w:style w:type="paragraph" w:customStyle="1" w:styleId="3A7D4BE569314F89B35517255A4CDE08">
    <w:name w:val="3A7D4BE569314F89B35517255A4CDE08"/>
    <w:rsid w:val="009F5327"/>
    <w:pPr>
      <w:spacing w:after="200" w:line="276" w:lineRule="auto"/>
    </w:pPr>
  </w:style>
  <w:style w:type="paragraph" w:customStyle="1" w:styleId="2C70F9A7A51444D1B688F72229E15FCC">
    <w:name w:val="2C70F9A7A51444D1B688F72229E15FCC"/>
    <w:rsid w:val="009F5327"/>
    <w:pPr>
      <w:spacing w:after="200" w:line="276" w:lineRule="auto"/>
    </w:pPr>
  </w:style>
  <w:style w:type="paragraph" w:customStyle="1" w:styleId="A56D23639BD74F5E9D7AB38C08498EE5">
    <w:name w:val="A56D23639BD74F5E9D7AB38C08498EE5"/>
    <w:rsid w:val="009F5327"/>
    <w:pPr>
      <w:spacing w:after="200" w:line="276" w:lineRule="auto"/>
    </w:pPr>
  </w:style>
  <w:style w:type="paragraph" w:customStyle="1" w:styleId="614E9421971C49519DEA7CCB69C1C2B1">
    <w:name w:val="614E9421971C49519DEA7CCB69C1C2B1"/>
    <w:rsid w:val="009F5327"/>
    <w:pPr>
      <w:spacing w:after="200" w:line="276" w:lineRule="auto"/>
    </w:pPr>
  </w:style>
  <w:style w:type="paragraph" w:customStyle="1" w:styleId="A1981FA7FE334163A3A8250D7633F69C">
    <w:name w:val="A1981FA7FE334163A3A8250D7633F69C"/>
    <w:rsid w:val="009F5327"/>
    <w:pPr>
      <w:spacing w:after="200" w:line="276" w:lineRule="auto"/>
    </w:pPr>
  </w:style>
  <w:style w:type="paragraph" w:customStyle="1" w:styleId="F3CAC262247A498DAC350839197DB9C0">
    <w:name w:val="F3CAC262247A498DAC350839197DB9C0"/>
    <w:rsid w:val="009F5327"/>
    <w:pPr>
      <w:spacing w:after="200" w:line="276" w:lineRule="auto"/>
    </w:pPr>
  </w:style>
  <w:style w:type="paragraph" w:customStyle="1" w:styleId="D0C56321844D43B0A940F9C270691EA9">
    <w:name w:val="D0C56321844D43B0A940F9C270691EA9"/>
    <w:rsid w:val="009F5327"/>
    <w:pPr>
      <w:spacing w:after="200" w:line="276" w:lineRule="auto"/>
    </w:pPr>
  </w:style>
  <w:style w:type="paragraph" w:customStyle="1" w:styleId="9AEAA8A00F984FD5847384CF8071FCCB3">
    <w:name w:val="9AEAA8A00F984FD5847384CF8071FCCB3"/>
    <w:rsid w:val="009F5327"/>
    <w:pPr>
      <w:spacing w:after="200" w:line="276" w:lineRule="auto"/>
    </w:pPr>
  </w:style>
  <w:style w:type="paragraph" w:customStyle="1" w:styleId="9FED240ED8DB493AB11F00E518F2C7603">
    <w:name w:val="9FED240ED8DB493AB11F00E518F2C7603"/>
    <w:rsid w:val="009F5327"/>
    <w:pPr>
      <w:spacing w:after="200" w:line="276" w:lineRule="auto"/>
    </w:pPr>
  </w:style>
  <w:style w:type="paragraph" w:customStyle="1" w:styleId="D98A882CE73A40798FBE6124278820933">
    <w:name w:val="D98A882CE73A40798FBE6124278820933"/>
    <w:rsid w:val="009F5327"/>
    <w:pPr>
      <w:spacing w:after="200" w:line="276" w:lineRule="auto"/>
    </w:pPr>
  </w:style>
  <w:style w:type="paragraph" w:customStyle="1" w:styleId="C63AB792D8704E34A72EB2DDDCE53CD43">
    <w:name w:val="C63AB792D8704E34A72EB2DDDCE53CD43"/>
    <w:rsid w:val="009F5327"/>
    <w:pPr>
      <w:spacing w:after="200" w:line="276" w:lineRule="auto"/>
    </w:pPr>
  </w:style>
  <w:style w:type="paragraph" w:customStyle="1" w:styleId="8325075121064DAAAEF164CED23B2A923">
    <w:name w:val="8325075121064DAAAEF164CED23B2A923"/>
    <w:rsid w:val="009F5327"/>
    <w:pPr>
      <w:spacing w:after="200" w:line="276" w:lineRule="auto"/>
    </w:pPr>
  </w:style>
  <w:style w:type="paragraph" w:customStyle="1" w:styleId="F6F583F428324ED7B7212D51DE6729583">
    <w:name w:val="F6F583F428324ED7B7212D51DE6729583"/>
    <w:rsid w:val="009F5327"/>
    <w:pPr>
      <w:spacing w:after="200" w:line="276" w:lineRule="auto"/>
    </w:pPr>
  </w:style>
  <w:style w:type="paragraph" w:customStyle="1" w:styleId="96A4351A239147228C2BFBF424DB1B672">
    <w:name w:val="96A4351A239147228C2BFBF424DB1B672"/>
    <w:rsid w:val="009F5327"/>
    <w:pPr>
      <w:spacing w:after="200" w:line="276" w:lineRule="auto"/>
    </w:pPr>
  </w:style>
  <w:style w:type="paragraph" w:customStyle="1" w:styleId="B9A48EF9F3354B43B596B1EBC93E0E4E3">
    <w:name w:val="B9A48EF9F3354B43B596B1EBC93E0E4E3"/>
    <w:rsid w:val="009F5327"/>
    <w:pPr>
      <w:spacing w:after="200" w:line="276" w:lineRule="auto"/>
    </w:pPr>
  </w:style>
  <w:style w:type="paragraph" w:customStyle="1" w:styleId="787A2DCDAB554E0EA58B0872C6E388993">
    <w:name w:val="787A2DCDAB554E0EA58B0872C6E388993"/>
    <w:rsid w:val="009F5327"/>
    <w:pPr>
      <w:spacing w:after="200" w:line="276" w:lineRule="auto"/>
    </w:pPr>
  </w:style>
  <w:style w:type="paragraph" w:customStyle="1" w:styleId="F3110C8EF21E4CA89159D23FFD1392913">
    <w:name w:val="F3110C8EF21E4CA89159D23FFD1392913"/>
    <w:rsid w:val="009F5327"/>
    <w:pPr>
      <w:spacing w:after="200" w:line="276" w:lineRule="auto"/>
    </w:pPr>
  </w:style>
  <w:style w:type="paragraph" w:customStyle="1" w:styleId="10BA430DF3F042408257D556DDA650E93">
    <w:name w:val="10BA430DF3F042408257D556DDA650E93"/>
    <w:rsid w:val="009F5327"/>
    <w:pPr>
      <w:spacing w:after="200" w:line="276" w:lineRule="auto"/>
    </w:pPr>
  </w:style>
  <w:style w:type="paragraph" w:customStyle="1" w:styleId="28F6434D1F46457CB9A6E4A1A5BCEB463">
    <w:name w:val="28F6434D1F46457CB9A6E4A1A5BCEB463"/>
    <w:rsid w:val="009F5327"/>
    <w:pPr>
      <w:spacing w:after="200" w:line="276" w:lineRule="auto"/>
    </w:pPr>
  </w:style>
  <w:style w:type="paragraph" w:customStyle="1" w:styleId="A4571C136C534AE09F94136F9C2E28933">
    <w:name w:val="A4571C136C534AE09F94136F9C2E28933"/>
    <w:rsid w:val="009F5327"/>
    <w:pPr>
      <w:spacing w:after="200" w:line="276" w:lineRule="auto"/>
    </w:pPr>
  </w:style>
  <w:style w:type="paragraph" w:customStyle="1" w:styleId="32E44D96ADBC4BD0AF4E12DA5F70D3873">
    <w:name w:val="32E44D96ADBC4BD0AF4E12DA5F70D3873"/>
    <w:rsid w:val="009F5327"/>
    <w:pPr>
      <w:spacing w:after="200" w:line="276" w:lineRule="auto"/>
    </w:pPr>
  </w:style>
  <w:style w:type="paragraph" w:customStyle="1" w:styleId="DACDF91E0E714B2E85D8C6CF3F3786FA3">
    <w:name w:val="DACDF91E0E714B2E85D8C6CF3F3786FA3"/>
    <w:rsid w:val="009F5327"/>
    <w:pPr>
      <w:spacing w:after="200" w:line="276" w:lineRule="auto"/>
    </w:pPr>
  </w:style>
  <w:style w:type="paragraph" w:customStyle="1" w:styleId="4F891DA38BB04C7D80A1B2F6AF074ED13">
    <w:name w:val="4F891DA38BB04C7D80A1B2F6AF074ED13"/>
    <w:rsid w:val="009F5327"/>
    <w:pPr>
      <w:spacing w:after="200" w:line="276" w:lineRule="auto"/>
    </w:pPr>
  </w:style>
  <w:style w:type="paragraph" w:customStyle="1" w:styleId="1D699CF0F0B8413BB79800EA3A63640D3">
    <w:name w:val="1D699CF0F0B8413BB79800EA3A63640D3"/>
    <w:rsid w:val="009F5327"/>
    <w:pPr>
      <w:spacing w:after="200" w:line="276" w:lineRule="auto"/>
    </w:pPr>
  </w:style>
  <w:style w:type="paragraph" w:customStyle="1" w:styleId="A89EBA4095394ECE9127A0D7541173623">
    <w:name w:val="A89EBA4095394ECE9127A0D7541173623"/>
    <w:rsid w:val="009F5327"/>
    <w:pPr>
      <w:spacing w:after="200" w:line="276" w:lineRule="auto"/>
    </w:pPr>
  </w:style>
  <w:style w:type="paragraph" w:customStyle="1" w:styleId="02153F2E9C414A6DB0981FFEC04CEECB3">
    <w:name w:val="02153F2E9C414A6DB0981FFEC04CEECB3"/>
    <w:rsid w:val="009F5327"/>
    <w:pPr>
      <w:spacing w:after="200" w:line="276" w:lineRule="auto"/>
    </w:pPr>
  </w:style>
  <w:style w:type="paragraph" w:customStyle="1" w:styleId="821C01A538084D388305832953239DE33">
    <w:name w:val="821C01A538084D388305832953239DE33"/>
    <w:rsid w:val="009F5327"/>
    <w:pPr>
      <w:spacing w:after="200" w:line="276" w:lineRule="auto"/>
    </w:pPr>
  </w:style>
  <w:style w:type="paragraph" w:customStyle="1" w:styleId="73EAD8219240427C807E16F8204FC8623">
    <w:name w:val="73EAD8219240427C807E16F8204FC8623"/>
    <w:rsid w:val="009F5327"/>
    <w:pPr>
      <w:spacing w:after="200" w:line="276" w:lineRule="auto"/>
    </w:pPr>
  </w:style>
  <w:style w:type="paragraph" w:customStyle="1" w:styleId="E645CA21AC1C4AE89A74AB03DA98B7D23">
    <w:name w:val="E645CA21AC1C4AE89A74AB03DA98B7D23"/>
    <w:rsid w:val="009F5327"/>
    <w:pPr>
      <w:spacing w:after="200" w:line="276" w:lineRule="auto"/>
    </w:pPr>
  </w:style>
  <w:style w:type="paragraph" w:customStyle="1" w:styleId="A324FD0689704622BAFCBADCED7AF21B3">
    <w:name w:val="A324FD0689704622BAFCBADCED7AF21B3"/>
    <w:rsid w:val="009F5327"/>
    <w:pPr>
      <w:spacing w:after="200" w:line="276" w:lineRule="auto"/>
    </w:pPr>
  </w:style>
  <w:style w:type="paragraph" w:customStyle="1" w:styleId="154C2915D20B48869CF43F5F5D5FD5ED3">
    <w:name w:val="154C2915D20B48869CF43F5F5D5FD5ED3"/>
    <w:rsid w:val="009F5327"/>
    <w:pPr>
      <w:spacing w:after="200" w:line="276" w:lineRule="auto"/>
    </w:pPr>
  </w:style>
  <w:style w:type="paragraph" w:customStyle="1" w:styleId="DAB8F682586D403ABEA919117D04ABCE3">
    <w:name w:val="DAB8F682586D403ABEA919117D04ABCE3"/>
    <w:rsid w:val="009F5327"/>
    <w:pPr>
      <w:spacing w:after="200" w:line="276" w:lineRule="auto"/>
    </w:pPr>
  </w:style>
  <w:style w:type="paragraph" w:customStyle="1" w:styleId="F9A7C6BE2684490185F5FA589C6266F03">
    <w:name w:val="F9A7C6BE2684490185F5FA589C6266F03"/>
    <w:rsid w:val="009F5327"/>
    <w:pPr>
      <w:spacing w:after="200" w:line="276" w:lineRule="auto"/>
    </w:pPr>
  </w:style>
  <w:style w:type="paragraph" w:customStyle="1" w:styleId="A1AA6F3CBE344494B5216E38E3B2B08F3">
    <w:name w:val="A1AA6F3CBE344494B5216E38E3B2B08F3"/>
    <w:rsid w:val="009F5327"/>
    <w:pPr>
      <w:spacing w:after="200" w:line="276" w:lineRule="auto"/>
    </w:pPr>
  </w:style>
  <w:style w:type="paragraph" w:customStyle="1" w:styleId="CB016D15FE4846CC90F79D77ED7635053">
    <w:name w:val="CB016D15FE4846CC90F79D77ED7635053"/>
    <w:rsid w:val="009F5327"/>
    <w:pPr>
      <w:spacing w:after="200" w:line="276" w:lineRule="auto"/>
    </w:pPr>
  </w:style>
  <w:style w:type="paragraph" w:customStyle="1" w:styleId="B9E4E539693B4280BB061C114AB9D24C3">
    <w:name w:val="B9E4E539693B4280BB061C114AB9D24C3"/>
    <w:rsid w:val="009F5327"/>
    <w:pPr>
      <w:spacing w:after="200" w:line="276" w:lineRule="auto"/>
    </w:pPr>
  </w:style>
  <w:style w:type="paragraph" w:customStyle="1" w:styleId="185ADE67D8A4414B97D8694CF3C84BDC3">
    <w:name w:val="185ADE67D8A4414B97D8694CF3C84BDC3"/>
    <w:rsid w:val="009F5327"/>
    <w:pPr>
      <w:spacing w:after="200" w:line="276" w:lineRule="auto"/>
    </w:pPr>
  </w:style>
  <w:style w:type="paragraph" w:customStyle="1" w:styleId="9BB06A0F134444FBB21AC941E54A39503">
    <w:name w:val="9BB06A0F134444FBB21AC941E54A39503"/>
    <w:rsid w:val="009F5327"/>
    <w:pPr>
      <w:spacing w:after="200" w:line="276" w:lineRule="auto"/>
    </w:pPr>
  </w:style>
  <w:style w:type="paragraph" w:customStyle="1" w:styleId="108EE6F41228478492A8967852BC5E243">
    <w:name w:val="108EE6F41228478492A8967852BC5E243"/>
    <w:rsid w:val="009F5327"/>
    <w:pPr>
      <w:spacing w:after="200" w:line="276" w:lineRule="auto"/>
    </w:pPr>
  </w:style>
  <w:style w:type="paragraph" w:customStyle="1" w:styleId="5273657B97D2404BBE9250ECD4187CC93">
    <w:name w:val="5273657B97D2404BBE9250ECD4187CC93"/>
    <w:rsid w:val="009F5327"/>
    <w:pPr>
      <w:spacing w:after="200" w:line="276" w:lineRule="auto"/>
    </w:pPr>
  </w:style>
  <w:style w:type="paragraph" w:customStyle="1" w:styleId="A567BB517F1E4BF785FF66C1E7792A173">
    <w:name w:val="A567BB517F1E4BF785FF66C1E7792A173"/>
    <w:rsid w:val="009F5327"/>
    <w:pPr>
      <w:spacing w:after="200" w:line="276" w:lineRule="auto"/>
    </w:pPr>
  </w:style>
  <w:style w:type="paragraph" w:customStyle="1" w:styleId="03C66FBF284A4175820230CCE36F2C8D3">
    <w:name w:val="03C66FBF284A4175820230CCE36F2C8D3"/>
    <w:rsid w:val="009F5327"/>
    <w:pPr>
      <w:spacing w:after="200" w:line="276" w:lineRule="auto"/>
    </w:pPr>
  </w:style>
  <w:style w:type="paragraph" w:customStyle="1" w:styleId="31DF177FAF0347BB95CF91D2AB7D78C23">
    <w:name w:val="31DF177FAF0347BB95CF91D2AB7D78C23"/>
    <w:rsid w:val="009F5327"/>
    <w:pPr>
      <w:spacing w:after="200" w:line="276" w:lineRule="auto"/>
    </w:pPr>
  </w:style>
  <w:style w:type="paragraph" w:customStyle="1" w:styleId="A332782B1F074770A5812841CCE9CC793">
    <w:name w:val="A332782B1F074770A5812841CCE9CC793"/>
    <w:rsid w:val="009F5327"/>
    <w:pPr>
      <w:spacing w:after="200" w:line="276" w:lineRule="auto"/>
    </w:pPr>
  </w:style>
  <w:style w:type="paragraph" w:customStyle="1" w:styleId="CCE3552D061842C2967B081509A382E63">
    <w:name w:val="CCE3552D061842C2967B081509A382E63"/>
    <w:rsid w:val="009F5327"/>
    <w:pPr>
      <w:spacing w:after="200" w:line="276" w:lineRule="auto"/>
    </w:pPr>
  </w:style>
  <w:style w:type="paragraph" w:customStyle="1" w:styleId="71A6A65BE0E9451EA4056DF5A0B215DB3">
    <w:name w:val="71A6A65BE0E9451EA4056DF5A0B215DB3"/>
    <w:rsid w:val="009F5327"/>
    <w:pPr>
      <w:spacing w:after="200" w:line="276" w:lineRule="auto"/>
    </w:pPr>
  </w:style>
  <w:style w:type="paragraph" w:customStyle="1" w:styleId="98B2F9320AEF41379C884803AE0645AD3">
    <w:name w:val="98B2F9320AEF41379C884803AE0645AD3"/>
    <w:rsid w:val="009F5327"/>
    <w:pPr>
      <w:spacing w:after="200" w:line="276" w:lineRule="auto"/>
    </w:pPr>
  </w:style>
  <w:style w:type="paragraph" w:customStyle="1" w:styleId="03B8FB460BB74860B6F0861A9BA954813">
    <w:name w:val="03B8FB460BB74860B6F0861A9BA954813"/>
    <w:rsid w:val="009F5327"/>
    <w:pPr>
      <w:spacing w:after="200" w:line="276" w:lineRule="auto"/>
    </w:pPr>
  </w:style>
  <w:style w:type="paragraph" w:customStyle="1" w:styleId="365838D059914B72927A6B00C803FA482">
    <w:name w:val="365838D059914B72927A6B00C803FA482"/>
    <w:rsid w:val="009F5327"/>
    <w:pPr>
      <w:spacing w:after="200" w:line="276" w:lineRule="auto"/>
    </w:pPr>
  </w:style>
  <w:style w:type="paragraph" w:customStyle="1" w:styleId="AB99E45E070E48929C869409C17287F92">
    <w:name w:val="AB99E45E070E48929C869409C17287F92"/>
    <w:rsid w:val="009F5327"/>
    <w:pPr>
      <w:spacing w:after="200" w:line="276" w:lineRule="auto"/>
    </w:pPr>
  </w:style>
  <w:style w:type="paragraph" w:customStyle="1" w:styleId="085B87EF72544ABF8A2B748AE680300B2">
    <w:name w:val="085B87EF72544ABF8A2B748AE680300B2"/>
    <w:rsid w:val="009F5327"/>
    <w:pPr>
      <w:spacing w:after="200" w:line="276" w:lineRule="auto"/>
    </w:pPr>
  </w:style>
  <w:style w:type="paragraph" w:customStyle="1" w:styleId="6648927EC89C40A2A6FB356A7AD7B48B2">
    <w:name w:val="6648927EC89C40A2A6FB356A7AD7B48B2"/>
    <w:rsid w:val="009F5327"/>
    <w:pPr>
      <w:spacing w:after="200" w:line="276" w:lineRule="auto"/>
    </w:pPr>
  </w:style>
  <w:style w:type="paragraph" w:customStyle="1" w:styleId="3C8034A52A2D47C594AE99BBF21804D72">
    <w:name w:val="3C8034A52A2D47C594AE99BBF21804D72"/>
    <w:rsid w:val="009F5327"/>
    <w:pPr>
      <w:spacing w:after="200" w:line="276" w:lineRule="auto"/>
    </w:pPr>
  </w:style>
  <w:style w:type="paragraph" w:customStyle="1" w:styleId="15B474D5CF204A1D84FDC03506B78CC02">
    <w:name w:val="15B474D5CF204A1D84FDC03506B78CC02"/>
    <w:rsid w:val="009F5327"/>
    <w:pPr>
      <w:spacing w:after="200" w:line="276" w:lineRule="auto"/>
    </w:pPr>
  </w:style>
  <w:style w:type="paragraph" w:customStyle="1" w:styleId="86BE4C6528484093B462CCAC093FB7CE2">
    <w:name w:val="86BE4C6528484093B462CCAC093FB7CE2"/>
    <w:rsid w:val="009F5327"/>
    <w:pPr>
      <w:spacing w:after="200" w:line="276" w:lineRule="auto"/>
    </w:pPr>
  </w:style>
  <w:style w:type="paragraph" w:customStyle="1" w:styleId="7A01521791F74460BDB3F581458F3A5A2">
    <w:name w:val="7A01521791F74460BDB3F581458F3A5A2"/>
    <w:rsid w:val="009F5327"/>
    <w:pPr>
      <w:spacing w:after="200" w:line="276" w:lineRule="auto"/>
    </w:pPr>
  </w:style>
  <w:style w:type="paragraph" w:customStyle="1" w:styleId="81835CB1501A42C38BE02BEA9659E5722">
    <w:name w:val="81835CB1501A42C38BE02BEA9659E5722"/>
    <w:rsid w:val="009F5327"/>
    <w:pPr>
      <w:spacing w:after="200" w:line="276" w:lineRule="auto"/>
    </w:pPr>
  </w:style>
  <w:style w:type="paragraph" w:customStyle="1" w:styleId="3FF8856B62A84265A5C84529C3C5D9622">
    <w:name w:val="3FF8856B62A84265A5C84529C3C5D9622"/>
    <w:rsid w:val="009F5327"/>
    <w:pPr>
      <w:spacing w:after="200" w:line="276" w:lineRule="auto"/>
    </w:pPr>
  </w:style>
  <w:style w:type="paragraph" w:customStyle="1" w:styleId="38955F0542D44B0792AD27FD8AE499F12">
    <w:name w:val="38955F0542D44B0792AD27FD8AE499F12"/>
    <w:rsid w:val="009F5327"/>
    <w:pPr>
      <w:spacing w:after="200" w:line="276" w:lineRule="auto"/>
    </w:pPr>
  </w:style>
  <w:style w:type="paragraph" w:customStyle="1" w:styleId="E5E2A85F79DA4834B7AFAFF950EE8B742">
    <w:name w:val="E5E2A85F79DA4834B7AFAFF950EE8B742"/>
    <w:rsid w:val="009F5327"/>
    <w:pPr>
      <w:spacing w:after="200" w:line="276" w:lineRule="auto"/>
    </w:pPr>
  </w:style>
  <w:style w:type="paragraph" w:customStyle="1" w:styleId="B1E97A9144FD4775921D1B70AAF339182">
    <w:name w:val="B1E97A9144FD4775921D1B70AAF339182"/>
    <w:rsid w:val="009F5327"/>
    <w:pPr>
      <w:spacing w:after="200" w:line="276" w:lineRule="auto"/>
    </w:pPr>
  </w:style>
  <w:style w:type="paragraph" w:customStyle="1" w:styleId="7F3933508D5C4608B34DBA7E8FFE0D602">
    <w:name w:val="7F3933508D5C4608B34DBA7E8FFE0D602"/>
    <w:rsid w:val="009F5327"/>
    <w:pPr>
      <w:spacing w:after="200" w:line="276" w:lineRule="auto"/>
    </w:pPr>
  </w:style>
  <w:style w:type="paragraph" w:customStyle="1" w:styleId="ACBE0EFC4B5E428C871D26A9144B06502">
    <w:name w:val="ACBE0EFC4B5E428C871D26A9144B06502"/>
    <w:rsid w:val="009F5327"/>
    <w:pPr>
      <w:spacing w:after="200" w:line="276" w:lineRule="auto"/>
    </w:pPr>
  </w:style>
  <w:style w:type="paragraph" w:customStyle="1" w:styleId="1984DE374F924E0C9BC4F99108886C9A2">
    <w:name w:val="1984DE374F924E0C9BC4F99108886C9A2"/>
    <w:rsid w:val="009F5327"/>
    <w:pPr>
      <w:spacing w:after="200" w:line="276" w:lineRule="auto"/>
    </w:pPr>
  </w:style>
  <w:style w:type="paragraph" w:customStyle="1" w:styleId="EB375BA08DF64F1D965D0B750CA77E732">
    <w:name w:val="EB375BA08DF64F1D965D0B750CA77E732"/>
    <w:rsid w:val="009F5327"/>
    <w:pPr>
      <w:spacing w:after="200" w:line="276" w:lineRule="auto"/>
    </w:pPr>
  </w:style>
  <w:style w:type="paragraph" w:customStyle="1" w:styleId="E6BD942427B6472CBCABA3B1EC8F8E612">
    <w:name w:val="E6BD942427B6472CBCABA3B1EC8F8E612"/>
    <w:rsid w:val="009F5327"/>
    <w:pPr>
      <w:spacing w:after="200" w:line="276" w:lineRule="auto"/>
    </w:pPr>
  </w:style>
  <w:style w:type="paragraph" w:customStyle="1" w:styleId="6474EE482800414CBDA0B0858EC704032">
    <w:name w:val="6474EE482800414CBDA0B0858EC704032"/>
    <w:rsid w:val="009F5327"/>
    <w:pPr>
      <w:spacing w:after="200" w:line="276" w:lineRule="auto"/>
    </w:pPr>
  </w:style>
  <w:style w:type="paragraph" w:customStyle="1" w:styleId="130EEA536A6A4B1C870DDBB247D1666F2">
    <w:name w:val="130EEA536A6A4B1C870DDBB247D1666F2"/>
    <w:rsid w:val="009F5327"/>
    <w:pPr>
      <w:spacing w:after="200" w:line="276" w:lineRule="auto"/>
    </w:pPr>
  </w:style>
  <w:style w:type="paragraph" w:customStyle="1" w:styleId="5C3A7D73D147443AA194C06FB24994272">
    <w:name w:val="5C3A7D73D147443AA194C06FB24994272"/>
    <w:rsid w:val="009F5327"/>
    <w:pPr>
      <w:spacing w:after="200" w:line="276" w:lineRule="auto"/>
    </w:pPr>
  </w:style>
  <w:style w:type="paragraph" w:customStyle="1" w:styleId="63F193555AD9499CB710078DC26953EF2">
    <w:name w:val="63F193555AD9499CB710078DC26953EF2"/>
    <w:rsid w:val="009F5327"/>
    <w:pPr>
      <w:spacing w:after="200" w:line="276" w:lineRule="auto"/>
    </w:pPr>
  </w:style>
  <w:style w:type="paragraph" w:customStyle="1" w:styleId="577A7DFC1E1F40069740321DEF30D7042">
    <w:name w:val="577A7DFC1E1F40069740321DEF30D7042"/>
    <w:rsid w:val="009F5327"/>
    <w:pPr>
      <w:spacing w:after="200" w:line="276" w:lineRule="auto"/>
    </w:pPr>
  </w:style>
  <w:style w:type="paragraph" w:customStyle="1" w:styleId="F313C84236FE4FF7AC3B18406F4AE6852">
    <w:name w:val="F313C84236FE4FF7AC3B18406F4AE6852"/>
    <w:rsid w:val="009F5327"/>
    <w:pPr>
      <w:spacing w:after="200" w:line="276" w:lineRule="auto"/>
    </w:pPr>
  </w:style>
  <w:style w:type="paragraph" w:customStyle="1" w:styleId="BF0E036CDD4D45C3AB85A07BA2DD61632">
    <w:name w:val="BF0E036CDD4D45C3AB85A07BA2DD61632"/>
    <w:rsid w:val="009F5327"/>
    <w:pPr>
      <w:spacing w:after="200" w:line="276" w:lineRule="auto"/>
    </w:pPr>
  </w:style>
  <w:style w:type="paragraph" w:customStyle="1" w:styleId="47669BF0FCBE406AAD1E10B9812106B42">
    <w:name w:val="47669BF0FCBE406AAD1E10B9812106B42"/>
    <w:rsid w:val="009F5327"/>
    <w:pPr>
      <w:spacing w:after="200" w:line="276" w:lineRule="auto"/>
    </w:pPr>
  </w:style>
  <w:style w:type="paragraph" w:customStyle="1" w:styleId="DBE498F6C1F9478E9256B5C3C3B8D0FE2">
    <w:name w:val="DBE498F6C1F9478E9256B5C3C3B8D0FE2"/>
    <w:rsid w:val="009F5327"/>
    <w:pPr>
      <w:spacing w:after="200" w:line="276" w:lineRule="auto"/>
    </w:pPr>
  </w:style>
  <w:style w:type="paragraph" w:customStyle="1" w:styleId="BDE1C10464E64A0C81164B77F9A4AA5C2">
    <w:name w:val="BDE1C10464E64A0C81164B77F9A4AA5C2"/>
    <w:rsid w:val="009F5327"/>
    <w:pPr>
      <w:spacing w:after="200" w:line="276" w:lineRule="auto"/>
    </w:pPr>
  </w:style>
  <w:style w:type="paragraph" w:customStyle="1" w:styleId="648DBBF183FB40FAB6C79D4C05E49AA42">
    <w:name w:val="648DBBF183FB40FAB6C79D4C05E49AA42"/>
    <w:rsid w:val="009F5327"/>
    <w:pPr>
      <w:spacing w:after="200" w:line="276" w:lineRule="auto"/>
    </w:pPr>
  </w:style>
  <w:style w:type="paragraph" w:customStyle="1" w:styleId="1C09BEC26D3548A89E225D009B56BFFB2">
    <w:name w:val="1C09BEC26D3548A89E225D009B56BFFB2"/>
    <w:rsid w:val="009F5327"/>
    <w:pPr>
      <w:spacing w:after="200" w:line="276" w:lineRule="auto"/>
    </w:pPr>
  </w:style>
  <w:style w:type="paragraph" w:customStyle="1" w:styleId="860677CA9CD4419B8300F24B017CFBBE2">
    <w:name w:val="860677CA9CD4419B8300F24B017CFBBE2"/>
    <w:rsid w:val="009F5327"/>
    <w:pPr>
      <w:spacing w:after="200" w:line="276" w:lineRule="auto"/>
    </w:pPr>
  </w:style>
  <w:style w:type="paragraph" w:customStyle="1" w:styleId="6C42C24885A6479A8C655EDA93D92F262">
    <w:name w:val="6C42C24885A6479A8C655EDA93D92F262"/>
    <w:rsid w:val="009F5327"/>
    <w:pPr>
      <w:spacing w:after="200" w:line="276" w:lineRule="auto"/>
    </w:pPr>
  </w:style>
  <w:style w:type="paragraph" w:customStyle="1" w:styleId="AE78C549051C42ACAB0308BC3FBFBD262">
    <w:name w:val="AE78C549051C42ACAB0308BC3FBFBD262"/>
    <w:rsid w:val="009F5327"/>
    <w:pPr>
      <w:spacing w:after="200" w:line="276" w:lineRule="auto"/>
    </w:pPr>
  </w:style>
  <w:style w:type="paragraph" w:customStyle="1" w:styleId="BE156BEC2F1543B3B84B3D0F6AB9DFA02">
    <w:name w:val="BE156BEC2F1543B3B84B3D0F6AB9DFA02"/>
    <w:rsid w:val="009F5327"/>
    <w:pPr>
      <w:spacing w:after="200" w:line="276" w:lineRule="auto"/>
    </w:pPr>
  </w:style>
  <w:style w:type="paragraph" w:customStyle="1" w:styleId="AF0EAD1D64F34A3BAED0B738FADC88E52">
    <w:name w:val="AF0EAD1D64F34A3BAED0B738FADC88E52"/>
    <w:rsid w:val="009F5327"/>
    <w:pPr>
      <w:spacing w:after="200" w:line="276" w:lineRule="auto"/>
    </w:pPr>
  </w:style>
  <w:style w:type="paragraph" w:customStyle="1" w:styleId="B30D077B9E80489CBC3921A2CB4E1EA92">
    <w:name w:val="B30D077B9E80489CBC3921A2CB4E1EA92"/>
    <w:rsid w:val="009F5327"/>
    <w:pPr>
      <w:spacing w:after="200" w:line="276" w:lineRule="auto"/>
    </w:pPr>
  </w:style>
  <w:style w:type="paragraph" w:customStyle="1" w:styleId="6F253A2C3CB54B90B13DE772D5510E902">
    <w:name w:val="6F253A2C3CB54B90B13DE772D5510E902"/>
    <w:rsid w:val="009F5327"/>
    <w:pPr>
      <w:spacing w:after="200" w:line="276" w:lineRule="auto"/>
    </w:pPr>
  </w:style>
  <w:style w:type="paragraph" w:customStyle="1" w:styleId="45527F50F168459E8AAF279EDE532CE72">
    <w:name w:val="45527F50F168459E8AAF279EDE532CE72"/>
    <w:rsid w:val="009F5327"/>
    <w:pPr>
      <w:spacing w:after="200" w:line="276" w:lineRule="auto"/>
    </w:pPr>
  </w:style>
  <w:style w:type="paragraph" w:customStyle="1" w:styleId="223ED7C7FF504317987E8EEAB175823E2">
    <w:name w:val="223ED7C7FF504317987E8EEAB175823E2"/>
    <w:rsid w:val="009F5327"/>
    <w:pPr>
      <w:spacing w:after="200" w:line="276" w:lineRule="auto"/>
    </w:pPr>
  </w:style>
  <w:style w:type="paragraph" w:customStyle="1" w:styleId="382561513D864E89A7F5B2ED35D0B4FB2">
    <w:name w:val="382561513D864E89A7F5B2ED35D0B4FB2"/>
    <w:rsid w:val="009F5327"/>
    <w:pPr>
      <w:spacing w:after="200" w:line="276" w:lineRule="auto"/>
    </w:pPr>
  </w:style>
  <w:style w:type="paragraph" w:customStyle="1" w:styleId="6FB8029AD57A43688881BB3956AD75842">
    <w:name w:val="6FB8029AD57A43688881BB3956AD75842"/>
    <w:rsid w:val="009F5327"/>
    <w:pPr>
      <w:spacing w:after="200" w:line="276" w:lineRule="auto"/>
    </w:pPr>
  </w:style>
  <w:style w:type="paragraph" w:customStyle="1" w:styleId="4E94F9A2603C4983BA3B0504CD2EAA1C2">
    <w:name w:val="4E94F9A2603C4983BA3B0504CD2EAA1C2"/>
    <w:rsid w:val="009F5327"/>
    <w:pPr>
      <w:spacing w:after="200" w:line="276" w:lineRule="auto"/>
    </w:pPr>
  </w:style>
  <w:style w:type="paragraph" w:customStyle="1" w:styleId="E04E403C73F946B4851616310A6929B32">
    <w:name w:val="E04E403C73F946B4851616310A6929B32"/>
    <w:rsid w:val="009F5327"/>
    <w:pPr>
      <w:spacing w:after="200" w:line="276" w:lineRule="auto"/>
    </w:pPr>
  </w:style>
  <w:style w:type="paragraph" w:customStyle="1" w:styleId="3ABA4D8D41C3426DAE8A6DAAE90D99492">
    <w:name w:val="3ABA4D8D41C3426DAE8A6DAAE90D99492"/>
    <w:rsid w:val="009F5327"/>
    <w:pPr>
      <w:spacing w:after="200" w:line="276" w:lineRule="auto"/>
    </w:pPr>
  </w:style>
  <w:style w:type="paragraph" w:customStyle="1" w:styleId="5D2CE74C94BA4FF9BA3E7FF60B8F469F2">
    <w:name w:val="5D2CE74C94BA4FF9BA3E7FF60B8F469F2"/>
    <w:rsid w:val="009F5327"/>
    <w:pPr>
      <w:spacing w:after="200" w:line="276" w:lineRule="auto"/>
    </w:pPr>
  </w:style>
  <w:style w:type="paragraph" w:customStyle="1" w:styleId="1A40ED76AD1B4809A5CD97D17ED8C1B42">
    <w:name w:val="1A40ED76AD1B4809A5CD97D17ED8C1B42"/>
    <w:rsid w:val="009F5327"/>
    <w:pPr>
      <w:spacing w:after="200" w:line="276" w:lineRule="auto"/>
    </w:pPr>
  </w:style>
  <w:style w:type="paragraph" w:customStyle="1" w:styleId="45253DD0687D4008BDF37282EE6E10662">
    <w:name w:val="45253DD0687D4008BDF37282EE6E10662"/>
    <w:rsid w:val="009F5327"/>
    <w:pPr>
      <w:spacing w:after="200" w:line="276" w:lineRule="auto"/>
    </w:pPr>
  </w:style>
  <w:style w:type="paragraph" w:customStyle="1" w:styleId="32C912404EA14AF19458E0297ED04D4B2">
    <w:name w:val="32C912404EA14AF19458E0297ED04D4B2"/>
    <w:rsid w:val="009F5327"/>
    <w:pPr>
      <w:spacing w:after="200" w:line="276" w:lineRule="auto"/>
    </w:pPr>
  </w:style>
  <w:style w:type="paragraph" w:customStyle="1" w:styleId="7FBCCF483FE448D491FB31774444E29D2">
    <w:name w:val="7FBCCF483FE448D491FB31774444E29D2"/>
    <w:rsid w:val="009F5327"/>
    <w:pPr>
      <w:spacing w:after="200" w:line="276" w:lineRule="auto"/>
    </w:pPr>
  </w:style>
  <w:style w:type="paragraph" w:customStyle="1" w:styleId="62BAD36F4F8A44C7B4EA7199E29B388F2">
    <w:name w:val="62BAD36F4F8A44C7B4EA7199E29B388F2"/>
    <w:rsid w:val="009F5327"/>
    <w:pPr>
      <w:spacing w:after="200" w:line="276" w:lineRule="auto"/>
    </w:pPr>
  </w:style>
  <w:style w:type="paragraph" w:customStyle="1" w:styleId="33B24FEBFBE44545A2D7E533DED4BD372">
    <w:name w:val="33B24FEBFBE44545A2D7E533DED4BD372"/>
    <w:rsid w:val="009F5327"/>
    <w:pPr>
      <w:spacing w:after="200" w:line="276" w:lineRule="auto"/>
    </w:pPr>
  </w:style>
  <w:style w:type="paragraph" w:customStyle="1" w:styleId="95C3D0D3D74E42268DB5E55C2C1618901">
    <w:name w:val="95C3D0D3D74E42268DB5E55C2C1618901"/>
    <w:rsid w:val="009F5327"/>
    <w:pPr>
      <w:spacing w:after="200" w:line="276" w:lineRule="auto"/>
    </w:pPr>
  </w:style>
  <w:style w:type="paragraph" w:customStyle="1" w:styleId="253498E8C83042419E9074A905DF2FF31">
    <w:name w:val="253498E8C83042419E9074A905DF2FF31"/>
    <w:rsid w:val="009F5327"/>
    <w:pPr>
      <w:spacing w:after="200" w:line="276" w:lineRule="auto"/>
    </w:pPr>
  </w:style>
  <w:style w:type="paragraph" w:customStyle="1" w:styleId="B335631F27294A2F99F52B5BA6B3BC5F1">
    <w:name w:val="B335631F27294A2F99F52B5BA6B3BC5F1"/>
    <w:rsid w:val="009F5327"/>
    <w:pPr>
      <w:spacing w:after="200" w:line="276" w:lineRule="auto"/>
    </w:pPr>
  </w:style>
  <w:style w:type="paragraph" w:customStyle="1" w:styleId="A1A08283464344D8AF486D9B5CC2BAAB1">
    <w:name w:val="A1A08283464344D8AF486D9B5CC2BAAB1"/>
    <w:rsid w:val="009F5327"/>
    <w:pPr>
      <w:spacing w:after="200" w:line="276" w:lineRule="auto"/>
    </w:pPr>
  </w:style>
  <w:style w:type="paragraph" w:customStyle="1" w:styleId="D81BF0E6FE3442039BABDC66670FFF0D1">
    <w:name w:val="D81BF0E6FE3442039BABDC66670FFF0D1"/>
    <w:rsid w:val="009F5327"/>
    <w:pPr>
      <w:spacing w:after="200" w:line="276" w:lineRule="auto"/>
    </w:pPr>
  </w:style>
  <w:style w:type="paragraph" w:customStyle="1" w:styleId="D68A08BEDA9045CBBA0AA59C080ACB561">
    <w:name w:val="D68A08BEDA9045CBBA0AA59C080ACB561"/>
    <w:rsid w:val="009F5327"/>
    <w:pPr>
      <w:spacing w:after="200" w:line="276" w:lineRule="auto"/>
    </w:pPr>
  </w:style>
  <w:style w:type="paragraph" w:customStyle="1" w:styleId="553F8DCD51A145FDA48DA2C3DDFA72F91">
    <w:name w:val="553F8DCD51A145FDA48DA2C3DDFA72F91"/>
    <w:rsid w:val="009F5327"/>
    <w:pPr>
      <w:spacing w:after="200" w:line="276" w:lineRule="auto"/>
    </w:pPr>
  </w:style>
  <w:style w:type="paragraph" w:customStyle="1" w:styleId="B052F45FD5E44EB991A067077EAA23EC1">
    <w:name w:val="B052F45FD5E44EB991A067077EAA23EC1"/>
    <w:rsid w:val="009F5327"/>
    <w:pPr>
      <w:spacing w:after="200" w:line="276" w:lineRule="auto"/>
    </w:pPr>
  </w:style>
  <w:style w:type="paragraph" w:customStyle="1" w:styleId="6CDDEC44BCA146C7B2CF8FC91090E7341">
    <w:name w:val="6CDDEC44BCA146C7B2CF8FC91090E7341"/>
    <w:rsid w:val="009F5327"/>
    <w:pPr>
      <w:spacing w:after="200" w:line="276" w:lineRule="auto"/>
    </w:pPr>
  </w:style>
  <w:style w:type="paragraph" w:customStyle="1" w:styleId="D59AA98BFBFE4C96AE4B0ED934DA2C101">
    <w:name w:val="D59AA98BFBFE4C96AE4B0ED934DA2C101"/>
    <w:rsid w:val="009F5327"/>
    <w:pPr>
      <w:spacing w:after="200" w:line="276" w:lineRule="auto"/>
    </w:pPr>
  </w:style>
  <w:style w:type="paragraph" w:customStyle="1" w:styleId="D0FC822CB1DB4B86AEA97D39D23B78781">
    <w:name w:val="D0FC822CB1DB4B86AEA97D39D23B78781"/>
    <w:rsid w:val="009F5327"/>
    <w:pPr>
      <w:spacing w:after="200" w:line="276" w:lineRule="auto"/>
    </w:pPr>
  </w:style>
  <w:style w:type="paragraph" w:customStyle="1" w:styleId="40409FEADE30440DB9E89C1E4539BEF11">
    <w:name w:val="40409FEADE30440DB9E89C1E4539BEF11"/>
    <w:rsid w:val="009F5327"/>
    <w:pPr>
      <w:spacing w:after="200" w:line="276" w:lineRule="auto"/>
    </w:pPr>
  </w:style>
  <w:style w:type="paragraph" w:customStyle="1" w:styleId="61C9730EC8034A00BD93CAF9C89F30D51">
    <w:name w:val="61C9730EC8034A00BD93CAF9C89F30D51"/>
    <w:rsid w:val="009F5327"/>
    <w:pPr>
      <w:spacing w:after="200" w:line="276" w:lineRule="auto"/>
    </w:pPr>
  </w:style>
  <w:style w:type="paragraph" w:customStyle="1" w:styleId="FB2C3228D9CA4012A42FEC8D8CA498471">
    <w:name w:val="FB2C3228D9CA4012A42FEC8D8CA498471"/>
    <w:rsid w:val="009F5327"/>
    <w:pPr>
      <w:spacing w:after="200" w:line="276" w:lineRule="auto"/>
    </w:pPr>
  </w:style>
  <w:style w:type="paragraph" w:customStyle="1" w:styleId="C9EF37C4E9ED42F0AE51C3FB807AC8941">
    <w:name w:val="C9EF37C4E9ED42F0AE51C3FB807AC8941"/>
    <w:rsid w:val="009F5327"/>
    <w:pPr>
      <w:spacing w:after="200" w:line="276" w:lineRule="auto"/>
    </w:pPr>
  </w:style>
  <w:style w:type="paragraph" w:customStyle="1" w:styleId="6955F58B115C425FBC6B147D47E95D851">
    <w:name w:val="6955F58B115C425FBC6B147D47E95D851"/>
    <w:rsid w:val="009F5327"/>
    <w:pPr>
      <w:spacing w:after="200" w:line="276" w:lineRule="auto"/>
    </w:pPr>
  </w:style>
  <w:style w:type="paragraph" w:customStyle="1" w:styleId="C592AA76BE1A4F6FAEA18B80AA9EEAA91">
    <w:name w:val="C592AA76BE1A4F6FAEA18B80AA9EEAA91"/>
    <w:rsid w:val="009F5327"/>
    <w:pPr>
      <w:spacing w:after="200" w:line="276" w:lineRule="auto"/>
    </w:pPr>
  </w:style>
  <w:style w:type="paragraph" w:customStyle="1" w:styleId="4458E34E141B466580BFD839F14E0A2A1">
    <w:name w:val="4458E34E141B466580BFD839F14E0A2A1"/>
    <w:rsid w:val="009F5327"/>
    <w:pPr>
      <w:spacing w:after="200" w:line="276" w:lineRule="auto"/>
    </w:pPr>
  </w:style>
  <w:style w:type="paragraph" w:customStyle="1" w:styleId="19C38EE66864449ABF046E8A1FABE8CC1">
    <w:name w:val="19C38EE66864449ABF046E8A1FABE8CC1"/>
    <w:rsid w:val="009F5327"/>
    <w:pPr>
      <w:spacing w:after="200" w:line="276" w:lineRule="auto"/>
    </w:pPr>
  </w:style>
  <w:style w:type="paragraph" w:customStyle="1" w:styleId="D297C25EDD7E4D8F98833A11C0CB12601">
    <w:name w:val="D297C25EDD7E4D8F98833A11C0CB12601"/>
    <w:rsid w:val="009F5327"/>
    <w:pPr>
      <w:spacing w:after="200" w:line="276" w:lineRule="auto"/>
    </w:pPr>
  </w:style>
  <w:style w:type="paragraph" w:customStyle="1" w:styleId="D2E5A85F0A424B10BE1CDB9EDA0E0C911">
    <w:name w:val="D2E5A85F0A424B10BE1CDB9EDA0E0C911"/>
    <w:rsid w:val="009F5327"/>
    <w:pPr>
      <w:spacing w:after="200" w:line="276" w:lineRule="auto"/>
    </w:pPr>
  </w:style>
  <w:style w:type="paragraph" w:customStyle="1" w:styleId="DF0772169B014E5E9AE4C275CF01A3341">
    <w:name w:val="DF0772169B014E5E9AE4C275CF01A3341"/>
    <w:rsid w:val="009F5327"/>
    <w:pPr>
      <w:spacing w:after="200" w:line="276" w:lineRule="auto"/>
    </w:pPr>
  </w:style>
  <w:style w:type="paragraph" w:customStyle="1" w:styleId="181C92DA7C7B49958724C06101400AA11">
    <w:name w:val="181C92DA7C7B49958724C06101400AA11"/>
    <w:rsid w:val="009F5327"/>
    <w:pPr>
      <w:spacing w:after="200" w:line="276" w:lineRule="auto"/>
    </w:pPr>
  </w:style>
  <w:style w:type="paragraph" w:customStyle="1" w:styleId="068FBAC861654951A787BB80FCF572741">
    <w:name w:val="068FBAC861654951A787BB80FCF572741"/>
    <w:rsid w:val="009F5327"/>
    <w:pPr>
      <w:spacing w:after="200" w:line="276" w:lineRule="auto"/>
    </w:pPr>
  </w:style>
  <w:style w:type="paragraph" w:customStyle="1" w:styleId="E5A3745E4335459BAC95CB618E872FE81">
    <w:name w:val="E5A3745E4335459BAC95CB618E872FE81"/>
    <w:rsid w:val="009F5327"/>
    <w:pPr>
      <w:spacing w:after="200" w:line="276" w:lineRule="auto"/>
    </w:pPr>
  </w:style>
  <w:style w:type="paragraph" w:customStyle="1" w:styleId="D1666A0D1AFC466A9B35F885BC300C2A1">
    <w:name w:val="D1666A0D1AFC466A9B35F885BC300C2A1"/>
    <w:rsid w:val="009F5327"/>
    <w:pPr>
      <w:spacing w:after="200" w:line="276" w:lineRule="auto"/>
    </w:pPr>
  </w:style>
  <w:style w:type="paragraph" w:customStyle="1" w:styleId="EF307A23E74B4B99AC1634C8EDDEEABE1">
    <w:name w:val="EF307A23E74B4B99AC1634C8EDDEEABE1"/>
    <w:rsid w:val="009F5327"/>
    <w:pPr>
      <w:spacing w:after="200" w:line="276" w:lineRule="auto"/>
    </w:pPr>
  </w:style>
  <w:style w:type="paragraph" w:customStyle="1" w:styleId="DDE3BCC48F3141C6B0B0C54C3D9FC3841">
    <w:name w:val="DDE3BCC48F3141C6B0B0C54C3D9FC3841"/>
    <w:rsid w:val="009F5327"/>
    <w:pPr>
      <w:spacing w:after="200" w:line="276" w:lineRule="auto"/>
    </w:pPr>
  </w:style>
  <w:style w:type="paragraph" w:customStyle="1" w:styleId="589DADF131284E5983A48F99974CFBC21">
    <w:name w:val="589DADF131284E5983A48F99974CFBC21"/>
    <w:rsid w:val="009F5327"/>
    <w:pPr>
      <w:spacing w:after="200" w:line="276" w:lineRule="auto"/>
    </w:pPr>
  </w:style>
  <w:style w:type="paragraph" w:customStyle="1" w:styleId="C475619E64FB42ADB156EB10553125F41">
    <w:name w:val="C475619E64FB42ADB156EB10553125F41"/>
    <w:rsid w:val="009F5327"/>
    <w:pPr>
      <w:spacing w:after="200" w:line="276" w:lineRule="auto"/>
    </w:pPr>
  </w:style>
  <w:style w:type="paragraph" w:customStyle="1" w:styleId="F197B62FCB33418F94331202AE41ACBD1">
    <w:name w:val="F197B62FCB33418F94331202AE41ACBD1"/>
    <w:rsid w:val="009F5327"/>
    <w:pPr>
      <w:spacing w:after="200" w:line="276" w:lineRule="auto"/>
    </w:pPr>
  </w:style>
  <w:style w:type="paragraph" w:customStyle="1" w:styleId="EF990AC868FB4AEDAAAAD813799CDEFD1">
    <w:name w:val="EF990AC868FB4AEDAAAAD813799CDEFD1"/>
    <w:rsid w:val="009F5327"/>
    <w:pPr>
      <w:spacing w:after="200" w:line="276" w:lineRule="auto"/>
    </w:pPr>
  </w:style>
  <w:style w:type="paragraph" w:customStyle="1" w:styleId="8BE12D6F4B504073B0AF26E44946139C1">
    <w:name w:val="8BE12D6F4B504073B0AF26E44946139C1"/>
    <w:rsid w:val="009F5327"/>
    <w:pPr>
      <w:spacing w:after="200" w:line="276" w:lineRule="auto"/>
    </w:pPr>
  </w:style>
  <w:style w:type="paragraph" w:customStyle="1" w:styleId="AB93FC235CDA4BDEA236D2A64F11E3371">
    <w:name w:val="AB93FC235CDA4BDEA236D2A64F11E3371"/>
    <w:rsid w:val="009F5327"/>
    <w:pPr>
      <w:spacing w:after="200" w:line="276" w:lineRule="auto"/>
    </w:pPr>
  </w:style>
  <w:style w:type="paragraph" w:customStyle="1" w:styleId="B7151087BFAB466C8AD489D97726FD7D1">
    <w:name w:val="B7151087BFAB466C8AD489D97726FD7D1"/>
    <w:rsid w:val="009F5327"/>
    <w:pPr>
      <w:spacing w:after="200" w:line="276" w:lineRule="auto"/>
    </w:pPr>
  </w:style>
  <w:style w:type="paragraph" w:customStyle="1" w:styleId="DBF7A78951804D1782B70D0113FDF31B1">
    <w:name w:val="DBF7A78951804D1782B70D0113FDF31B1"/>
    <w:rsid w:val="009F5327"/>
    <w:pPr>
      <w:spacing w:after="200" w:line="276" w:lineRule="auto"/>
    </w:pPr>
  </w:style>
  <w:style w:type="paragraph" w:customStyle="1" w:styleId="D8473262A7604010B5004F3A46A688021">
    <w:name w:val="D8473262A7604010B5004F3A46A688021"/>
    <w:rsid w:val="009F5327"/>
    <w:pPr>
      <w:spacing w:after="200" w:line="276" w:lineRule="auto"/>
    </w:pPr>
  </w:style>
  <w:style w:type="paragraph" w:customStyle="1" w:styleId="135E59A84A724A4EA8F5D1AC8D26DED41">
    <w:name w:val="135E59A84A724A4EA8F5D1AC8D26DED41"/>
    <w:rsid w:val="009F5327"/>
    <w:pPr>
      <w:spacing w:after="200" w:line="276" w:lineRule="auto"/>
    </w:pPr>
  </w:style>
  <w:style w:type="paragraph" w:customStyle="1" w:styleId="4B94155B3F004F50B7BEC8840B13B1611">
    <w:name w:val="4B94155B3F004F50B7BEC8840B13B1611"/>
    <w:rsid w:val="009F5327"/>
    <w:pPr>
      <w:spacing w:after="200" w:line="276" w:lineRule="auto"/>
    </w:pPr>
  </w:style>
  <w:style w:type="paragraph" w:customStyle="1" w:styleId="41F3B94A26CB4C19850EDF85B346C6C21">
    <w:name w:val="41F3B94A26CB4C19850EDF85B346C6C21"/>
    <w:rsid w:val="009F5327"/>
    <w:pPr>
      <w:spacing w:after="200" w:line="276" w:lineRule="auto"/>
    </w:pPr>
  </w:style>
  <w:style w:type="paragraph" w:customStyle="1" w:styleId="DFA4FCA7ADED4C4D8E96CC217C6A5D481">
    <w:name w:val="DFA4FCA7ADED4C4D8E96CC217C6A5D481"/>
    <w:rsid w:val="009F5327"/>
    <w:pPr>
      <w:spacing w:after="200" w:line="276" w:lineRule="auto"/>
    </w:pPr>
  </w:style>
  <w:style w:type="paragraph" w:customStyle="1" w:styleId="8F21CC03DDEC41F9860887C2FD63991E1">
    <w:name w:val="8F21CC03DDEC41F9860887C2FD63991E1"/>
    <w:rsid w:val="009F5327"/>
    <w:pPr>
      <w:spacing w:after="200" w:line="276" w:lineRule="auto"/>
    </w:pPr>
  </w:style>
  <w:style w:type="paragraph" w:customStyle="1" w:styleId="3072858C767B47C1B3EF67A7B4B58BD81">
    <w:name w:val="3072858C767B47C1B3EF67A7B4B58BD81"/>
    <w:rsid w:val="009F5327"/>
    <w:pPr>
      <w:spacing w:after="200" w:line="276" w:lineRule="auto"/>
    </w:pPr>
  </w:style>
  <w:style w:type="paragraph" w:customStyle="1" w:styleId="0FBD0517325D4A7DA3964CB3D8DF28701">
    <w:name w:val="0FBD0517325D4A7DA3964CB3D8DF28701"/>
    <w:rsid w:val="009F5327"/>
    <w:pPr>
      <w:spacing w:after="200" w:line="276" w:lineRule="auto"/>
    </w:pPr>
  </w:style>
  <w:style w:type="paragraph" w:customStyle="1" w:styleId="D1268C8B7C3A48258C8D2568A4782CF11">
    <w:name w:val="D1268C8B7C3A48258C8D2568A4782CF11"/>
    <w:rsid w:val="009F5327"/>
    <w:pPr>
      <w:spacing w:after="200" w:line="276" w:lineRule="auto"/>
    </w:pPr>
  </w:style>
  <w:style w:type="paragraph" w:customStyle="1" w:styleId="2B7C429AEFC14AB8B007B5D458D0F4921">
    <w:name w:val="2B7C429AEFC14AB8B007B5D458D0F4921"/>
    <w:rsid w:val="009F5327"/>
    <w:pPr>
      <w:spacing w:after="200" w:line="276" w:lineRule="auto"/>
    </w:pPr>
  </w:style>
  <w:style w:type="paragraph" w:customStyle="1" w:styleId="1D3CA07C42FC4B8198599F8B056280B21">
    <w:name w:val="1D3CA07C42FC4B8198599F8B056280B21"/>
    <w:rsid w:val="009F5327"/>
    <w:pPr>
      <w:spacing w:after="200" w:line="276" w:lineRule="auto"/>
    </w:pPr>
  </w:style>
  <w:style w:type="paragraph" w:customStyle="1" w:styleId="56100998329F4BCE95470721349527011">
    <w:name w:val="56100998329F4BCE95470721349527011"/>
    <w:rsid w:val="009F5327"/>
    <w:pPr>
      <w:spacing w:after="200" w:line="276" w:lineRule="auto"/>
    </w:pPr>
  </w:style>
  <w:style w:type="paragraph" w:customStyle="1" w:styleId="D61A5368856246FC8013BB8A67D0B8CA1">
    <w:name w:val="D61A5368856246FC8013BB8A67D0B8CA1"/>
    <w:rsid w:val="009F5327"/>
    <w:pPr>
      <w:spacing w:after="200" w:line="276" w:lineRule="auto"/>
    </w:pPr>
  </w:style>
  <w:style w:type="paragraph" w:customStyle="1" w:styleId="7D01726AED6B4F74960CB8162977AFF61">
    <w:name w:val="7D01726AED6B4F74960CB8162977AFF61"/>
    <w:rsid w:val="009F5327"/>
    <w:pPr>
      <w:spacing w:after="200" w:line="276" w:lineRule="auto"/>
    </w:pPr>
  </w:style>
  <w:style w:type="paragraph" w:customStyle="1" w:styleId="C611DE52FBB846B2A106988CAECCF6DF1">
    <w:name w:val="C611DE52FBB846B2A106988CAECCF6DF1"/>
    <w:rsid w:val="009F5327"/>
    <w:pPr>
      <w:spacing w:after="200" w:line="276" w:lineRule="auto"/>
    </w:pPr>
  </w:style>
  <w:style w:type="paragraph" w:customStyle="1" w:styleId="1F1D19BA9FF047A4BD96C992602EB9981">
    <w:name w:val="1F1D19BA9FF047A4BD96C992602EB9981"/>
    <w:rsid w:val="009F5327"/>
    <w:pPr>
      <w:spacing w:after="200" w:line="276" w:lineRule="auto"/>
    </w:pPr>
  </w:style>
  <w:style w:type="paragraph" w:customStyle="1" w:styleId="CE0FCFBFFAAF4DE2B5C4F42E145586DE1">
    <w:name w:val="CE0FCFBFFAAF4DE2B5C4F42E145586DE1"/>
    <w:rsid w:val="009F5327"/>
    <w:pPr>
      <w:spacing w:after="200" w:line="276" w:lineRule="auto"/>
    </w:pPr>
  </w:style>
  <w:style w:type="paragraph" w:customStyle="1" w:styleId="215A6D4D5B954E7AAC611F67939865211">
    <w:name w:val="215A6D4D5B954E7AAC611F67939865211"/>
    <w:rsid w:val="009F5327"/>
    <w:pPr>
      <w:spacing w:after="200" w:line="276" w:lineRule="auto"/>
    </w:pPr>
  </w:style>
  <w:style w:type="paragraph" w:customStyle="1" w:styleId="FCEFDF7BD9434FF5932709F202CFA2431">
    <w:name w:val="FCEFDF7BD9434FF5932709F202CFA2431"/>
    <w:rsid w:val="009F5327"/>
    <w:pPr>
      <w:spacing w:after="200" w:line="276" w:lineRule="auto"/>
    </w:pPr>
  </w:style>
  <w:style w:type="paragraph" w:customStyle="1" w:styleId="6C201FBAD7D84CC88CE9343C9463A4B31">
    <w:name w:val="6C201FBAD7D84CC88CE9343C9463A4B31"/>
    <w:rsid w:val="009F5327"/>
    <w:pPr>
      <w:spacing w:after="200" w:line="276" w:lineRule="auto"/>
    </w:pPr>
  </w:style>
  <w:style w:type="paragraph" w:customStyle="1" w:styleId="D7C6D8CC0FC148FC943EE5E4E17825B91">
    <w:name w:val="D7C6D8CC0FC148FC943EE5E4E17825B91"/>
    <w:rsid w:val="009F5327"/>
    <w:pPr>
      <w:spacing w:after="200" w:line="276" w:lineRule="auto"/>
    </w:pPr>
  </w:style>
  <w:style w:type="paragraph" w:customStyle="1" w:styleId="967EF32F25CA460EAB71DB47682F3E541">
    <w:name w:val="967EF32F25CA460EAB71DB47682F3E541"/>
    <w:rsid w:val="009F5327"/>
    <w:pPr>
      <w:spacing w:after="200" w:line="276" w:lineRule="auto"/>
    </w:pPr>
  </w:style>
  <w:style w:type="paragraph" w:customStyle="1" w:styleId="A4DEF7C704DB40B293B19540CA95C2D61">
    <w:name w:val="A4DEF7C704DB40B293B19540CA95C2D61"/>
    <w:rsid w:val="009F5327"/>
    <w:pPr>
      <w:spacing w:after="200" w:line="276" w:lineRule="auto"/>
    </w:pPr>
  </w:style>
  <w:style w:type="paragraph" w:customStyle="1" w:styleId="3A7D4BE569314F89B35517255A4CDE081">
    <w:name w:val="3A7D4BE569314F89B35517255A4CDE081"/>
    <w:rsid w:val="009F5327"/>
    <w:pPr>
      <w:spacing w:after="200" w:line="276" w:lineRule="auto"/>
    </w:pPr>
  </w:style>
  <w:style w:type="paragraph" w:customStyle="1" w:styleId="2C70F9A7A51444D1B688F72229E15FCC1">
    <w:name w:val="2C70F9A7A51444D1B688F72229E15FCC1"/>
    <w:rsid w:val="009F5327"/>
    <w:pPr>
      <w:spacing w:after="200" w:line="276" w:lineRule="auto"/>
    </w:pPr>
  </w:style>
  <w:style w:type="paragraph" w:customStyle="1" w:styleId="A56D23639BD74F5E9D7AB38C08498EE51">
    <w:name w:val="A56D23639BD74F5E9D7AB38C08498EE51"/>
    <w:rsid w:val="009F5327"/>
    <w:pPr>
      <w:spacing w:after="200" w:line="276" w:lineRule="auto"/>
    </w:pPr>
  </w:style>
  <w:style w:type="paragraph" w:customStyle="1" w:styleId="614E9421971C49519DEA7CCB69C1C2B11">
    <w:name w:val="614E9421971C49519DEA7CCB69C1C2B11"/>
    <w:rsid w:val="009F5327"/>
    <w:pPr>
      <w:spacing w:after="200" w:line="276" w:lineRule="auto"/>
    </w:pPr>
  </w:style>
  <w:style w:type="paragraph" w:customStyle="1" w:styleId="A1981FA7FE334163A3A8250D7633F69C1">
    <w:name w:val="A1981FA7FE334163A3A8250D7633F69C1"/>
    <w:rsid w:val="009F5327"/>
    <w:pPr>
      <w:spacing w:after="200" w:line="276" w:lineRule="auto"/>
    </w:pPr>
  </w:style>
  <w:style w:type="paragraph" w:customStyle="1" w:styleId="F3CAC262247A498DAC350839197DB9C01">
    <w:name w:val="F3CAC262247A498DAC350839197DB9C01"/>
    <w:rsid w:val="009F5327"/>
    <w:pPr>
      <w:spacing w:after="200" w:line="276" w:lineRule="auto"/>
    </w:pPr>
  </w:style>
  <w:style w:type="paragraph" w:customStyle="1" w:styleId="D0C56321844D43B0A940F9C270691EA91">
    <w:name w:val="D0C56321844D43B0A940F9C270691EA91"/>
    <w:rsid w:val="009F5327"/>
    <w:pPr>
      <w:spacing w:after="200" w:line="276" w:lineRule="auto"/>
    </w:pPr>
  </w:style>
  <w:style w:type="paragraph" w:customStyle="1" w:styleId="9AEAA8A00F984FD5847384CF8071FCCB4">
    <w:name w:val="9AEAA8A00F984FD5847384CF8071FCCB4"/>
    <w:rsid w:val="00CE1639"/>
    <w:pPr>
      <w:spacing w:after="200" w:line="276" w:lineRule="auto"/>
    </w:pPr>
  </w:style>
  <w:style w:type="paragraph" w:customStyle="1" w:styleId="9FED240ED8DB493AB11F00E518F2C7604">
    <w:name w:val="9FED240ED8DB493AB11F00E518F2C7604"/>
    <w:rsid w:val="00CE1639"/>
    <w:pPr>
      <w:spacing w:after="200" w:line="276" w:lineRule="auto"/>
    </w:pPr>
  </w:style>
  <w:style w:type="paragraph" w:customStyle="1" w:styleId="D98A882CE73A40798FBE6124278820934">
    <w:name w:val="D98A882CE73A40798FBE6124278820934"/>
    <w:rsid w:val="00CE1639"/>
    <w:pPr>
      <w:spacing w:after="200" w:line="276" w:lineRule="auto"/>
    </w:pPr>
  </w:style>
  <w:style w:type="paragraph" w:customStyle="1" w:styleId="C63AB792D8704E34A72EB2DDDCE53CD44">
    <w:name w:val="C63AB792D8704E34A72EB2DDDCE53CD44"/>
    <w:rsid w:val="00CE1639"/>
    <w:pPr>
      <w:spacing w:after="200" w:line="276" w:lineRule="auto"/>
    </w:pPr>
  </w:style>
  <w:style w:type="paragraph" w:customStyle="1" w:styleId="8325075121064DAAAEF164CED23B2A924">
    <w:name w:val="8325075121064DAAAEF164CED23B2A924"/>
    <w:rsid w:val="00CE1639"/>
    <w:pPr>
      <w:spacing w:after="200" w:line="276" w:lineRule="auto"/>
    </w:pPr>
  </w:style>
  <w:style w:type="paragraph" w:customStyle="1" w:styleId="F6F583F428324ED7B7212D51DE6729584">
    <w:name w:val="F6F583F428324ED7B7212D51DE6729584"/>
    <w:rsid w:val="00CE1639"/>
    <w:pPr>
      <w:spacing w:after="200" w:line="276" w:lineRule="auto"/>
    </w:pPr>
  </w:style>
  <w:style w:type="paragraph" w:customStyle="1" w:styleId="96A4351A239147228C2BFBF424DB1B673">
    <w:name w:val="96A4351A239147228C2BFBF424DB1B673"/>
    <w:rsid w:val="00CE1639"/>
    <w:pPr>
      <w:spacing w:after="200" w:line="276" w:lineRule="auto"/>
    </w:pPr>
  </w:style>
  <w:style w:type="paragraph" w:customStyle="1" w:styleId="B9A48EF9F3354B43B596B1EBC93E0E4E4">
    <w:name w:val="B9A48EF9F3354B43B596B1EBC93E0E4E4"/>
    <w:rsid w:val="00CE1639"/>
    <w:pPr>
      <w:spacing w:after="200" w:line="276" w:lineRule="auto"/>
    </w:pPr>
  </w:style>
  <w:style w:type="paragraph" w:customStyle="1" w:styleId="787A2DCDAB554E0EA58B0872C6E388994">
    <w:name w:val="787A2DCDAB554E0EA58B0872C6E388994"/>
    <w:rsid w:val="00CE1639"/>
    <w:pPr>
      <w:spacing w:after="200" w:line="276" w:lineRule="auto"/>
    </w:pPr>
  </w:style>
  <w:style w:type="paragraph" w:customStyle="1" w:styleId="F3110C8EF21E4CA89159D23FFD1392914">
    <w:name w:val="F3110C8EF21E4CA89159D23FFD1392914"/>
    <w:rsid w:val="00CE1639"/>
    <w:pPr>
      <w:spacing w:after="200" w:line="276" w:lineRule="auto"/>
    </w:pPr>
  </w:style>
  <w:style w:type="paragraph" w:customStyle="1" w:styleId="10BA430DF3F042408257D556DDA650E94">
    <w:name w:val="10BA430DF3F042408257D556DDA650E94"/>
    <w:rsid w:val="00CE1639"/>
    <w:pPr>
      <w:spacing w:after="200" w:line="276" w:lineRule="auto"/>
    </w:pPr>
  </w:style>
  <w:style w:type="paragraph" w:customStyle="1" w:styleId="28F6434D1F46457CB9A6E4A1A5BCEB464">
    <w:name w:val="28F6434D1F46457CB9A6E4A1A5BCEB464"/>
    <w:rsid w:val="00CE1639"/>
    <w:pPr>
      <w:spacing w:after="200" w:line="276" w:lineRule="auto"/>
    </w:pPr>
  </w:style>
  <w:style w:type="paragraph" w:customStyle="1" w:styleId="A4571C136C534AE09F94136F9C2E28934">
    <w:name w:val="A4571C136C534AE09F94136F9C2E28934"/>
    <w:rsid w:val="00CE1639"/>
    <w:pPr>
      <w:spacing w:after="200" w:line="276" w:lineRule="auto"/>
    </w:pPr>
  </w:style>
  <w:style w:type="paragraph" w:customStyle="1" w:styleId="32E44D96ADBC4BD0AF4E12DA5F70D3874">
    <w:name w:val="32E44D96ADBC4BD0AF4E12DA5F70D3874"/>
    <w:rsid w:val="00CE1639"/>
    <w:pPr>
      <w:spacing w:after="200" w:line="276" w:lineRule="auto"/>
    </w:pPr>
  </w:style>
  <w:style w:type="paragraph" w:customStyle="1" w:styleId="DACDF91E0E714B2E85D8C6CF3F3786FA4">
    <w:name w:val="DACDF91E0E714B2E85D8C6CF3F3786FA4"/>
    <w:rsid w:val="00CE1639"/>
    <w:pPr>
      <w:spacing w:after="200" w:line="276" w:lineRule="auto"/>
    </w:pPr>
  </w:style>
  <w:style w:type="paragraph" w:customStyle="1" w:styleId="4F891DA38BB04C7D80A1B2F6AF074ED14">
    <w:name w:val="4F891DA38BB04C7D80A1B2F6AF074ED14"/>
    <w:rsid w:val="00CE1639"/>
    <w:pPr>
      <w:spacing w:after="200" w:line="276" w:lineRule="auto"/>
    </w:pPr>
  </w:style>
  <w:style w:type="paragraph" w:customStyle="1" w:styleId="1D699CF0F0B8413BB79800EA3A63640D4">
    <w:name w:val="1D699CF0F0B8413BB79800EA3A63640D4"/>
    <w:rsid w:val="00CE1639"/>
    <w:pPr>
      <w:spacing w:after="200" w:line="276" w:lineRule="auto"/>
    </w:pPr>
  </w:style>
  <w:style w:type="paragraph" w:customStyle="1" w:styleId="A89EBA4095394ECE9127A0D7541173624">
    <w:name w:val="A89EBA4095394ECE9127A0D7541173624"/>
    <w:rsid w:val="00CE1639"/>
    <w:pPr>
      <w:spacing w:after="200" w:line="276" w:lineRule="auto"/>
    </w:pPr>
  </w:style>
  <w:style w:type="paragraph" w:customStyle="1" w:styleId="02153F2E9C414A6DB0981FFEC04CEECB4">
    <w:name w:val="02153F2E9C414A6DB0981FFEC04CEECB4"/>
    <w:rsid w:val="00CE1639"/>
    <w:pPr>
      <w:spacing w:after="200" w:line="276" w:lineRule="auto"/>
    </w:pPr>
  </w:style>
  <w:style w:type="paragraph" w:customStyle="1" w:styleId="821C01A538084D388305832953239DE34">
    <w:name w:val="821C01A538084D388305832953239DE34"/>
    <w:rsid w:val="00CE1639"/>
    <w:pPr>
      <w:spacing w:after="200" w:line="276" w:lineRule="auto"/>
    </w:pPr>
  </w:style>
  <w:style w:type="paragraph" w:customStyle="1" w:styleId="73EAD8219240427C807E16F8204FC8624">
    <w:name w:val="73EAD8219240427C807E16F8204FC8624"/>
    <w:rsid w:val="00CE1639"/>
    <w:pPr>
      <w:spacing w:after="200" w:line="276" w:lineRule="auto"/>
    </w:pPr>
  </w:style>
  <w:style w:type="paragraph" w:customStyle="1" w:styleId="E645CA21AC1C4AE89A74AB03DA98B7D24">
    <w:name w:val="E645CA21AC1C4AE89A74AB03DA98B7D24"/>
    <w:rsid w:val="00CE1639"/>
    <w:pPr>
      <w:spacing w:after="200" w:line="276" w:lineRule="auto"/>
    </w:pPr>
  </w:style>
  <w:style w:type="paragraph" w:customStyle="1" w:styleId="A324FD0689704622BAFCBADCED7AF21B4">
    <w:name w:val="A324FD0689704622BAFCBADCED7AF21B4"/>
    <w:rsid w:val="00CE1639"/>
    <w:pPr>
      <w:spacing w:after="200" w:line="276" w:lineRule="auto"/>
    </w:pPr>
  </w:style>
  <w:style w:type="paragraph" w:customStyle="1" w:styleId="154C2915D20B48869CF43F5F5D5FD5ED4">
    <w:name w:val="154C2915D20B48869CF43F5F5D5FD5ED4"/>
    <w:rsid w:val="00CE1639"/>
    <w:pPr>
      <w:spacing w:after="200" w:line="276" w:lineRule="auto"/>
    </w:pPr>
  </w:style>
  <w:style w:type="paragraph" w:customStyle="1" w:styleId="DAB8F682586D403ABEA919117D04ABCE4">
    <w:name w:val="DAB8F682586D403ABEA919117D04ABCE4"/>
    <w:rsid w:val="00CE1639"/>
    <w:pPr>
      <w:spacing w:after="200" w:line="276" w:lineRule="auto"/>
    </w:pPr>
  </w:style>
  <w:style w:type="paragraph" w:customStyle="1" w:styleId="F9A7C6BE2684490185F5FA589C6266F04">
    <w:name w:val="F9A7C6BE2684490185F5FA589C6266F04"/>
    <w:rsid w:val="00CE1639"/>
    <w:pPr>
      <w:spacing w:after="200" w:line="276" w:lineRule="auto"/>
    </w:pPr>
  </w:style>
  <w:style w:type="paragraph" w:customStyle="1" w:styleId="A1AA6F3CBE344494B5216E38E3B2B08F4">
    <w:name w:val="A1AA6F3CBE344494B5216E38E3B2B08F4"/>
    <w:rsid w:val="00CE1639"/>
    <w:pPr>
      <w:spacing w:after="200" w:line="276" w:lineRule="auto"/>
    </w:pPr>
  </w:style>
  <w:style w:type="paragraph" w:customStyle="1" w:styleId="CB016D15FE4846CC90F79D77ED7635054">
    <w:name w:val="CB016D15FE4846CC90F79D77ED7635054"/>
    <w:rsid w:val="00CE1639"/>
    <w:pPr>
      <w:spacing w:after="200" w:line="276" w:lineRule="auto"/>
    </w:pPr>
  </w:style>
  <w:style w:type="paragraph" w:customStyle="1" w:styleId="B9E4E539693B4280BB061C114AB9D24C4">
    <w:name w:val="B9E4E539693B4280BB061C114AB9D24C4"/>
    <w:rsid w:val="00CE1639"/>
    <w:pPr>
      <w:spacing w:after="200" w:line="276" w:lineRule="auto"/>
    </w:pPr>
  </w:style>
  <w:style w:type="paragraph" w:customStyle="1" w:styleId="185ADE67D8A4414B97D8694CF3C84BDC4">
    <w:name w:val="185ADE67D8A4414B97D8694CF3C84BDC4"/>
    <w:rsid w:val="00CE1639"/>
    <w:pPr>
      <w:spacing w:after="200" w:line="276" w:lineRule="auto"/>
    </w:pPr>
  </w:style>
  <w:style w:type="paragraph" w:customStyle="1" w:styleId="9BB06A0F134444FBB21AC941E54A39504">
    <w:name w:val="9BB06A0F134444FBB21AC941E54A39504"/>
    <w:rsid w:val="00CE1639"/>
    <w:pPr>
      <w:spacing w:after="200" w:line="276" w:lineRule="auto"/>
    </w:pPr>
  </w:style>
  <w:style w:type="paragraph" w:customStyle="1" w:styleId="108EE6F41228478492A8967852BC5E244">
    <w:name w:val="108EE6F41228478492A8967852BC5E244"/>
    <w:rsid w:val="00CE1639"/>
    <w:pPr>
      <w:spacing w:after="200" w:line="276" w:lineRule="auto"/>
    </w:pPr>
  </w:style>
  <w:style w:type="paragraph" w:customStyle="1" w:styleId="5273657B97D2404BBE9250ECD4187CC94">
    <w:name w:val="5273657B97D2404BBE9250ECD4187CC94"/>
    <w:rsid w:val="00CE1639"/>
    <w:pPr>
      <w:spacing w:after="200" w:line="276" w:lineRule="auto"/>
    </w:pPr>
  </w:style>
  <w:style w:type="paragraph" w:customStyle="1" w:styleId="A567BB517F1E4BF785FF66C1E7792A174">
    <w:name w:val="A567BB517F1E4BF785FF66C1E7792A174"/>
    <w:rsid w:val="00CE1639"/>
    <w:pPr>
      <w:spacing w:after="200" w:line="276" w:lineRule="auto"/>
    </w:pPr>
  </w:style>
  <w:style w:type="paragraph" w:customStyle="1" w:styleId="03C66FBF284A4175820230CCE36F2C8D4">
    <w:name w:val="03C66FBF284A4175820230CCE36F2C8D4"/>
    <w:rsid w:val="00CE1639"/>
    <w:pPr>
      <w:spacing w:after="200" w:line="276" w:lineRule="auto"/>
    </w:pPr>
  </w:style>
  <w:style w:type="paragraph" w:customStyle="1" w:styleId="31DF177FAF0347BB95CF91D2AB7D78C24">
    <w:name w:val="31DF177FAF0347BB95CF91D2AB7D78C24"/>
    <w:rsid w:val="00CE1639"/>
    <w:pPr>
      <w:spacing w:after="200" w:line="276" w:lineRule="auto"/>
    </w:pPr>
  </w:style>
  <w:style w:type="paragraph" w:customStyle="1" w:styleId="A332782B1F074770A5812841CCE9CC794">
    <w:name w:val="A332782B1F074770A5812841CCE9CC794"/>
    <w:rsid w:val="00CE1639"/>
    <w:pPr>
      <w:spacing w:after="200" w:line="276" w:lineRule="auto"/>
    </w:pPr>
  </w:style>
  <w:style w:type="paragraph" w:customStyle="1" w:styleId="CCE3552D061842C2967B081509A382E64">
    <w:name w:val="CCE3552D061842C2967B081509A382E64"/>
    <w:rsid w:val="00CE1639"/>
    <w:pPr>
      <w:spacing w:after="200" w:line="276" w:lineRule="auto"/>
    </w:pPr>
  </w:style>
  <w:style w:type="paragraph" w:customStyle="1" w:styleId="71A6A65BE0E9451EA4056DF5A0B215DB4">
    <w:name w:val="71A6A65BE0E9451EA4056DF5A0B215DB4"/>
    <w:rsid w:val="00CE1639"/>
    <w:pPr>
      <w:spacing w:after="200" w:line="276" w:lineRule="auto"/>
    </w:pPr>
  </w:style>
  <w:style w:type="paragraph" w:customStyle="1" w:styleId="98B2F9320AEF41379C884803AE0645AD4">
    <w:name w:val="98B2F9320AEF41379C884803AE0645AD4"/>
    <w:rsid w:val="00CE1639"/>
    <w:pPr>
      <w:spacing w:after="200" w:line="276" w:lineRule="auto"/>
    </w:pPr>
  </w:style>
  <w:style w:type="paragraph" w:customStyle="1" w:styleId="03B8FB460BB74860B6F0861A9BA954814">
    <w:name w:val="03B8FB460BB74860B6F0861A9BA954814"/>
    <w:rsid w:val="00CE1639"/>
    <w:pPr>
      <w:spacing w:after="200" w:line="276" w:lineRule="auto"/>
    </w:pPr>
  </w:style>
  <w:style w:type="paragraph" w:customStyle="1" w:styleId="365838D059914B72927A6B00C803FA483">
    <w:name w:val="365838D059914B72927A6B00C803FA483"/>
    <w:rsid w:val="00CE1639"/>
    <w:pPr>
      <w:spacing w:after="200" w:line="276" w:lineRule="auto"/>
    </w:pPr>
  </w:style>
  <w:style w:type="paragraph" w:customStyle="1" w:styleId="AB99E45E070E48929C869409C17287F93">
    <w:name w:val="AB99E45E070E48929C869409C17287F93"/>
    <w:rsid w:val="00CE1639"/>
    <w:pPr>
      <w:spacing w:after="200" w:line="276" w:lineRule="auto"/>
    </w:pPr>
  </w:style>
  <w:style w:type="paragraph" w:customStyle="1" w:styleId="085B87EF72544ABF8A2B748AE680300B3">
    <w:name w:val="085B87EF72544ABF8A2B748AE680300B3"/>
    <w:rsid w:val="00CE1639"/>
    <w:pPr>
      <w:spacing w:after="200" w:line="276" w:lineRule="auto"/>
    </w:pPr>
  </w:style>
  <w:style w:type="paragraph" w:customStyle="1" w:styleId="6648927EC89C40A2A6FB356A7AD7B48B3">
    <w:name w:val="6648927EC89C40A2A6FB356A7AD7B48B3"/>
    <w:rsid w:val="00CE1639"/>
    <w:pPr>
      <w:spacing w:after="200" w:line="276" w:lineRule="auto"/>
    </w:pPr>
  </w:style>
  <w:style w:type="paragraph" w:customStyle="1" w:styleId="3C8034A52A2D47C594AE99BBF21804D73">
    <w:name w:val="3C8034A52A2D47C594AE99BBF21804D73"/>
    <w:rsid w:val="00CE1639"/>
    <w:pPr>
      <w:spacing w:after="200" w:line="276" w:lineRule="auto"/>
    </w:pPr>
  </w:style>
  <w:style w:type="paragraph" w:customStyle="1" w:styleId="15B474D5CF204A1D84FDC03506B78CC03">
    <w:name w:val="15B474D5CF204A1D84FDC03506B78CC03"/>
    <w:rsid w:val="00CE1639"/>
    <w:pPr>
      <w:spacing w:after="200" w:line="276" w:lineRule="auto"/>
    </w:pPr>
  </w:style>
  <w:style w:type="paragraph" w:customStyle="1" w:styleId="86BE4C6528484093B462CCAC093FB7CE3">
    <w:name w:val="86BE4C6528484093B462CCAC093FB7CE3"/>
    <w:rsid w:val="00CE1639"/>
    <w:pPr>
      <w:spacing w:after="200" w:line="276" w:lineRule="auto"/>
    </w:pPr>
  </w:style>
  <w:style w:type="paragraph" w:customStyle="1" w:styleId="7A01521791F74460BDB3F581458F3A5A3">
    <w:name w:val="7A01521791F74460BDB3F581458F3A5A3"/>
    <w:rsid w:val="00CE1639"/>
    <w:pPr>
      <w:spacing w:after="200" w:line="276" w:lineRule="auto"/>
    </w:pPr>
  </w:style>
  <w:style w:type="paragraph" w:customStyle="1" w:styleId="81835CB1501A42C38BE02BEA9659E5723">
    <w:name w:val="81835CB1501A42C38BE02BEA9659E5723"/>
    <w:rsid w:val="00CE1639"/>
    <w:pPr>
      <w:spacing w:after="200" w:line="276" w:lineRule="auto"/>
    </w:pPr>
  </w:style>
  <w:style w:type="paragraph" w:customStyle="1" w:styleId="3FF8856B62A84265A5C84529C3C5D9623">
    <w:name w:val="3FF8856B62A84265A5C84529C3C5D9623"/>
    <w:rsid w:val="00CE1639"/>
    <w:pPr>
      <w:spacing w:after="200" w:line="276" w:lineRule="auto"/>
    </w:pPr>
  </w:style>
  <w:style w:type="paragraph" w:customStyle="1" w:styleId="38955F0542D44B0792AD27FD8AE499F13">
    <w:name w:val="38955F0542D44B0792AD27FD8AE499F13"/>
    <w:rsid w:val="00CE1639"/>
    <w:pPr>
      <w:spacing w:after="200" w:line="276" w:lineRule="auto"/>
    </w:pPr>
  </w:style>
  <w:style w:type="paragraph" w:customStyle="1" w:styleId="E5E2A85F79DA4834B7AFAFF950EE8B743">
    <w:name w:val="E5E2A85F79DA4834B7AFAFF950EE8B743"/>
    <w:rsid w:val="00CE1639"/>
    <w:pPr>
      <w:spacing w:after="200" w:line="276" w:lineRule="auto"/>
    </w:pPr>
  </w:style>
  <w:style w:type="paragraph" w:customStyle="1" w:styleId="B1E97A9144FD4775921D1B70AAF339183">
    <w:name w:val="B1E97A9144FD4775921D1B70AAF339183"/>
    <w:rsid w:val="00CE1639"/>
    <w:pPr>
      <w:spacing w:after="200" w:line="276" w:lineRule="auto"/>
    </w:pPr>
  </w:style>
  <w:style w:type="paragraph" w:customStyle="1" w:styleId="7F3933508D5C4608B34DBA7E8FFE0D603">
    <w:name w:val="7F3933508D5C4608B34DBA7E8FFE0D603"/>
    <w:rsid w:val="00CE1639"/>
    <w:pPr>
      <w:spacing w:after="200" w:line="276" w:lineRule="auto"/>
    </w:pPr>
  </w:style>
  <w:style w:type="paragraph" w:customStyle="1" w:styleId="ACBE0EFC4B5E428C871D26A9144B06503">
    <w:name w:val="ACBE0EFC4B5E428C871D26A9144B06503"/>
    <w:rsid w:val="00CE1639"/>
    <w:pPr>
      <w:spacing w:after="200" w:line="276" w:lineRule="auto"/>
    </w:pPr>
  </w:style>
  <w:style w:type="paragraph" w:customStyle="1" w:styleId="1984DE374F924E0C9BC4F99108886C9A3">
    <w:name w:val="1984DE374F924E0C9BC4F99108886C9A3"/>
    <w:rsid w:val="00CE1639"/>
    <w:pPr>
      <w:spacing w:after="200" w:line="276" w:lineRule="auto"/>
    </w:pPr>
  </w:style>
  <w:style w:type="paragraph" w:customStyle="1" w:styleId="EB375BA08DF64F1D965D0B750CA77E733">
    <w:name w:val="EB375BA08DF64F1D965D0B750CA77E733"/>
    <w:rsid w:val="00CE1639"/>
    <w:pPr>
      <w:spacing w:after="200" w:line="276" w:lineRule="auto"/>
    </w:pPr>
  </w:style>
  <w:style w:type="paragraph" w:customStyle="1" w:styleId="E6BD942427B6472CBCABA3B1EC8F8E613">
    <w:name w:val="E6BD942427B6472CBCABA3B1EC8F8E613"/>
    <w:rsid w:val="00CE1639"/>
    <w:pPr>
      <w:spacing w:after="200" w:line="276" w:lineRule="auto"/>
    </w:pPr>
  </w:style>
  <w:style w:type="paragraph" w:customStyle="1" w:styleId="6474EE482800414CBDA0B0858EC704033">
    <w:name w:val="6474EE482800414CBDA0B0858EC704033"/>
    <w:rsid w:val="00CE1639"/>
    <w:pPr>
      <w:spacing w:after="200" w:line="276" w:lineRule="auto"/>
    </w:pPr>
  </w:style>
  <w:style w:type="paragraph" w:customStyle="1" w:styleId="130EEA536A6A4B1C870DDBB247D1666F3">
    <w:name w:val="130EEA536A6A4B1C870DDBB247D1666F3"/>
    <w:rsid w:val="00CE1639"/>
    <w:pPr>
      <w:spacing w:after="200" w:line="276" w:lineRule="auto"/>
    </w:pPr>
  </w:style>
  <w:style w:type="paragraph" w:customStyle="1" w:styleId="5C3A7D73D147443AA194C06FB24994273">
    <w:name w:val="5C3A7D73D147443AA194C06FB24994273"/>
    <w:rsid w:val="00CE1639"/>
    <w:pPr>
      <w:spacing w:after="200" w:line="276" w:lineRule="auto"/>
    </w:pPr>
  </w:style>
  <w:style w:type="paragraph" w:customStyle="1" w:styleId="63F193555AD9499CB710078DC26953EF3">
    <w:name w:val="63F193555AD9499CB710078DC26953EF3"/>
    <w:rsid w:val="00CE1639"/>
    <w:pPr>
      <w:spacing w:after="200" w:line="276" w:lineRule="auto"/>
    </w:pPr>
  </w:style>
  <w:style w:type="paragraph" w:customStyle="1" w:styleId="577A7DFC1E1F40069740321DEF30D7043">
    <w:name w:val="577A7DFC1E1F40069740321DEF30D7043"/>
    <w:rsid w:val="00CE1639"/>
    <w:pPr>
      <w:spacing w:after="200" w:line="276" w:lineRule="auto"/>
    </w:pPr>
  </w:style>
  <w:style w:type="paragraph" w:customStyle="1" w:styleId="F313C84236FE4FF7AC3B18406F4AE6853">
    <w:name w:val="F313C84236FE4FF7AC3B18406F4AE6853"/>
    <w:rsid w:val="00CE1639"/>
    <w:pPr>
      <w:spacing w:after="200" w:line="276" w:lineRule="auto"/>
    </w:pPr>
  </w:style>
  <w:style w:type="paragraph" w:customStyle="1" w:styleId="BF0E036CDD4D45C3AB85A07BA2DD61633">
    <w:name w:val="BF0E036CDD4D45C3AB85A07BA2DD61633"/>
    <w:rsid w:val="00CE1639"/>
    <w:pPr>
      <w:spacing w:after="200" w:line="276" w:lineRule="auto"/>
    </w:pPr>
  </w:style>
  <w:style w:type="paragraph" w:customStyle="1" w:styleId="47669BF0FCBE406AAD1E10B9812106B43">
    <w:name w:val="47669BF0FCBE406AAD1E10B9812106B43"/>
    <w:rsid w:val="00CE1639"/>
    <w:pPr>
      <w:spacing w:after="200" w:line="276" w:lineRule="auto"/>
    </w:pPr>
  </w:style>
  <w:style w:type="paragraph" w:customStyle="1" w:styleId="DBE498F6C1F9478E9256B5C3C3B8D0FE3">
    <w:name w:val="DBE498F6C1F9478E9256B5C3C3B8D0FE3"/>
    <w:rsid w:val="00CE1639"/>
    <w:pPr>
      <w:spacing w:after="200" w:line="276" w:lineRule="auto"/>
    </w:pPr>
  </w:style>
  <w:style w:type="paragraph" w:customStyle="1" w:styleId="BDE1C10464E64A0C81164B77F9A4AA5C3">
    <w:name w:val="BDE1C10464E64A0C81164B77F9A4AA5C3"/>
    <w:rsid w:val="00CE1639"/>
    <w:pPr>
      <w:spacing w:after="200" w:line="276" w:lineRule="auto"/>
    </w:pPr>
  </w:style>
  <w:style w:type="paragraph" w:customStyle="1" w:styleId="648DBBF183FB40FAB6C79D4C05E49AA43">
    <w:name w:val="648DBBF183FB40FAB6C79D4C05E49AA43"/>
    <w:rsid w:val="00CE1639"/>
    <w:pPr>
      <w:spacing w:after="200" w:line="276" w:lineRule="auto"/>
    </w:pPr>
  </w:style>
  <w:style w:type="paragraph" w:customStyle="1" w:styleId="1C09BEC26D3548A89E225D009B56BFFB3">
    <w:name w:val="1C09BEC26D3548A89E225D009B56BFFB3"/>
    <w:rsid w:val="00CE1639"/>
    <w:pPr>
      <w:spacing w:after="200" w:line="276" w:lineRule="auto"/>
    </w:pPr>
  </w:style>
  <w:style w:type="paragraph" w:customStyle="1" w:styleId="860677CA9CD4419B8300F24B017CFBBE3">
    <w:name w:val="860677CA9CD4419B8300F24B017CFBBE3"/>
    <w:rsid w:val="00CE1639"/>
    <w:pPr>
      <w:spacing w:after="200" w:line="276" w:lineRule="auto"/>
    </w:pPr>
  </w:style>
  <w:style w:type="paragraph" w:customStyle="1" w:styleId="6C42C24885A6479A8C655EDA93D92F263">
    <w:name w:val="6C42C24885A6479A8C655EDA93D92F263"/>
    <w:rsid w:val="00CE1639"/>
    <w:pPr>
      <w:spacing w:after="200" w:line="276" w:lineRule="auto"/>
    </w:pPr>
  </w:style>
  <w:style w:type="paragraph" w:customStyle="1" w:styleId="AE78C549051C42ACAB0308BC3FBFBD263">
    <w:name w:val="AE78C549051C42ACAB0308BC3FBFBD263"/>
    <w:rsid w:val="00CE1639"/>
    <w:pPr>
      <w:spacing w:after="200" w:line="276" w:lineRule="auto"/>
    </w:pPr>
  </w:style>
  <w:style w:type="paragraph" w:customStyle="1" w:styleId="BE156BEC2F1543B3B84B3D0F6AB9DFA03">
    <w:name w:val="BE156BEC2F1543B3B84B3D0F6AB9DFA03"/>
    <w:rsid w:val="00CE1639"/>
    <w:pPr>
      <w:spacing w:after="200" w:line="276" w:lineRule="auto"/>
    </w:pPr>
  </w:style>
  <w:style w:type="paragraph" w:customStyle="1" w:styleId="AF0EAD1D64F34A3BAED0B738FADC88E53">
    <w:name w:val="AF0EAD1D64F34A3BAED0B738FADC88E53"/>
    <w:rsid w:val="00CE1639"/>
    <w:pPr>
      <w:spacing w:after="200" w:line="276" w:lineRule="auto"/>
    </w:pPr>
  </w:style>
  <w:style w:type="paragraph" w:customStyle="1" w:styleId="B30D077B9E80489CBC3921A2CB4E1EA93">
    <w:name w:val="B30D077B9E80489CBC3921A2CB4E1EA93"/>
    <w:rsid w:val="00CE1639"/>
    <w:pPr>
      <w:spacing w:after="200" w:line="276" w:lineRule="auto"/>
    </w:pPr>
  </w:style>
  <w:style w:type="paragraph" w:customStyle="1" w:styleId="6F253A2C3CB54B90B13DE772D5510E903">
    <w:name w:val="6F253A2C3CB54B90B13DE772D5510E903"/>
    <w:rsid w:val="00CE1639"/>
    <w:pPr>
      <w:spacing w:after="200" w:line="276" w:lineRule="auto"/>
    </w:pPr>
  </w:style>
  <w:style w:type="paragraph" w:customStyle="1" w:styleId="45527F50F168459E8AAF279EDE532CE73">
    <w:name w:val="45527F50F168459E8AAF279EDE532CE73"/>
    <w:rsid w:val="00CE1639"/>
    <w:pPr>
      <w:spacing w:after="200" w:line="276" w:lineRule="auto"/>
    </w:pPr>
  </w:style>
  <w:style w:type="paragraph" w:customStyle="1" w:styleId="223ED7C7FF504317987E8EEAB175823E3">
    <w:name w:val="223ED7C7FF504317987E8EEAB175823E3"/>
    <w:rsid w:val="00CE1639"/>
    <w:pPr>
      <w:spacing w:after="200" w:line="276" w:lineRule="auto"/>
    </w:pPr>
  </w:style>
  <w:style w:type="paragraph" w:customStyle="1" w:styleId="382561513D864E89A7F5B2ED35D0B4FB3">
    <w:name w:val="382561513D864E89A7F5B2ED35D0B4FB3"/>
    <w:rsid w:val="00CE1639"/>
    <w:pPr>
      <w:spacing w:after="200" w:line="276" w:lineRule="auto"/>
    </w:pPr>
  </w:style>
  <w:style w:type="paragraph" w:customStyle="1" w:styleId="6FB8029AD57A43688881BB3956AD75843">
    <w:name w:val="6FB8029AD57A43688881BB3956AD75843"/>
    <w:rsid w:val="00CE1639"/>
    <w:pPr>
      <w:spacing w:after="200" w:line="276" w:lineRule="auto"/>
    </w:pPr>
  </w:style>
  <w:style w:type="paragraph" w:customStyle="1" w:styleId="4E94F9A2603C4983BA3B0504CD2EAA1C3">
    <w:name w:val="4E94F9A2603C4983BA3B0504CD2EAA1C3"/>
    <w:rsid w:val="00CE1639"/>
    <w:pPr>
      <w:spacing w:after="200" w:line="276" w:lineRule="auto"/>
    </w:pPr>
  </w:style>
  <w:style w:type="paragraph" w:customStyle="1" w:styleId="E04E403C73F946B4851616310A6929B33">
    <w:name w:val="E04E403C73F946B4851616310A6929B33"/>
    <w:rsid w:val="00CE1639"/>
    <w:pPr>
      <w:spacing w:after="200" w:line="276" w:lineRule="auto"/>
    </w:pPr>
  </w:style>
  <w:style w:type="paragraph" w:customStyle="1" w:styleId="3ABA4D8D41C3426DAE8A6DAAE90D99493">
    <w:name w:val="3ABA4D8D41C3426DAE8A6DAAE90D99493"/>
    <w:rsid w:val="00CE1639"/>
    <w:pPr>
      <w:spacing w:after="200" w:line="276" w:lineRule="auto"/>
    </w:pPr>
  </w:style>
  <w:style w:type="paragraph" w:customStyle="1" w:styleId="5D2CE74C94BA4FF9BA3E7FF60B8F469F3">
    <w:name w:val="5D2CE74C94BA4FF9BA3E7FF60B8F469F3"/>
    <w:rsid w:val="00CE1639"/>
    <w:pPr>
      <w:spacing w:after="200" w:line="276" w:lineRule="auto"/>
    </w:pPr>
  </w:style>
  <w:style w:type="paragraph" w:customStyle="1" w:styleId="1A40ED76AD1B4809A5CD97D17ED8C1B43">
    <w:name w:val="1A40ED76AD1B4809A5CD97D17ED8C1B43"/>
    <w:rsid w:val="00CE1639"/>
    <w:pPr>
      <w:spacing w:after="200" w:line="276" w:lineRule="auto"/>
    </w:pPr>
  </w:style>
  <w:style w:type="paragraph" w:customStyle="1" w:styleId="45253DD0687D4008BDF37282EE6E10663">
    <w:name w:val="45253DD0687D4008BDF37282EE6E10663"/>
    <w:rsid w:val="00CE1639"/>
    <w:pPr>
      <w:spacing w:after="200" w:line="276" w:lineRule="auto"/>
    </w:pPr>
  </w:style>
  <w:style w:type="paragraph" w:customStyle="1" w:styleId="32C912404EA14AF19458E0297ED04D4B3">
    <w:name w:val="32C912404EA14AF19458E0297ED04D4B3"/>
    <w:rsid w:val="00CE1639"/>
    <w:pPr>
      <w:spacing w:after="200" w:line="276" w:lineRule="auto"/>
    </w:pPr>
  </w:style>
  <w:style w:type="paragraph" w:customStyle="1" w:styleId="7FBCCF483FE448D491FB31774444E29D3">
    <w:name w:val="7FBCCF483FE448D491FB31774444E29D3"/>
    <w:rsid w:val="00CE1639"/>
    <w:pPr>
      <w:spacing w:after="200" w:line="276" w:lineRule="auto"/>
    </w:pPr>
  </w:style>
  <w:style w:type="paragraph" w:customStyle="1" w:styleId="62BAD36F4F8A44C7B4EA7199E29B388F3">
    <w:name w:val="62BAD36F4F8A44C7B4EA7199E29B388F3"/>
    <w:rsid w:val="00CE1639"/>
    <w:pPr>
      <w:spacing w:after="200" w:line="276" w:lineRule="auto"/>
    </w:pPr>
  </w:style>
  <w:style w:type="paragraph" w:customStyle="1" w:styleId="33B24FEBFBE44545A2D7E533DED4BD373">
    <w:name w:val="33B24FEBFBE44545A2D7E533DED4BD373"/>
    <w:rsid w:val="00CE1639"/>
    <w:pPr>
      <w:spacing w:after="200" w:line="276" w:lineRule="auto"/>
    </w:pPr>
  </w:style>
  <w:style w:type="paragraph" w:customStyle="1" w:styleId="95C3D0D3D74E42268DB5E55C2C1618902">
    <w:name w:val="95C3D0D3D74E42268DB5E55C2C1618902"/>
    <w:rsid w:val="00CE1639"/>
    <w:pPr>
      <w:spacing w:after="200" w:line="276" w:lineRule="auto"/>
    </w:pPr>
  </w:style>
  <w:style w:type="paragraph" w:customStyle="1" w:styleId="253498E8C83042419E9074A905DF2FF32">
    <w:name w:val="253498E8C83042419E9074A905DF2FF32"/>
    <w:rsid w:val="00CE1639"/>
    <w:pPr>
      <w:spacing w:after="200" w:line="276" w:lineRule="auto"/>
    </w:pPr>
  </w:style>
  <w:style w:type="paragraph" w:customStyle="1" w:styleId="B335631F27294A2F99F52B5BA6B3BC5F2">
    <w:name w:val="B335631F27294A2F99F52B5BA6B3BC5F2"/>
    <w:rsid w:val="00CE1639"/>
    <w:pPr>
      <w:spacing w:after="200" w:line="276" w:lineRule="auto"/>
    </w:pPr>
  </w:style>
  <w:style w:type="paragraph" w:customStyle="1" w:styleId="A1A08283464344D8AF486D9B5CC2BAAB2">
    <w:name w:val="A1A08283464344D8AF486D9B5CC2BAAB2"/>
    <w:rsid w:val="00CE1639"/>
    <w:pPr>
      <w:spacing w:after="200" w:line="276" w:lineRule="auto"/>
    </w:pPr>
  </w:style>
  <w:style w:type="paragraph" w:customStyle="1" w:styleId="D81BF0E6FE3442039BABDC66670FFF0D2">
    <w:name w:val="D81BF0E6FE3442039BABDC66670FFF0D2"/>
    <w:rsid w:val="00CE1639"/>
    <w:pPr>
      <w:spacing w:after="200" w:line="276" w:lineRule="auto"/>
    </w:pPr>
  </w:style>
  <w:style w:type="paragraph" w:customStyle="1" w:styleId="D68A08BEDA9045CBBA0AA59C080ACB562">
    <w:name w:val="D68A08BEDA9045CBBA0AA59C080ACB562"/>
    <w:rsid w:val="00CE1639"/>
    <w:pPr>
      <w:spacing w:after="200" w:line="276" w:lineRule="auto"/>
    </w:pPr>
  </w:style>
  <w:style w:type="paragraph" w:customStyle="1" w:styleId="553F8DCD51A145FDA48DA2C3DDFA72F92">
    <w:name w:val="553F8DCD51A145FDA48DA2C3DDFA72F92"/>
    <w:rsid w:val="00CE1639"/>
    <w:pPr>
      <w:spacing w:after="200" w:line="276" w:lineRule="auto"/>
    </w:pPr>
  </w:style>
  <w:style w:type="paragraph" w:customStyle="1" w:styleId="B052F45FD5E44EB991A067077EAA23EC2">
    <w:name w:val="B052F45FD5E44EB991A067077EAA23EC2"/>
    <w:rsid w:val="00CE1639"/>
    <w:pPr>
      <w:spacing w:after="200" w:line="276" w:lineRule="auto"/>
    </w:pPr>
  </w:style>
  <w:style w:type="paragraph" w:customStyle="1" w:styleId="6CDDEC44BCA146C7B2CF8FC91090E7342">
    <w:name w:val="6CDDEC44BCA146C7B2CF8FC91090E7342"/>
    <w:rsid w:val="00CE1639"/>
    <w:pPr>
      <w:spacing w:after="200" w:line="276" w:lineRule="auto"/>
    </w:pPr>
  </w:style>
  <w:style w:type="paragraph" w:customStyle="1" w:styleId="D59AA98BFBFE4C96AE4B0ED934DA2C102">
    <w:name w:val="D59AA98BFBFE4C96AE4B0ED934DA2C102"/>
    <w:rsid w:val="00CE1639"/>
    <w:pPr>
      <w:spacing w:after="200" w:line="276" w:lineRule="auto"/>
    </w:pPr>
  </w:style>
  <w:style w:type="paragraph" w:customStyle="1" w:styleId="D0FC822CB1DB4B86AEA97D39D23B78782">
    <w:name w:val="D0FC822CB1DB4B86AEA97D39D23B78782"/>
    <w:rsid w:val="00CE1639"/>
    <w:pPr>
      <w:spacing w:after="200" w:line="276" w:lineRule="auto"/>
    </w:pPr>
  </w:style>
  <w:style w:type="paragraph" w:customStyle="1" w:styleId="40409FEADE30440DB9E89C1E4539BEF12">
    <w:name w:val="40409FEADE30440DB9E89C1E4539BEF12"/>
    <w:rsid w:val="00CE1639"/>
    <w:pPr>
      <w:spacing w:after="200" w:line="276" w:lineRule="auto"/>
    </w:pPr>
  </w:style>
  <w:style w:type="paragraph" w:customStyle="1" w:styleId="61C9730EC8034A00BD93CAF9C89F30D52">
    <w:name w:val="61C9730EC8034A00BD93CAF9C89F30D52"/>
    <w:rsid w:val="00CE1639"/>
    <w:pPr>
      <w:spacing w:after="200" w:line="276" w:lineRule="auto"/>
    </w:pPr>
  </w:style>
  <w:style w:type="paragraph" w:customStyle="1" w:styleId="FB2C3228D9CA4012A42FEC8D8CA498472">
    <w:name w:val="FB2C3228D9CA4012A42FEC8D8CA498472"/>
    <w:rsid w:val="00CE1639"/>
    <w:pPr>
      <w:spacing w:after="200" w:line="276" w:lineRule="auto"/>
    </w:pPr>
  </w:style>
  <w:style w:type="paragraph" w:customStyle="1" w:styleId="C9EF37C4E9ED42F0AE51C3FB807AC8942">
    <w:name w:val="C9EF37C4E9ED42F0AE51C3FB807AC8942"/>
    <w:rsid w:val="00CE1639"/>
    <w:pPr>
      <w:spacing w:after="200" w:line="276" w:lineRule="auto"/>
    </w:pPr>
  </w:style>
  <w:style w:type="paragraph" w:customStyle="1" w:styleId="6955F58B115C425FBC6B147D47E95D852">
    <w:name w:val="6955F58B115C425FBC6B147D47E95D852"/>
    <w:rsid w:val="00CE1639"/>
    <w:pPr>
      <w:spacing w:after="200" w:line="276" w:lineRule="auto"/>
    </w:pPr>
  </w:style>
  <w:style w:type="paragraph" w:customStyle="1" w:styleId="C592AA76BE1A4F6FAEA18B80AA9EEAA92">
    <w:name w:val="C592AA76BE1A4F6FAEA18B80AA9EEAA92"/>
    <w:rsid w:val="00CE1639"/>
    <w:pPr>
      <w:spacing w:after="200" w:line="276" w:lineRule="auto"/>
    </w:pPr>
  </w:style>
  <w:style w:type="paragraph" w:customStyle="1" w:styleId="4458E34E141B466580BFD839F14E0A2A2">
    <w:name w:val="4458E34E141B466580BFD839F14E0A2A2"/>
    <w:rsid w:val="00CE1639"/>
    <w:pPr>
      <w:spacing w:after="200" w:line="276" w:lineRule="auto"/>
    </w:pPr>
  </w:style>
  <w:style w:type="paragraph" w:customStyle="1" w:styleId="8627827531E94CB39B2066CA30DE3B59">
    <w:name w:val="8627827531E94CB39B2066CA30DE3B59"/>
    <w:rsid w:val="00CE1639"/>
    <w:pPr>
      <w:spacing w:after="200" w:line="276" w:lineRule="auto"/>
    </w:pPr>
  </w:style>
  <w:style w:type="paragraph" w:customStyle="1" w:styleId="D297C25EDD7E4D8F98833A11C0CB12602">
    <w:name w:val="D297C25EDD7E4D8F98833A11C0CB12602"/>
    <w:rsid w:val="00CE1639"/>
    <w:pPr>
      <w:spacing w:after="200" w:line="276" w:lineRule="auto"/>
    </w:pPr>
  </w:style>
  <w:style w:type="paragraph" w:customStyle="1" w:styleId="D2E5A85F0A424B10BE1CDB9EDA0E0C912">
    <w:name w:val="D2E5A85F0A424B10BE1CDB9EDA0E0C912"/>
    <w:rsid w:val="00CE1639"/>
    <w:pPr>
      <w:spacing w:after="200" w:line="276" w:lineRule="auto"/>
    </w:pPr>
  </w:style>
  <w:style w:type="paragraph" w:customStyle="1" w:styleId="DF0772169B014E5E9AE4C275CF01A3342">
    <w:name w:val="DF0772169B014E5E9AE4C275CF01A3342"/>
    <w:rsid w:val="00CE1639"/>
    <w:pPr>
      <w:spacing w:after="200" w:line="276" w:lineRule="auto"/>
    </w:pPr>
  </w:style>
  <w:style w:type="paragraph" w:customStyle="1" w:styleId="181C92DA7C7B49958724C06101400AA12">
    <w:name w:val="181C92DA7C7B49958724C06101400AA12"/>
    <w:rsid w:val="00CE1639"/>
    <w:pPr>
      <w:spacing w:after="200" w:line="276" w:lineRule="auto"/>
    </w:pPr>
  </w:style>
  <w:style w:type="paragraph" w:customStyle="1" w:styleId="068FBAC861654951A787BB80FCF572742">
    <w:name w:val="068FBAC861654951A787BB80FCF572742"/>
    <w:rsid w:val="00CE1639"/>
    <w:pPr>
      <w:spacing w:after="200" w:line="276" w:lineRule="auto"/>
    </w:pPr>
  </w:style>
  <w:style w:type="paragraph" w:customStyle="1" w:styleId="BFFDB8C26A4D4D158E1FBD8FDCD8A593">
    <w:name w:val="BFFDB8C26A4D4D158E1FBD8FDCD8A593"/>
    <w:rsid w:val="00CE1639"/>
    <w:pPr>
      <w:spacing w:after="200" w:line="276" w:lineRule="auto"/>
    </w:pPr>
  </w:style>
  <w:style w:type="paragraph" w:customStyle="1" w:styleId="D1666A0D1AFC466A9B35F885BC300C2A2">
    <w:name w:val="D1666A0D1AFC466A9B35F885BC300C2A2"/>
    <w:rsid w:val="00CE1639"/>
    <w:pPr>
      <w:spacing w:after="200" w:line="276" w:lineRule="auto"/>
    </w:pPr>
  </w:style>
  <w:style w:type="paragraph" w:customStyle="1" w:styleId="EF307A23E74B4B99AC1634C8EDDEEABE2">
    <w:name w:val="EF307A23E74B4B99AC1634C8EDDEEABE2"/>
    <w:rsid w:val="00CE1639"/>
    <w:pPr>
      <w:spacing w:after="200" w:line="276" w:lineRule="auto"/>
    </w:pPr>
  </w:style>
  <w:style w:type="paragraph" w:customStyle="1" w:styleId="DDE3BCC48F3141C6B0B0C54C3D9FC3842">
    <w:name w:val="DDE3BCC48F3141C6B0B0C54C3D9FC3842"/>
    <w:rsid w:val="00CE1639"/>
    <w:pPr>
      <w:spacing w:after="200" w:line="276" w:lineRule="auto"/>
    </w:pPr>
  </w:style>
  <w:style w:type="paragraph" w:customStyle="1" w:styleId="589DADF131284E5983A48F99974CFBC22">
    <w:name w:val="589DADF131284E5983A48F99974CFBC22"/>
    <w:rsid w:val="00CE1639"/>
    <w:pPr>
      <w:spacing w:after="200" w:line="276" w:lineRule="auto"/>
    </w:pPr>
  </w:style>
  <w:style w:type="paragraph" w:customStyle="1" w:styleId="C475619E64FB42ADB156EB10553125F42">
    <w:name w:val="C475619E64FB42ADB156EB10553125F42"/>
    <w:rsid w:val="00CE1639"/>
    <w:pPr>
      <w:spacing w:after="200" w:line="276" w:lineRule="auto"/>
    </w:pPr>
  </w:style>
  <w:style w:type="paragraph" w:customStyle="1" w:styleId="F197B62FCB33418F94331202AE41ACBD2">
    <w:name w:val="F197B62FCB33418F94331202AE41ACBD2"/>
    <w:rsid w:val="00CE1639"/>
    <w:pPr>
      <w:spacing w:after="200" w:line="276" w:lineRule="auto"/>
    </w:pPr>
  </w:style>
  <w:style w:type="paragraph" w:customStyle="1" w:styleId="EF990AC868FB4AEDAAAAD813799CDEFD2">
    <w:name w:val="EF990AC868FB4AEDAAAAD813799CDEFD2"/>
    <w:rsid w:val="00CE1639"/>
    <w:pPr>
      <w:spacing w:after="200" w:line="276" w:lineRule="auto"/>
    </w:pPr>
  </w:style>
  <w:style w:type="paragraph" w:customStyle="1" w:styleId="8BE12D6F4B504073B0AF26E44946139C2">
    <w:name w:val="8BE12D6F4B504073B0AF26E44946139C2"/>
    <w:rsid w:val="00CE1639"/>
    <w:pPr>
      <w:spacing w:after="200" w:line="276" w:lineRule="auto"/>
    </w:pPr>
  </w:style>
  <w:style w:type="paragraph" w:customStyle="1" w:styleId="AB93FC235CDA4BDEA236D2A64F11E3372">
    <w:name w:val="AB93FC235CDA4BDEA236D2A64F11E3372"/>
    <w:rsid w:val="00CE1639"/>
    <w:pPr>
      <w:spacing w:after="200" w:line="276" w:lineRule="auto"/>
    </w:pPr>
  </w:style>
  <w:style w:type="paragraph" w:customStyle="1" w:styleId="B7151087BFAB466C8AD489D97726FD7D2">
    <w:name w:val="B7151087BFAB466C8AD489D97726FD7D2"/>
    <w:rsid w:val="00CE1639"/>
    <w:pPr>
      <w:spacing w:after="200" w:line="276" w:lineRule="auto"/>
    </w:pPr>
  </w:style>
  <w:style w:type="paragraph" w:customStyle="1" w:styleId="DBF7A78951804D1782B70D0113FDF31B2">
    <w:name w:val="DBF7A78951804D1782B70D0113FDF31B2"/>
    <w:rsid w:val="00CE1639"/>
    <w:pPr>
      <w:spacing w:after="200" w:line="276" w:lineRule="auto"/>
    </w:pPr>
  </w:style>
  <w:style w:type="paragraph" w:customStyle="1" w:styleId="D8473262A7604010B5004F3A46A688022">
    <w:name w:val="D8473262A7604010B5004F3A46A688022"/>
    <w:rsid w:val="00CE1639"/>
    <w:pPr>
      <w:spacing w:after="200" w:line="276" w:lineRule="auto"/>
    </w:pPr>
  </w:style>
  <w:style w:type="paragraph" w:customStyle="1" w:styleId="135E59A84A724A4EA8F5D1AC8D26DED42">
    <w:name w:val="135E59A84A724A4EA8F5D1AC8D26DED42"/>
    <w:rsid w:val="00CE1639"/>
    <w:pPr>
      <w:spacing w:after="200" w:line="276" w:lineRule="auto"/>
    </w:pPr>
  </w:style>
  <w:style w:type="paragraph" w:customStyle="1" w:styleId="4B94155B3F004F50B7BEC8840B13B1612">
    <w:name w:val="4B94155B3F004F50B7BEC8840B13B1612"/>
    <w:rsid w:val="00CE1639"/>
    <w:pPr>
      <w:spacing w:after="200" w:line="276" w:lineRule="auto"/>
    </w:pPr>
  </w:style>
  <w:style w:type="paragraph" w:customStyle="1" w:styleId="41F3B94A26CB4C19850EDF85B346C6C22">
    <w:name w:val="41F3B94A26CB4C19850EDF85B346C6C22"/>
    <w:rsid w:val="00CE1639"/>
    <w:pPr>
      <w:spacing w:after="200" w:line="276" w:lineRule="auto"/>
    </w:pPr>
  </w:style>
  <w:style w:type="paragraph" w:customStyle="1" w:styleId="DFA4FCA7ADED4C4D8E96CC217C6A5D482">
    <w:name w:val="DFA4FCA7ADED4C4D8E96CC217C6A5D482"/>
    <w:rsid w:val="00CE1639"/>
    <w:pPr>
      <w:spacing w:after="200" w:line="276" w:lineRule="auto"/>
    </w:pPr>
  </w:style>
  <w:style w:type="paragraph" w:customStyle="1" w:styleId="8F21CC03DDEC41F9860887C2FD63991E2">
    <w:name w:val="8F21CC03DDEC41F9860887C2FD63991E2"/>
    <w:rsid w:val="00CE1639"/>
    <w:pPr>
      <w:spacing w:after="200" w:line="276" w:lineRule="auto"/>
    </w:pPr>
  </w:style>
  <w:style w:type="paragraph" w:customStyle="1" w:styleId="3072858C767B47C1B3EF67A7B4B58BD82">
    <w:name w:val="3072858C767B47C1B3EF67A7B4B58BD82"/>
    <w:rsid w:val="00CE1639"/>
    <w:pPr>
      <w:spacing w:after="200" w:line="276" w:lineRule="auto"/>
    </w:pPr>
  </w:style>
  <w:style w:type="paragraph" w:customStyle="1" w:styleId="0FBD0517325D4A7DA3964CB3D8DF28702">
    <w:name w:val="0FBD0517325D4A7DA3964CB3D8DF28702"/>
    <w:rsid w:val="00CE1639"/>
    <w:pPr>
      <w:spacing w:after="200" w:line="276" w:lineRule="auto"/>
    </w:pPr>
  </w:style>
  <w:style w:type="paragraph" w:customStyle="1" w:styleId="D1268C8B7C3A48258C8D2568A4782CF12">
    <w:name w:val="D1268C8B7C3A48258C8D2568A4782CF12"/>
    <w:rsid w:val="00CE1639"/>
    <w:pPr>
      <w:spacing w:after="200" w:line="276" w:lineRule="auto"/>
    </w:pPr>
  </w:style>
  <w:style w:type="paragraph" w:customStyle="1" w:styleId="2B7C429AEFC14AB8B007B5D458D0F4922">
    <w:name w:val="2B7C429AEFC14AB8B007B5D458D0F4922"/>
    <w:rsid w:val="00CE1639"/>
    <w:pPr>
      <w:spacing w:after="200" w:line="276" w:lineRule="auto"/>
    </w:pPr>
  </w:style>
  <w:style w:type="paragraph" w:customStyle="1" w:styleId="1D3CA07C42FC4B8198599F8B056280B22">
    <w:name w:val="1D3CA07C42FC4B8198599F8B056280B22"/>
    <w:rsid w:val="00CE1639"/>
    <w:pPr>
      <w:spacing w:after="200" w:line="276" w:lineRule="auto"/>
    </w:pPr>
  </w:style>
  <w:style w:type="paragraph" w:customStyle="1" w:styleId="56100998329F4BCE95470721349527012">
    <w:name w:val="56100998329F4BCE95470721349527012"/>
    <w:rsid w:val="00CE1639"/>
    <w:pPr>
      <w:spacing w:after="200" w:line="276" w:lineRule="auto"/>
    </w:pPr>
  </w:style>
  <w:style w:type="paragraph" w:customStyle="1" w:styleId="D61A5368856246FC8013BB8A67D0B8CA2">
    <w:name w:val="D61A5368856246FC8013BB8A67D0B8CA2"/>
    <w:rsid w:val="00CE1639"/>
    <w:pPr>
      <w:spacing w:after="200" w:line="276" w:lineRule="auto"/>
    </w:pPr>
  </w:style>
  <w:style w:type="paragraph" w:customStyle="1" w:styleId="7D01726AED6B4F74960CB8162977AFF62">
    <w:name w:val="7D01726AED6B4F74960CB8162977AFF62"/>
    <w:rsid w:val="00CE1639"/>
    <w:pPr>
      <w:spacing w:after="200" w:line="276" w:lineRule="auto"/>
    </w:pPr>
  </w:style>
  <w:style w:type="paragraph" w:customStyle="1" w:styleId="C611DE52FBB846B2A106988CAECCF6DF2">
    <w:name w:val="C611DE52FBB846B2A106988CAECCF6DF2"/>
    <w:rsid w:val="00CE1639"/>
    <w:pPr>
      <w:spacing w:after="200" w:line="276" w:lineRule="auto"/>
    </w:pPr>
  </w:style>
  <w:style w:type="paragraph" w:customStyle="1" w:styleId="1F1D19BA9FF047A4BD96C992602EB9982">
    <w:name w:val="1F1D19BA9FF047A4BD96C992602EB9982"/>
    <w:rsid w:val="00CE1639"/>
    <w:pPr>
      <w:spacing w:after="200" w:line="276" w:lineRule="auto"/>
    </w:pPr>
  </w:style>
  <w:style w:type="paragraph" w:customStyle="1" w:styleId="CE0FCFBFFAAF4DE2B5C4F42E145586DE2">
    <w:name w:val="CE0FCFBFFAAF4DE2B5C4F42E145586DE2"/>
    <w:rsid w:val="00CE1639"/>
    <w:pPr>
      <w:spacing w:after="200" w:line="276" w:lineRule="auto"/>
    </w:pPr>
  </w:style>
  <w:style w:type="paragraph" w:customStyle="1" w:styleId="215A6D4D5B954E7AAC611F67939865212">
    <w:name w:val="215A6D4D5B954E7AAC611F67939865212"/>
    <w:rsid w:val="00CE1639"/>
    <w:pPr>
      <w:spacing w:after="200" w:line="276" w:lineRule="auto"/>
    </w:pPr>
  </w:style>
  <w:style w:type="paragraph" w:customStyle="1" w:styleId="FCEFDF7BD9434FF5932709F202CFA2432">
    <w:name w:val="FCEFDF7BD9434FF5932709F202CFA2432"/>
    <w:rsid w:val="00CE1639"/>
    <w:pPr>
      <w:spacing w:after="200" w:line="276" w:lineRule="auto"/>
    </w:pPr>
  </w:style>
  <w:style w:type="paragraph" w:customStyle="1" w:styleId="6C201FBAD7D84CC88CE9343C9463A4B32">
    <w:name w:val="6C201FBAD7D84CC88CE9343C9463A4B32"/>
    <w:rsid w:val="00CE1639"/>
    <w:pPr>
      <w:spacing w:after="200" w:line="276" w:lineRule="auto"/>
    </w:pPr>
  </w:style>
  <w:style w:type="paragraph" w:customStyle="1" w:styleId="D7C6D8CC0FC148FC943EE5E4E17825B92">
    <w:name w:val="D7C6D8CC0FC148FC943EE5E4E17825B92"/>
    <w:rsid w:val="00CE1639"/>
    <w:pPr>
      <w:spacing w:after="200" w:line="276" w:lineRule="auto"/>
    </w:pPr>
  </w:style>
  <w:style w:type="paragraph" w:customStyle="1" w:styleId="967EF32F25CA460EAB71DB47682F3E542">
    <w:name w:val="967EF32F25CA460EAB71DB47682F3E542"/>
    <w:rsid w:val="00CE1639"/>
    <w:pPr>
      <w:spacing w:after="200" w:line="276" w:lineRule="auto"/>
    </w:pPr>
  </w:style>
  <w:style w:type="paragraph" w:customStyle="1" w:styleId="A4DEF7C704DB40B293B19540CA95C2D62">
    <w:name w:val="A4DEF7C704DB40B293B19540CA95C2D62"/>
    <w:rsid w:val="00CE1639"/>
    <w:pPr>
      <w:spacing w:after="200" w:line="276" w:lineRule="auto"/>
    </w:pPr>
  </w:style>
  <w:style w:type="paragraph" w:customStyle="1" w:styleId="3A7D4BE569314F89B35517255A4CDE082">
    <w:name w:val="3A7D4BE569314F89B35517255A4CDE082"/>
    <w:rsid w:val="00CE1639"/>
    <w:pPr>
      <w:spacing w:after="200" w:line="276" w:lineRule="auto"/>
    </w:pPr>
  </w:style>
  <w:style w:type="paragraph" w:customStyle="1" w:styleId="2C70F9A7A51444D1B688F72229E15FCC2">
    <w:name w:val="2C70F9A7A51444D1B688F72229E15FCC2"/>
    <w:rsid w:val="00CE1639"/>
    <w:pPr>
      <w:spacing w:after="200" w:line="276" w:lineRule="auto"/>
    </w:pPr>
  </w:style>
  <w:style w:type="paragraph" w:customStyle="1" w:styleId="A56D23639BD74F5E9D7AB38C08498EE52">
    <w:name w:val="A56D23639BD74F5E9D7AB38C08498EE52"/>
    <w:rsid w:val="00CE1639"/>
    <w:pPr>
      <w:spacing w:after="200" w:line="276" w:lineRule="auto"/>
    </w:pPr>
  </w:style>
  <w:style w:type="paragraph" w:customStyle="1" w:styleId="614E9421971C49519DEA7CCB69C1C2B12">
    <w:name w:val="614E9421971C49519DEA7CCB69C1C2B12"/>
    <w:rsid w:val="00CE1639"/>
    <w:pPr>
      <w:spacing w:after="200" w:line="276" w:lineRule="auto"/>
    </w:pPr>
  </w:style>
  <w:style w:type="paragraph" w:customStyle="1" w:styleId="A1981FA7FE334163A3A8250D7633F69C2">
    <w:name w:val="A1981FA7FE334163A3A8250D7633F69C2"/>
    <w:rsid w:val="00CE1639"/>
    <w:pPr>
      <w:spacing w:after="200" w:line="276" w:lineRule="auto"/>
    </w:pPr>
  </w:style>
  <w:style w:type="paragraph" w:customStyle="1" w:styleId="F3CAC262247A498DAC350839197DB9C02">
    <w:name w:val="F3CAC262247A498DAC350839197DB9C02"/>
    <w:rsid w:val="00CE1639"/>
    <w:pPr>
      <w:spacing w:after="200" w:line="276" w:lineRule="auto"/>
    </w:pPr>
  </w:style>
  <w:style w:type="paragraph" w:customStyle="1" w:styleId="D0C56321844D43B0A940F9C270691EA92">
    <w:name w:val="D0C56321844D43B0A940F9C270691EA92"/>
    <w:rsid w:val="00CE1639"/>
    <w:pPr>
      <w:spacing w:after="200" w:line="276" w:lineRule="auto"/>
    </w:pPr>
  </w:style>
  <w:style w:type="paragraph" w:customStyle="1" w:styleId="9AEAA8A00F984FD5847384CF8071FCCB5">
    <w:name w:val="9AEAA8A00F984FD5847384CF8071FCCB5"/>
    <w:rsid w:val="00CE1639"/>
    <w:pPr>
      <w:spacing w:after="200" w:line="276" w:lineRule="auto"/>
    </w:pPr>
  </w:style>
  <w:style w:type="paragraph" w:customStyle="1" w:styleId="4ECD2E2A723443D8A94A3611D7AEE62D">
    <w:name w:val="4ECD2E2A723443D8A94A3611D7AEE62D"/>
    <w:rsid w:val="00CE1639"/>
    <w:pPr>
      <w:spacing w:after="200" w:line="276" w:lineRule="auto"/>
    </w:pPr>
  </w:style>
  <w:style w:type="paragraph" w:customStyle="1" w:styleId="9FED240ED8DB493AB11F00E518F2C7605">
    <w:name w:val="9FED240ED8DB493AB11F00E518F2C7605"/>
    <w:rsid w:val="00CE1639"/>
    <w:pPr>
      <w:spacing w:after="200" w:line="276" w:lineRule="auto"/>
    </w:pPr>
  </w:style>
  <w:style w:type="paragraph" w:customStyle="1" w:styleId="D98A882CE73A40798FBE6124278820935">
    <w:name w:val="D98A882CE73A40798FBE6124278820935"/>
    <w:rsid w:val="00CE1639"/>
    <w:pPr>
      <w:spacing w:after="200" w:line="276" w:lineRule="auto"/>
    </w:pPr>
  </w:style>
  <w:style w:type="paragraph" w:customStyle="1" w:styleId="C63AB792D8704E34A72EB2DDDCE53CD45">
    <w:name w:val="C63AB792D8704E34A72EB2DDDCE53CD45"/>
    <w:rsid w:val="00CE1639"/>
    <w:pPr>
      <w:spacing w:after="200" w:line="276" w:lineRule="auto"/>
    </w:pPr>
  </w:style>
  <w:style w:type="paragraph" w:customStyle="1" w:styleId="8325075121064DAAAEF164CED23B2A925">
    <w:name w:val="8325075121064DAAAEF164CED23B2A925"/>
    <w:rsid w:val="00CE1639"/>
    <w:pPr>
      <w:spacing w:after="200" w:line="276" w:lineRule="auto"/>
    </w:pPr>
  </w:style>
  <w:style w:type="paragraph" w:customStyle="1" w:styleId="F6F583F428324ED7B7212D51DE6729585">
    <w:name w:val="F6F583F428324ED7B7212D51DE6729585"/>
    <w:rsid w:val="00CE1639"/>
    <w:pPr>
      <w:spacing w:after="200" w:line="276" w:lineRule="auto"/>
    </w:pPr>
  </w:style>
  <w:style w:type="paragraph" w:customStyle="1" w:styleId="96A4351A239147228C2BFBF424DB1B674">
    <w:name w:val="96A4351A239147228C2BFBF424DB1B674"/>
    <w:rsid w:val="00CE1639"/>
    <w:pPr>
      <w:spacing w:after="200" w:line="276" w:lineRule="auto"/>
    </w:pPr>
  </w:style>
  <w:style w:type="paragraph" w:customStyle="1" w:styleId="B9A48EF9F3354B43B596B1EBC93E0E4E5">
    <w:name w:val="B9A48EF9F3354B43B596B1EBC93E0E4E5"/>
    <w:rsid w:val="00CE1639"/>
    <w:pPr>
      <w:spacing w:after="200" w:line="276" w:lineRule="auto"/>
    </w:pPr>
  </w:style>
  <w:style w:type="paragraph" w:customStyle="1" w:styleId="787A2DCDAB554E0EA58B0872C6E388995">
    <w:name w:val="787A2DCDAB554E0EA58B0872C6E388995"/>
    <w:rsid w:val="00CE1639"/>
    <w:pPr>
      <w:spacing w:after="200" w:line="276" w:lineRule="auto"/>
    </w:pPr>
  </w:style>
  <w:style w:type="paragraph" w:customStyle="1" w:styleId="F3110C8EF21E4CA89159D23FFD1392915">
    <w:name w:val="F3110C8EF21E4CA89159D23FFD1392915"/>
    <w:rsid w:val="00CE1639"/>
    <w:pPr>
      <w:spacing w:after="200" w:line="276" w:lineRule="auto"/>
    </w:pPr>
  </w:style>
  <w:style w:type="paragraph" w:customStyle="1" w:styleId="10BA430DF3F042408257D556DDA650E95">
    <w:name w:val="10BA430DF3F042408257D556DDA650E95"/>
    <w:rsid w:val="00CE1639"/>
    <w:pPr>
      <w:spacing w:after="200" w:line="276" w:lineRule="auto"/>
    </w:pPr>
  </w:style>
  <w:style w:type="paragraph" w:customStyle="1" w:styleId="28F6434D1F46457CB9A6E4A1A5BCEB465">
    <w:name w:val="28F6434D1F46457CB9A6E4A1A5BCEB465"/>
    <w:rsid w:val="00CE1639"/>
    <w:pPr>
      <w:spacing w:after="200" w:line="276" w:lineRule="auto"/>
    </w:pPr>
  </w:style>
  <w:style w:type="paragraph" w:customStyle="1" w:styleId="A4571C136C534AE09F94136F9C2E28935">
    <w:name w:val="A4571C136C534AE09F94136F9C2E28935"/>
    <w:rsid w:val="00CE1639"/>
    <w:pPr>
      <w:spacing w:after="200" w:line="276" w:lineRule="auto"/>
    </w:pPr>
  </w:style>
  <w:style w:type="paragraph" w:customStyle="1" w:styleId="32E44D96ADBC4BD0AF4E12DA5F70D3875">
    <w:name w:val="32E44D96ADBC4BD0AF4E12DA5F70D3875"/>
    <w:rsid w:val="00CE1639"/>
    <w:pPr>
      <w:spacing w:after="200" w:line="276" w:lineRule="auto"/>
    </w:pPr>
  </w:style>
  <w:style w:type="paragraph" w:customStyle="1" w:styleId="DACDF91E0E714B2E85D8C6CF3F3786FA5">
    <w:name w:val="DACDF91E0E714B2E85D8C6CF3F3786FA5"/>
    <w:rsid w:val="00CE1639"/>
    <w:pPr>
      <w:spacing w:after="200" w:line="276" w:lineRule="auto"/>
    </w:pPr>
  </w:style>
  <w:style w:type="paragraph" w:customStyle="1" w:styleId="4F891DA38BB04C7D80A1B2F6AF074ED15">
    <w:name w:val="4F891DA38BB04C7D80A1B2F6AF074ED15"/>
    <w:rsid w:val="00CE1639"/>
    <w:pPr>
      <w:spacing w:after="200" w:line="276" w:lineRule="auto"/>
    </w:pPr>
  </w:style>
  <w:style w:type="paragraph" w:customStyle="1" w:styleId="1D699CF0F0B8413BB79800EA3A63640D5">
    <w:name w:val="1D699CF0F0B8413BB79800EA3A63640D5"/>
    <w:rsid w:val="00CE1639"/>
    <w:pPr>
      <w:spacing w:after="200" w:line="276" w:lineRule="auto"/>
    </w:pPr>
  </w:style>
  <w:style w:type="paragraph" w:customStyle="1" w:styleId="A89EBA4095394ECE9127A0D7541173625">
    <w:name w:val="A89EBA4095394ECE9127A0D7541173625"/>
    <w:rsid w:val="00CE1639"/>
    <w:pPr>
      <w:spacing w:after="200" w:line="276" w:lineRule="auto"/>
    </w:pPr>
  </w:style>
  <w:style w:type="paragraph" w:customStyle="1" w:styleId="02153F2E9C414A6DB0981FFEC04CEECB5">
    <w:name w:val="02153F2E9C414A6DB0981FFEC04CEECB5"/>
    <w:rsid w:val="00CE1639"/>
    <w:pPr>
      <w:spacing w:after="200" w:line="276" w:lineRule="auto"/>
    </w:pPr>
  </w:style>
  <w:style w:type="paragraph" w:customStyle="1" w:styleId="821C01A538084D388305832953239DE35">
    <w:name w:val="821C01A538084D388305832953239DE35"/>
    <w:rsid w:val="00CE1639"/>
    <w:pPr>
      <w:spacing w:after="200" w:line="276" w:lineRule="auto"/>
    </w:pPr>
  </w:style>
  <w:style w:type="paragraph" w:customStyle="1" w:styleId="73EAD8219240427C807E16F8204FC8625">
    <w:name w:val="73EAD8219240427C807E16F8204FC8625"/>
    <w:rsid w:val="00CE1639"/>
    <w:pPr>
      <w:spacing w:after="200" w:line="276" w:lineRule="auto"/>
    </w:pPr>
  </w:style>
  <w:style w:type="paragraph" w:customStyle="1" w:styleId="E645CA21AC1C4AE89A74AB03DA98B7D25">
    <w:name w:val="E645CA21AC1C4AE89A74AB03DA98B7D25"/>
    <w:rsid w:val="00CE1639"/>
    <w:pPr>
      <w:spacing w:after="200" w:line="276" w:lineRule="auto"/>
    </w:pPr>
  </w:style>
  <w:style w:type="paragraph" w:customStyle="1" w:styleId="A324FD0689704622BAFCBADCED7AF21B5">
    <w:name w:val="A324FD0689704622BAFCBADCED7AF21B5"/>
    <w:rsid w:val="00CE1639"/>
    <w:pPr>
      <w:spacing w:after="200" w:line="276" w:lineRule="auto"/>
    </w:pPr>
  </w:style>
  <w:style w:type="paragraph" w:customStyle="1" w:styleId="154C2915D20B48869CF43F5F5D5FD5ED5">
    <w:name w:val="154C2915D20B48869CF43F5F5D5FD5ED5"/>
    <w:rsid w:val="00CE1639"/>
    <w:pPr>
      <w:spacing w:after="200" w:line="276" w:lineRule="auto"/>
    </w:pPr>
  </w:style>
  <w:style w:type="paragraph" w:customStyle="1" w:styleId="DAB8F682586D403ABEA919117D04ABCE5">
    <w:name w:val="DAB8F682586D403ABEA919117D04ABCE5"/>
    <w:rsid w:val="00CE1639"/>
    <w:pPr>
      <w:spacing w:after="200" w:line="276" w:lineRule="auto"/>
    </w:pPr>
  </w:style>
  <w:style w:type="paragraph" w:customStyle="1" w:styleId="F9A7C6BE2684490185F5FA589C6266F05">
    <w:name w:val="F9A7C6BE2684490185F5FA589C6266F05"/>
    <w:rsid w:val="00CE1639"/>
    <w:pPr>
      <w:spacing w:after="200" w:line="276" w:lineRule="auto"/>
    </w:pPr>
  </w:style>
  <w:style w:type="paragraph" w:customStyle="1" w:styleId="A1AA6F3CBE344494B5216E38E3B2B08F5">
    <w:name w:val="A1AA6F3CBE344494B5216E38E3B2B08F5"/>
    <w:rsid w:val="00CE1639"/>
    <w:pPr>
      <w:spacing w:after="200" w:line="276" w:lineRule="auto"/>
    </w:pPr>
  </w:style>
  <w:style w:type="paragraph" w:customStyle="1" w:styleId="CB016D15FE4846CC90F79D77ED7635055">
    <w:name w:val="CB016D15FE4846CC90F79D77ED7635055"/>
    <w:rsid w:val="00CE1639"/>
    <w:pPr>
      <w:spacing w:after="200" w:line="276" w:lineRule="auto"/>
    </w:pPr>
  </w:style>
  <w:style w:type="paragraph" w:customStyle="1" w:styleId="B9E4E539693B4280BB061C114AB9D24C5">
    <w:name w:val="B9E4E539693B4280BB061C114AB9D24C5"/>
    <w:rsid w:val="00CE1639"/>
    <w:pPr>
      <w:spacing w:after="200" w:line="276" w:lineRule="auto"/>
    </w:pPr>
  </w:style>
  <w:style w:type="paragraph" w:customStyle="1" w:styleId="185ADE67D8A4414B97D8694CF3C84BDC5">
    <w:name w:val="185ADE67D8A4414B97D8694CF3C84BDC5"/>
    <w:rsid w:val="00CE1639"/>
    <w:pPr>
      <w:spacing w:after="200" w:line="276" w:lineRule="auto"/>
    </w:pPr>
  </w:style>
  <w:style w:type="paragraph" w:customStyle="1" w:styleId="9BB06A0F134444FBB21AC941E54A39505">
    <w:name w:val="9BB06A0F134444FBB21AC941E54A39505"/>
    <w:rsid w:val="00CE1639"/>
    <w:pPr>
      <w:spacing w:after="200" w:line="276" w:lineRule="auto"/>
    </w:pPr>
  </w:style>
  <w:style w:type="paragraph" w:customStyle="1" w:styleId="108EE6F41228478492A8967852BC5E245">
    <w:name w:val="108EE6F41228478492A8967852BC5E245"/>
    <w:rsid w:val="00CE1639"/>
    <w:pPr>
      <w:spacing w:after="200" w:line="276" w:lineRule="auto"/>
    </w:pPr>
  </w:style>
  <w:style w:type="paragraph" w:customStyle="1" w:styleId="5273657B97D2404BBE9250ECD4187CC95">
    <w:name w:val="5273657B97D2404BBE9250ECD4187CC95"/>
    <w:rsid w:val="00CE1639"/>
    <w:pPr>
      <w:spacing w:after="200" w:line="276" w:lineRule="auto"/>
    </w:pPr>
  </w:style>
  <w:style w:type="paragraph" w:customStyle="1" w:styleId="A567BB517F1E4BF785FF66C1E7792A175">
    <w:name w:val="A567BB517F1E4BF785FF66C1E7792A175"/>
    <w:rsid w:val="00CE1639"/>
    <w:pPr>
      <w:spacing w:after="200" w:line="276" w:lineRule="auto"/>
    </w:pPr>
  </w:style>
  <w:style w:type="paragraph" w:customStyle="1" w:styleId="03C66FBF284A4175820230CCE36F2C8D5">
    <w:name w:val="03C66FBF284A4175820230CCE36F2C8D5"/>
    <w:rsid w:val="00CE1639"/>
    <w:pPr>
      <w:spacing w:after="200" w:line="276" w:lineRule="auto"/>
    </w:pPr>
  </w:style>
  <w:style w:type="paragraph" w:customStyle="1" w:styleId="31DF177FAF0347BB95CF91D2AB7D78C25">
    <w:name w:val="31DF177FAF0347BB95CF91D2AB7D78C25"/>
    <w:rsid w:val="00CE1639"/>
    <w:pPr>
      <w:spacing w:after="200" w:line="276" w:lineRule="auto"/>
    </w:pPr>
  </w:style>
  <w:style w:type="paragraph" w:customStyle="1" w:styleId="A332782B1F074770A5812841CCE9CC795">
    <w:name w:val="A332782B1F074770A5812841CCE9CC795"/>
    <w:rsid w:val="00CE1639"/>
    <w:pPr>
      <w:spacing w:after="200" w:line="276" w:lineRule="auto"/>
    </w:pPr>
  </w:style>
  <w:style w:type="paragraph" w:customStyle="1" w:styleId="CCE3552D061842C2967B081509A382E65">
    <w:name w:val="CCE3552D061842C2967B081509A382E65"/>
    <w:rsid w:val="00CE1639"/>
    <w:pPr>
      <w:spacing w:after="200" w:line="276" w:lineRule="auto"/>
    </w:pPr>
  </w:style>
  <w:style w:type="paragraph" w:customStyle="1" w:styleId="71A6A65BE0E9451EA4056DF5A0B215DB5">
    <w:name w:val="71A6A65BE0E9451EA4056DF5A0B215DB5"/>
    <w:rsid w:val="00CE1639"/>
    <w:pPr>
      <w:spacing w:after="200" w:line="276" w:lineRule="auto"/>
    </w:pPr>
  </w:style>
  <w:style w:type="paragraph" w:customStyle="1" w:styleId="98B2F9320AEF41379C884803AE0645AD5">
    <w:name w:val="98B2F9320AEF41379C884803AE0645AD5"/>
    <w:rsid w:val="00CE1639"/>
    <w:pPr>
      <w:spacing w:after="200" w:line="276" w:lineRule="auto"/>
    </w:pPr>
  </w:style>
  <w:style w:type="paragraph" w:customStyle="1" w:styleId="03B8FB460BB74860B6F0861A9BA954815">
    <w:name w:val="03B8FB460BB74860B6F0861A9BA954815"/>
    <w:rsid w:val="00CE1639"/>
    <w:pPr>
      <w:spacing w:after="200" w:line="276" w:lineRule="auto"/>
    </w:pPr>
  </w:style>
  <w:style w:type="paragraph" w:customStyle="1" w:styleId="365838D059914B72927A6B00C803FA484">
    <w:name w:val="365838D059914B72927A6B00C803FA484"/>
    <w:rsid w:val="00CE1639"/>
    <w:pPr>
      <w:spacing w:after="200" w:line="276" w:lineRule="auto"/>
    </w:pPr>
  </w:style>
  <w:style w:type="paragraph" w:customStyle="1" w:styleId="AB99E45E070E48929C869409C17287F94">
    <w:name w:val="AB99E45E070E48929C869409C17287F94"/>
    <w:rsid w:val="00CE1639"/>
    <w:pPr>
      <w:spacing w:after="200" w:line="276" w:lineRule="auto"/>
    </w:pPr>
  </w:style>
  <w:style w:type="paragraph" w:customStyle="1" w:styleId="085B87EF72544ABF8A2B748AE680300B4">
    <w:name w:val="085B87EF72544ABF8A2B748AE680300B4"/>
    <w:rsid w:val="00CE1639"/>
    <w:pPr>
      <w:spacing w:after="200" w:line="276" w:lineRule="auto"/>
    </w:pPr>
  </w:style>
  <w:style w:type="paragraph" w:customStyle="1" w:styleId="6648927EC89C40A2A6FB356A7AD7B48B4">
    <w:name w:val="6648927EC89C40A2A6FB356A7AD7B48B4"/>
    <w:rsid w:val="00CE1639"/>
    <w:pPr>
      <w:spacing w:after="200" w:line="276" w:lineRule="auto"/>
    </w:pPr>
  </w:style>
  <w:style w:type="paragraph" w:customStyle="1" w:styleId="3C8034A52A2D47C594AE99BBF21804D74">
    <w:name w:val="3C8034A52A2D47C594AE99BBF21804D74"/>
    <w:rsid w:val="00CE1639"/>
    <w:pPr>
      <w:spacing w:after="200" w:line="276" w:lineRule="auto"/>
    </w:pPr>
  </w:style>
  <w:style w:type="paragraph" w:customStyle="1" w:styleId="15B474D5CF204A1D84FDC03506B78CC04">
    <w:name w:val="15B474D5CF204A1D84FDC03506B78CC04"/>
    <w:rsid w:val="00CE1639"/>
    <w:pPr>
      <w:spacing w:after="200" w:line="276" w:lineRule="auto"/>
    </w:pPr>
  </w:style>
  <w:style w:type="paragraph" w:customStyle="1" w:styleId="86BE4C6528484093B462CCAC093FB7CE4">
    <w:name w:val="86BE4C6528484093B462CCAC093FB7CE4"/>
    <w:rsid w:val="00CE1639"/>
    <w:pPr>
      <w:spacing w:after="200" w:line="276" w:lineRule="auto"/>
    </w:pPr>
  </w:style>
  <w:style w:type="paragraph" w:customStyle="1" w:styleId="7A01521791F74460BDB3F581458F3A5A4">
    <w:name w:val="7A01521791F74460BDB3F581458F3A5A4"/>
    <w:rsid w:val="00CE1639"/>
    <w:pPr>
      <w:spacing w:after="200" w:line="276" w:lineRule="auto"/>
    </w:pPr>
  </w:style>
  <w:style w:type="paragraph" w:customStyle="1" w:styleId="81835CB1501A42C38BE02BEA9659E5724">
    <w:name w:val="81835CB1501A42C38BE02BEA9659E5724"/>
    <w:rsid w:val="00CE1639"/>
    <w:pPr>
      <w:spacing w:after="200" w:line="276" w:lineRule="auto"/>
    </w:pPr>
  </w:style>
  <w:style w:type="paragraph" w:customStyle="1" w:styleId="3FF8856B62A84265A5C84529C3C5D9624">
    <w:name w:val="3FF8856B62A84265A5C84529C3C5D9624"/>
    <w:rsid w:val="00CE1639"/>
    <w:pPr>
      <w:spacing w:after="200" w:line="276" w:lineRule="auto"/>
    </w:pPr>
  </w:style>
  <w:style w:type="paragraph" w:customStyle="1" w:styleId="38955F0542D44B0792AD27FD8AE499F14">
    <w:name w:val="38955F0542D44B0792AD27FD8AE499F14"/>
    <w:rsid w:val="00CE1639"/>
    <w:pPr>
      <w:spacing w:after="200" w:line="276" w:lineRule="auto"/>
    </w:pPr>
  </w:style>
  <w:style w:type="paragraph" w:customStyle="1" w:styleId="E5E2A85F79DA4834B7AFAFF950EE8B744">
    <w:name w:val="E5E2A85F79DA4834B7AFAFF950EE8B744"/>
    <w:rsid w:val="00CE1639"/>
    <w:pPr>
      <w:spacing w:after="200" w:line="276" w:lineRule="auto"/>
    </w:pPr>
  </w:style>
  <w:style w:type="paragraph" w:customStyle="1" w:styleId="B1E97A9144FD4775921D1B70AAF339184">
    <w:name w:val="B1E97A9144FD4775921D1B70AAF339184"/>
    <w:rsid w:val="00CE1639"/>
    <w:pPr>
      <w:spacing w:after="200" w:line="276" w:lineRule="auto"/>
    </w:pPr>
  </w:style>
  <w:style w:type="paragraph" w:customStyle="1" w:styleId="7F3933508D5C4608B34DBA7E8FFE0D604">
    <w:name w:val="7F3933508D5C4608B34DBA7E8FFE0D604"/>
    <w:rsid w:val="00CE1639"/>
    <w:pPr>
      <w:spacing w:after="200" w:line="276" w:lineRule="auto"/>
    </w:pPr>
  </w:style>
  <w:style w:type="paragraph" w:customStyle="1" w:styleId="ACBE0EFC4B5E428C871D26A9144B06504">
    <w:name w:val="ACBE0EFC4B5E428C871D26A9144B06504"/>
    <w:rsid w:val="00CE1639"/>
    <w:pPr>
      <w:spacing w:after="200" w:line="276" w:lineRule="auto"/>
    </w:pPr>
  </w:style>
  <w:style w:type="paragraph" w:customStyle="1" w:styleId="1984DE374F924E0C9BC4F99108886C9A4">
    <w:name w:val="1984DE374F924E0C9BC4F99108886C9A4"/>
    <w:rsid w:val="00CE1639"/>
    <w:pPr>
      <w:spacing w:after="200" w:line="276" w:lineRule="auto"/>
    </w:pPr>
  </w:style>
  <w:style w:type="paragraph" w:customStyle="1" w:styleId="EB375BA08DF64F1D965D0B750CA77E734">
    <w:name w:val="EB375BA08DF64F1D965D0B750CA77E734"/>
    <w:rsid w:val="00CE1639"/>
    <w:pPr>
      <w:spacing w:after="200" w:line="276" w:lineRule="auto"/>
    </w:pPr>
  </w:style>
  <w:style w:type="paragraph" w:customStyle="1" w:styleId="E6BD942427B6472CBCABA3B1EC8F8E614">
    <w:name w:val="E6BD942427B6472CBCABA3B1EC8F8E614"/>
    <w:rsid w:val="00CE1639"/>
    <w:pPr>
      <w:spacing w:after="200" w:line="276" w:lineRule="auto"/>
    </w:pPr>
  </w:style>
  <w:style w:type="paragraph" w:customStyle="1" w:styleId="6474EE482800414CBDA0B0858EC704034">
    <w:name w:val="6474EE482800414CBDA0B0858EC704034"/>
    <w:rsid w:val="00CE1639"/>
    <w:pPr>
      <w:spacing w:after="200" w:line="276" w:lineRule="auto"/>
    </w:pPr>
  </w:style>
  <w:style w:type="paragraph" w:customStyle="1" w:styleId="130EEA536A6A4B1C870DDBB247D1666F4">
    <w:name w:val="130EEA536A6A4B1C870DDBB247D1666F4"/>
    <w:rsid w:val="00CE1639"/>
    <w:pPr>
      <w:spacing w:after="200" w:line="276" w:lineRule="auto"/>
    </w:pPr>
  </w:style>
  <w:style w:type="paragraph" w:customStyle="1" w:styleId="5C3A7D73D147443AA194C06FB24994274">
    <w:name w:val="5C3A7D73D147443AA194C06FB24994274"/>
    <w:rsid w:val="00CE1639"/>
    <w:pPr>
      <w:spacing w:after="200" w:line="276" w:lineRule="auto"/>
    </w:pPr>
  </w:style>
  <w:style w:type="paragraph" w:customStyle="1" w:styleId="63F193555AD9499CB710078DC26953EF4">
    <w:name w:val="63F193555AD9499CB710078DC26953EF4"/>
    <w:rsid w:val="00CE1639"/>
    <w:pPr>
      <w:spacing w:after="200" w:line="276" w:lineRule="auto"/>
    </w:pPr>
  </w:style>
  <w:style w:type="paragraph" w:customStyle="1" w:styleId="577A7DFC1E1F40069740321DEF30D7044">
    <w:name w:val="577A7DFC1E1F40069740321DEF30D7044"/>
    <w:rsid w:val="00CE1639"/>
    <w:pPr>
      <w:spacing w:after="200" w:line="276" w:lineRule="auto"/>
    </w:pPr>
  </w:style>
  <w:style w:type="paragraph" w:customStyle="1" w:styleId="F313C84236FE4FF7AC3B18406F4AE6854">
    <w:name w:val="F313C84236FE4FF7AC3B18406F4AE6854"/>
    <w:rsid w:val="00CE1639"/>
    <w:pPr>
      <w:spacing w:after="200" w:line="276" w:lineRule="auto"/>
    </w:pPr>
  </w:style>
  <w:style w:type="paragraph" w:customStyle="1" w:styleId="BF0E036CDD4D45C3AB85A07BA2DD61634">
    <w:name w:val="BF0E036CDD4D45C3AB85A07BA2DD61634"/>
    <w:rsid w:val="00CE1639"/>
    <w:pPr>
      <w:spacing w:after="200" w:line="276" w:lineRule="auto"/>
    </w:pPr>
  </w:style>
  <w:style w:type="paragraph" w:customStyle="1" w:styleId="47669BF0FCBE406AAD1E10B9812106B44">
    <w:name w:val="47669BF0FCBE406AAD1E10B9812106B44"/>
    <w:rsid w:val="00CE1639"/>
    <w:pPr>
      <w:spacing w:after="200" w:line="276" w:lineRule="auto"/>
    </w:pPr>
  </w:style>
  <w:style w:type="paragraph" w:customStyle="1" w:styleId="DBE498F6C1F9478E9256B5C3C3B8D0FE4">
    <w:name w:val="DBE498F6C1F9478E9256B5C3C3B8D0FE4"/>
    <w:rsid w:val="00CE1639"/>
    <w:pPr>
      <w:spacing w:after="200" w:line="276" w:lineRule="auto"/>
    </w:pPr>
  </w:style>
  <w:style w:type="paragraph" w:customStyle="1" w:styleId="BDE1C10464E64A0C81164B77F9A4AA5C4">
    <w:name w:val="BDE1C10464E64A0C81164B77F9A4AA5C4"/>
    <w:rsid w:val="00CE1639"/>
    <w:pPr>
      <w:spacing w:after="200" w:line="276" w:lineRule="auto"/>
    </w:pPr>
  </w:style>
  <w:style w:type="paragraph" w:customStyle="1" w:styleId="648DBBF183FB40FAB6C79D4C05E49AA44">
    <w:name w:val="648DBBF183FB40FAB6C79D4C05E49AA44"/>
    <w:rsid w:val="00CE1639"/>
    <w:pPr>
      <w:spacing w:after="200" w:line="276" w:lineRule="auto"/>
    </w:pPr>
  </w:style>
  <w:style w:type="paragraph" w:customStyle="1" w:styleId="1C09BEC26D3548A89E225D009B56BFFB4">
    <w:name w:val="1C09BEC26D3548A89E225D009B56BFFB4"/>
    <w:rsid w:val="00CE1639"/>
    <w:pPr>
      <w:spacing w:after="200" w:line="276" w:lineRule="auto"/>
    </w:pPr>
  </w:style>
  <w:style w:type="paragraph" w:customStyle="1" w:styleId="860677CA9CD4419B8300F24B017CFBBE4">
    <w:name w:val="860677CA9CD4419B8300F24B017CFBBE4"/>
    <w:rsid w:val="00CE1639"/>
    <w:pPr>
      <w:spacing w:after="200" w:line="276" w:lineRule="auto"/>
    </w:pPr>
  </w:style>
  <w:style w:type="paragraph" w:customStyle="1" w:styleId="6C42C24885A6479A8C655EDA93D92F264">
    <w:name w:val="6C42C24885A6479A8C655EDA93D92F264"/>
    <w:rsid w:val="00CE1639"/>
    <w:pPr>
      <w:spacing w:after="200" w:line="276" w:lineRule="auto"/>
    </w:pPr>
  </w:style>
  <w:style w:type="paragraph" w:customStyle="1" w:styleId="AE78C549051C42ACAB0308BC3FBFBD264">
    <w:name w:val="AE78C549051C42ACAB0308BC3FBFBD264"/>
    <w:rsid w:val="00CE1639"/>
    <w:pPr>
      <w:spacing w:after="200" w:line="276" w:lineRule="auto"/>
    </w:pPr>
  </w:style>
  <w:style w:type="paragraph" w:customStyle="1" w:styleId="BE156BEC2F1543B3B84B3D0F6AB9DFA04">
    <w:name w:val="BE156BEC2F1543B3B84B3D0F6AB9DFA04"/>
    <w:rsid w:val="00CE1639"/>
    <w:pPr>
      <w:spacing w:after="200" w:line="276" w:lineRule="auto"/>
    </w:pPr>
  </w:style>
  <w:style w:type="paragraph" w:customStyle="1" w:styleId="AF0EAD1D64F34A3BAED0B738FADC88E54">
    <w:name w:val="AF0EAD1D64F34A3BAED0B738FADC88E54"/>
    <w:rsid w:val="00CE1639"/>
    <w:pPr>
      <w:spacing w:after="200" w:line="276" w:lineRule="auto"/>
    </w:pPr>
  </w:style>
  <w:style w:type="paragraph" w:customStyle="1" w:styleId="B30D077B9E80489CBC3921A2CB4E1EA94">
    <w:name w:val="B30D077B9E80489CBC3921A2CB4E1EA94"/>
    <w:rsid w:val="00CE1639"/>
    <w:pPr>
      <w:spacing w:after="200" w:line="276" w:lineRule="auto"/>
    </w:pPr>
  </w:style>
  <w:style w:type="paragraph" w:customStyle="1" w:styleId="6F253A2C3CB54B90B13DE772D5510E904">
    <w:name w:val="6F253A2C3CB54B90B13DE772D5510E904"/>
    <w:rsid w:val="00CE1639"/>
    <w:pPr>
      <w:spacing w:after="200" w:line="276" w:lineRule="auto"/>
    </w:pPr>
  </w:style>
  <w:style w:type="paragraph" w:customStyle="1" w:styleId="45527F50F168459E8AAF279EDE532CE74">
    <w:name w:val="45527F50F168459E8AAF279EDE532CE74"/>
    <w:rsid w:val="00CE1639"/>
    <w:pPr>
      <w:spacing w:after="200" w:line="276" w:lineRule="auto"/>
    </w:pPr>
  </w:style>
  <w:style w:type="paragraph" w:customStyle="1" w:styleId="223ED7C7FF504317987E8EEAB175823E4">
    <w:name w:val="223ED7C7FF504317987E8EEAB175823E4"/>
    <w:rsid w:val="00CE1639"/>
    <w:pPr>
      <w:spacing w:after="200" w:line="276" w:lineRule="auto"/>
    </w:pPr>
  </w:style>
  <w:style w:type="paragraph" w:customStyle="1" w:styleId="382561513D864E89A7F5B2ED35D0B4FB4">
    <w:name w:val="382561513D864E89A7F5B2ED35D0B4FB4"/>
    <w:rsid w:val="00CE1639"/>
    <w:pPr>
      <w:spacing w:after="200" w:line="276" w:lineRule="auto"/>
    </w:pPr>
  </w:style>
  <w:style w:type="paragraph" w:customStyle="1" w:styleId="6FB8029AD57A43688881BB3956AD75844">
    <w:name w:val="6FB8029AD57A43688881BB3956AD75844"/>
    <w:rsid w:val="00CE1639"/>
    <w:pPr>
      <w:spacing w:after="200" w:line="276" w:lineRule="auto"/>
    </w:pPr>
  </w:style>
  <w:style w:type="paragraph" w:customStyle="1" w:styleId="4E94F9A2603C4983BA3B0504CD2EAA1C4">
    <w:name w:val="4E94F9A2603C4983BA3B0504CD2EAA1C4"/>
    <w:rsid w:val="00CE1639"/>
    <w:pPr>
      <w:spacing w:after="200" w:line="276" w:lineRule="auto"/>
    </w:pPr>
  </w:style>
  <w:style w:type="paragraph" w:customStyle="1" w:styleId="E04E403C73F946B4851616310A6929B34">
    <w:name w:val="E04E403C73F946B4851616310A6929B34"/>
    <w:rsid w:val="00CE1639"/>
    <w:pPr>
      <w:spacing w:after="200" w:line="276" w:lineRule="auto"/>
    </w:pPr>
  </w:style>
  <w:style w:type="paragraph" w:customStyle="1" w:styleId="3ABA4D8D41C3426DAE8A6DAAE90D99494">
    <w:name w:val="3ABA4D8D41C3426DAE8A6DAAE90D99494"/>
    <w:rsid w:val="00CE1639"/>
    <w:pPr>
      <w:spacing w:after="200" w:line="276" w:lineRule="auto"/>
    </w:pPr>
  </w:style>
  <w:style w:type="paragraph" w:customStyle="1" w:styleId="5D2CE74C94BA4FF9BA3E7FF60B8F469F4">
    <w:name w:val="5D2CE74C94BA4FF9BA3E7FF60B8F469F4"/>
    <w:rsid w:val="00CE1639"/>
    <w:pPr>
      <w:spacing w:after="200" w:line="276" w:lineRule="auto"/>
    </w:pPr>
  </w:style>
  <w:style w:type="paragraph" w:customStyle="1" w:styleId="1A40ED76AD1B4809A5CD97D17ED8C1B44">
    <w:name w:val="1A40ED76AD1B4809A5CD97D17ED8C1B44"/>
    <w:rsid w:val="00CE1639"/>
    <w:pPr>
      <w:spacing w:after="200" w:line="276" w:lineRule="auto"/>
    </w:pPr>
  </w:style>
  <w:style w:type="paragraph" w:customStyle="1" w:styleId="45253DD0687D4008BDF37282EE6E10664">
    <w:name w:val="45253DD0687D4008BDF37282EE6E10664"/>
    <w:rsid w:val="00CE1639"/>
    <w:pPr>
      <w:spacing w:after="200" w:line="276" w:lineRule="auto"/>
    </w:pPr>
  </w:style>
  <w:style w:type="paragraph" w:customStyle="1" w:styleId="32C912404EA14AF19458E0297ED04D4B4">
    <w:name w:val="32C912404EA14AF19458E0297ED04D4B4"/>
    <w:rsid w:val="00CE1639"/>
    <w:pPr>
      <w:spacing w:after="200" w:line="276" w:lineRule="auto"/>
    </w:pPr>
  </w:style>
  <w:style w:type="paragraph" w:customStyle="1" w:styleId="7FBCCF483FE448D491FB31774444E29D4">
    <w:name w:val="7FBCCF483FE448D491FB31774444E29D4"/>
    <w:rsid w:val="00CE1639"/>
    <w:pPr>
      <w:spacing w:after="200" w:line="276" w:lineRule="auto"/>
    </w:pPr>
  </w:style>
  <w:style w:type="paragraph" w:customStyle="1" w:styleId="62BAD36F4F8A44C7B4EA7199E29B388F4">
    <w:name w:val="62BAD36F4F8A44C7B4EA7199E29B388F4"/>
    <w:rsid w:val="00CE1639"/>
    <w:pPr>
      <w:spacing w:after="200" w:line="276" w:lineRule="auto"/>
    </w:pPr>
  </w:style>
  <w:style w:type="paragraph" w:customStyle="1" w:styleId="33B24FEBFBE44545A2D7E533DED4BD374">
    <w:name w:val="33B24FEBFBE44545A2D7E533DED4BD374"/>
    <w:rsid w:val="00CE1639"/>
    <w:pPr>
      <w:spacing w:after="200" w:line="276" w:lineRule="auto"/>
    </w:pPr>
  </w:style>
  <w:style w:type="paragraph" w:customStyle="1" w:styleId="95C3D0D3D74E42268DB5E55C2C1618903">
    <w:name w:val="95C3D0D3D74E42268DB5E55C2C1618903"/>
    <w:rsid w:val="00CE1639"/>
    <w:pPr>
      <w:spacing w:after="200" w:line="276" w:lineRule="auto"/>
    </w:pPr>
  </w:style>
  <w:style w:type="paragraph" w:customStyle="1" w:styleId="253498E8C83042419E9074A905DF2FF33">
    <w:name w:val="253498E8C83042419E9074A905DF2FF33"/>
    <w:rsid w:val="00CE1639"/>
    <w:pPr>
      <w:spacing w:after="200" w:line="276" w:lineRule="auto"/>
    </w:pPr>
  </w:style>
  <w:style w:type="paragraph" w:customStyle="1" w:styleId="B335631F27294A2F99F52B5BA6B3BC5F3">
    <w:name w:val="B335631F27294A2F99F52B5BA6B3BC5F3"/>
    <w:rsid w:val="00CE1639"/>
    <w:pPr>
      <w:spacing w:after="200" w:line="276" w:lineRule="auto"/>
    </w:pPr>
  </w:style>
  <w:style w:type="paragraph" w:customStyle="1" w:styleId="A1A08283464344D8AF486D9B5CC2BAAB3">
    <w:name w:val="A1A08283464344D8AF486D9B5CC2BAAB3"/>
    <w:rsid w:val="00CE1639"/>
    <w:pPr>
      <w:spacing w:after="200" w:line="276" w:lineRule="auto"/>
    </w:pPr>
  </w:style>
  <w:style w:type="paragraph" w:customStyle="1" w:styleId="D81BF0E6FE3442039BABDC66670FFF0D3">
    <w:name w:val="D81BF0E6FE3442039BABDC66670FFF0D3"/>
    <w:rsid w:val="00CE1639"/>
    <w:pPr>
      <w:spacing w:after="200" w:line="276" w:lineRule="auto"/>
    </w:pPr>
  </w:style>
  <w:style w:type="paragraph" w:customStyle="1" w:styleId="D68A08BEDA9045CBBA0AA59C080ACB563">
    <w:name w:val="D68A08BEDA9045CBBA0AA59C080ACB563"/>
    <w:rsid w:val="00CE1639"/>
    <w:pPr>
      <w:spacing w:after="200" w:line="276" w:lineRule="auto"/>
    </w:pPr>
  </w:style>
  <w:style w:type="paragraph" w:customStyle="1" w:styleId="553F8DCD51A145FDA48DA2C3DDFA72F93">
    <w:name w:val="553F8DCD51A145FDA48DA2C3DDFA72F93"/>
    <w:rsid w:val="00CE1639"/>
    <w:pPr>
      <w:spacing w:after="200" w:line="276" w:lineRule="auto"/>
    </w:pPr>
  </w:style>
  <w:style w:type="paragraph" w:customStyle="1" w:styleId="B052F45FD5E44EB991A067077EAA23EC3">
    <w:name w:val="B052F45FD5E44EB991A067077EAA23EC3"/>
    <w:rsid w:val="00CE1639"/>
    <w:pPr>
      <w:spacing w:after="200" w:line="276" w:lineRule="auto"/>
    </w:pPr>
  </w:style>
  <w:style w:type="paragraph" w:customStyle="1" w:styleId="6CDDEC44BCA146C7B2CF8FC91090E7343">
    <w:name w:val="6CDDEC44BCA146C7B2CF8FC91090E7343"/>
    <w:rsid w:val="00CE1639"/>
    <w:pPr>
      <w:spacing w:after="200" w:line="276" w:lineRule="auto"/>
    </w:pPr>
  </w:style>
  <w:style w:type="paragraph" w:customStyle="1" w:styleId="D59AA98BFBFE4C96AE4B0ED934DA2C103">
    <w:name w:val="D59AA98BFBFE4C96AE4B0ED934DA2C103"/>
    <w:rsid w:val="00CE1639"/>
    <w:pPr>
      <w:spacing w:after="200" w:line="276" w:lineRule="auto"/>
    </w:pPr>
  </w:style>
  <w:style w:type="paragraph" w:customStyle="1" w:styleId="D0FC822CB1DB4B86AEA97D39D23B78783">
    <w:name w:val="D0FC822CB1DB4B86AEA97D39D23B78783"/>
    <w:rsid w:val="00CE1639"/>
    <w:pPr>
      <w:spacing w:after="200" w:line="276" w:lineRule="auto"/>
    </w:pPr>
  </w:style>
  <w:style w:type="paragraph" w:customStyle="1" w:styleId="40409FEADE30440DB9E89C1E4539BEF13">
    <w:name w:val="40409FEADE30440DB9E89C1E4539BEF13"/>
    <w:rsid w:val="00CE1639"/>
    <w:pPr>
      <w:spacing w:after="200" w:line="276" w:lineRule="auto"/>
    </w:pPr>
  </w:style>
  <w:style w:type="paragraph" w:customStyle="1" w:styleId="61C9730EC8034A00BD93CAF9C89F30D53">
    <w:name w:val="61C9730EC8034A00BD93CAF9C89F30D53"/>
    <w:rsid w:val="00CE1639"/>
    <w:pPr>
      <w:spacing w:after="200" w:line="276" w:lineRule="auto"/>
    </w:pPr>
  </w:style>
  <w:style w:type="paragraph" w:customStyle="1" w:styleId="FB2C3228D9CA4012A42FEC8D8CA498473">
    <w:name w:val="FB2C3228D9CA4012A42FEC8D8CA498473"/>
    <w:rsid w:val="00CE1639"/>
    <w:pPr>
      <w:spacing w:after="200" w:line="276" w:lineRule="auto"/>
    </w:pPr>
  </w:style>
  <w:style w:type="paragraph" w:customStyle="1" w:styleId="C9EF37C4E9ED42F0AE51C3FB807AC8943">
    <w:name w:val="C9EF37C4E9ED42F0AE51C3FB807AC8943"/>
    <w:rsid w:val="00CE1639"/>
    <w:pPr>
      <w:spacing w:after="200" w:line="276" w:lineRule="auto"/>
    </w:pPr>
  </w:style>
  <w:style w:type="paragraph" w:customStyle="1" w:styleId="6955F58B115C425FBC6B147D47E95D853">
    <w:name w:val="6955F58B115C425FBC6B147D47E95D853"/>
    <w:rsid w:val="00CE1639"/>
    <w:pPr>
      <w:spacing w:after="200" w:line="276" w:lineRule="auto"/>
    </w:pPr>
  </w:style>
  <w:style w:type="paragraph" w:customStyle="1" w:styleId="C592AA76BE1A4F6FAEA18B80AA9EEAA93">
    <w:name w:val="C592AA76BE1A4F6FAEA18B80AA9EEAA93"/>
    <w:rsid w:val="00CE1639"/>
    <w:pPr>
      <w:spacing w:after="200" w:line="276" w:lineRule="auto"/>
    </w:pPr>
  </w:style>
  <w:style w:type="paragraph" w:customStyle="1" w:styleId="4458E34E141B466580BFD839F14E0A2A3">
    <w:name w:val="4458E34E141B466580BFD839F14E0A2A3"/>
    <w:rsid w:val="00CE1639"/>
    <w:pPr>
      <w:spacing w:after="200" w:line="276" w:lineRule="auto"/>
    </w:pPr>
  </w:style>
  <w:style w:type="paragraph" w:customStyle="1" w:styleId="8627827531E94CB39B2066CA30DE3B591">
    <w:name w:val="8627827531E94CB39B2066CA30DE3B591"/>
    <w:rsid w:val="00CE1639"/>
    <w:pPr>
      <w:spacing w:after="200" w:line="276" w:lineRule="auto"/>
    </w:pPr>
  </w:style>
  <w:style w:type="paragraph" w:customStyle="1" w:styleId="D297C25EDD7E4D8F98833A11C0CB12603">
    <w:name w:val="D297C25EDD7E4D8F98833A11C0CB12603"/>
    <w:rsid w:val="00CE1639"/>
    <w:pPr>
      <w:spacing w:after="200" w:line="276" w:lineRule="auto"/>
    </w:pPr>
  </w:style>
  <w:style w:type="paragraph" w:customStyle="1" w:styleId="D2E5A85F0A424B10BE1CDB9EDA0E0C913">
    <w:name w:val="D2E5A85F0A424B10BE1CDB9EDA0E0C913"/>
    <w:rsid w:val="00CE1639"/>
    <w:pPr>
      <w:spacing w:after="200" w:line="276" w:lineRule="auto"/>
    </w:pPr>
  </w:style>
  <w:style w:type="paragraph" w:customStyle="1" w:styleId="DF0772169B014E5E9AE4C275CF01A3343">
    <w:name w:val="DF0772169B014E5E9AE4C275CF01A3343"/>
    <w:rsid w:val="00CE1639"/>
    <w:pPr>
      <w:spacing w:after="200" w:line="276" w:lineRule="auto"/>
    </w:pPr>
  </w:style>
  <w:style w:type="paragraph" w:customStyle="1" w:styleId="181C92DA7C7B49958724C06101400AA13">
    <w:name w:val="181C92DA7C7B49958724C06101400AA13"/>
    <w:rsid w:val="00CE1639"/>
    <w:pPr>
      <w:spacing w:after="200" w:line="276" w:lineRule="auto"/>
    </w:pPr>
  </w:style>
  <w:style w:type="paragraph" w:customStyle="1" w:styleId="068FBAC861654951A787BB80FCF572743">
    <w:name w:val="068FBAC861654951A787BB80FCF572743"/>
    <w:rsid w:val="00CE1639"/>
    <w:pPr>
      <w:spacing w:after="200" w:line="276" w:lineRule="auto"/>
    </w:pPr>
  </w:style>
  <w:style w:type="paragraph" w:customStyle="1" w:styleId="BFFDB8C26A4D4D158E1FBD8FDCD8A5931">
    <w:name w:val="BFFDB8C26A4D4D158E1FBD8FDCD8A5931"/>
    <w:rsid w:val="00CE1639"/>
    <w:pPr>
      <w:spacing w:after="200" w:line="276" w:lineRule="auto"/>
    </w:pPr>
  </w:style>
  <w:style w:type="paragraph" w:customStyle="1" w:styleId="D1666A0D1AFC466A9B35F885BC300C2A3">
    <w:name w:val="D1666A0D1AFC466A9B35F885BC300C2A3"/>
    <w:rsid w:val="00CE1639"/>
    <w:pPr>
      <w:spacing w:after="200" w:line="276" w:lineRule="auto"/>
    </w:pPr>
  </w:style>
  <w:style w:type="paragraph" w:customStyle="1" w:styleId="54B32C8D6EAF461A967E203482BBED2C">
    <w:name w:val="54B32C8D6EAF461A967E203482BBED2C"/>
    <w:rsid w:val="00CE1639"/>
    <w:pPr>
      <w:spacing w:after="200" w:line="276" w:lineRule="auto"/>
    </w:pPr>
  </w:style>
  <w:style w:type="paragraph" w:customStyle="1" w:styleId="54967AD219644EFEAF40D5FDF1526A4E">
    <w:name w:val="54967AD219644EFEAF40D5FDF1526A4E"/>
    <w:rsid w:val="00CE1639"/>
    <w:pPr>
      <w:spacing w:after="200" w:line="276" w:lineRule="auto"/>
    </w:pPr>
  </w:style>
  <w:style w:type="paragraph" w:customStyle="1" w:styleId="764E7948D7C341B0AB3C69697E12B379">
    <w:name w:val="764E7948D7C341B0AB3C69697E12B379"/>
    <w:rsid w:val="00CE1639"/>
    <w:pPr>
      <w:spacing w:after="200" w:line="276" w:lineRule="auto"/>
    </w:pPr>
  </w:style>
  <w:style w:type="paragraph" w:customStyle="1" w:styleId="EF307A23E74B4B99AC1634C8EDDEEABE3">
    <w:name w:val="EF307A23E74B4B99AC1634C8EDDEEABE3"/>
    <w:rsid w:val="00CE1639"/>
    <w:pPr>
      <w:spacing w:after="200" w:line="276" w:lineRule="auto"/>
    </w:pPr>
  </w:style>
  <w:style w:type="paragraph" w:customStyle="1" w:styleId="DDE3BCC48F3141C6B0B0C54C3D9FC3843">
    <w:name w:val="DDE3BCC48F3141C6B0B0C54C3D9FC3843"/>
    <w:rsid w:val="00CE1639"/>
    <w:pPr>
      <w:spacing w:after="200" w:line="276" w:lineRule="auto"/>
    </w:pPr>
  </w:style>
  <w:style w:type="paragraph" w:customStyle="1" w:styleId="589DADF131284E5983A48F99974CFBC23">
    <w:name w:val="589DADF131284E5983A48F99974CFBC23"/>
    <w:rsid w:val="00CE1639"/>
    <w:pPr>
      <w:spacing w:after="200" w:line="276" w:lineRule="auto"/>
    </w:pPr>
  </w:style>
  <w:style w:type="paragraph" w:customStyle="1" w:styleId="C475619E64FB42ADB156EB10553125F43">
    <w:name w:val="C475619E64FB42ADB156EB10553125F43"/>
    <w:rsid w:val="00CE1639"/>
    <w:pPr>
      <w:spacing w:after="200" w:line="276" w:lineRule="auto"/>
    </w:pPr>
  </w:style>
  <w:style w:type="paragraph" w:customStyle="1" w:styleId="F197B62FCB33418F94331202AE41ACBD3">
    <w:name w:val="F197B62FCB33418F94331202AE41ACBD3"/>
    <w:rsid w:val="00CE1639"/>
    <w:pPr>
      <w:spacing w:after="200" w:line="276" w:lineRule="auto"/>
    </w:pPr>
  </w:style>
  <w:style w:type="paragraph" w:customStyle="1" w:styleId="EF990AC868FB4AEDAAAAD813799CDEFD3">
    <w:name w:val="EF990AC868FB4AEDAAAAD813799CDEFD3"/>
    <w:rsid w:val="00CE1639"/>
    <w:pPr>
      <w:spacing w:after="200" w:line="276" w:lineRule="auto"/>
    </w:pPr>
  </w:style>
  <w:style w:type="paragraph" w:customStyle="1" w:styleId="8BE12D6F4B504073B0AF26E44946139C3">
    <w:name w:val="8BE12D6F4B504073B0AF26E44946139C3"/>
    <w:rsid w:val="00CE1639"/>
    <w:pPr>
      <w:spacing w:after="200" w:line="276" w:lineRule="auto"/>
    </w:pPr>
  </w:style>
  <w:style w:type="paragraph" w:customStyle="1" w:styleId="AB93FC235CDA4BDEA236D2A64F11E3373">
    <w:name w:val="AB93FC235CDA4BDEA236D2A64F11E3373"/>
    <w:rsid w:val="00CE1639"/>
    <w:pPr>
      <w:spacing w:after="200" w:line="276" w:lineRule="auto"/>
    </w:pPr>
  </w:style>
  <w:style w:type="paragraph" w:customStyle="1" w:styleId="B7151087BFAB466C8AD489D97726FD7D3">
    <w:name w:val="B7151087BFAB466C8AD489D97726FD7D3"/>
    <w:rsid w:val="00CE1639"/>
    <w:pPr>
      <w:spacing w:after="200" w:line="276" w:lineRule="auto"/>
    </w:pPr>
  </w:style>
  <w:style w:type="paragraph" w:customStyle="1" w:styleId="DBF7A78951804D1782B70D0113FDF31B3">
    <w:name w:val="DBF7A78951804D1782B70D0113FDF31B3"/>
    <w:rsid w:val="00CE1639"/>
    <w:pPr>
      <w:spacing w:after="200" w:line="276" w:lineRule="auto"/>
    </w:pPr>
  </w:style>
  <w:style w:type="paragraph" w:customStyle="1" w:styleId="D8473262A7604010B5004F3A46A688023">
    <w:name w:val="D8473262A7604010B5004F3A46A688023"/>
    <w:rsid w:val="00CE1639"/>
    <w:pPr>
      <w:spacing w:after="200" w:line="276" w:lineRule="auto"/>
    </w:pPr>
  </w:style>
  <w:style w:type="paragraph" w:customStyle="1" w:styleId="135E59A84A724A4EA8F5D1AC8D26DED43">
    <w:name w:val="135E59A84A724A4EA8F5D1AC8D26DED43"/>
    <w:rsid w:val="00CE1639"/>
    <w:pPr>
      <w:spacing w:after="200" w:line="276" w:lineRule="auto"/>
    </w:pPr>
  </w:style>
  <w:style w:type="paragraph" w:customStyle="1" w:styleId="4B94155B3F004F50B7BEC8840B13B1613">
    <w:name w:val="4B94155B3F004F50B7BEC8840B13B1613"/>
    <w:rsid w:val="00CE1639"/>
    <w:pPr>
      <w:spacing w:after="200" w:line="276" w:lineRule="auto"/>
    </w:pPr>
  </w:style>
  <w:style w:type="paragraph" w:customStyle="1" w:styleId="41F3B94A26CB4C19850EDF85B346C6C23">
    <w:name w:val="41F3B94A26CB4C19850EDF85B346C6C23"/>
    <w:rsid w:val="00CE1639"/>
    <w:pPr>
      <w:spacing w:after="200" w:line="276" w:lineRule="auto"/>
    </w:pPr>
  </w:style>
  <w:style w:type="paragraph" w:customStyle="1" w:styleId="DFA4FCA7ADED4C4D8E96CC217C6A5D483">
    <w:name w:val="DFA4FCA7ADED4C4D8E96CC217C6A5D483"/>
    <w:rsid w:val="00CE1639"/>
    <w:pPr>
      <w:spacing w:after="200" w:line="276" w:lineRule="auto"/>
    </w:pPr>
  </w:style>
  <w:style w:type="paragraph" w:customStyle="1" w:styleId="8F21CC03DDEC41F9860887C2FD63991E3">
    <w:name w:val="8F21CC03DDEC41F9860887C2FD63991E3"/>
    <w:rsid w:val="00CE1639"/>
    <w:pPr>
      <w:spacing w:after="200" w:line="276" w:lineRule="auto"/>
    </w:pPr>
  </w:style>
  <w:style w:type="paragraph" w:customStyle="1" w:styleId="3072858C767B47C1B3EF67A7B4B58BD83">
    <w:name w:val="3072858C767B47C1B3EF67A7B4B58BD83"/>
    <w:rsid w:val="00CE1639"/>
    <w:pPr>
      <w:spacing w:after="200" w:line="276" w:lineRule="auto"/>
    </w:pPr>
  </w:style>
  <w:style w:type="paragraph" w:customStyle="1" w:styleId="0FBD0517325D4A7DA3964CB3D8DF28703">
    <w:name w:val="0FBD0517325D4A7DA3964CB3D8DF28703"/>
    <w:rsid w:val="00CE1639"/>
    <w:pPr>
      <w:spacing w:after="200" w:line="276" w:lineRule="auto"/>
    </w:pPr>
  </w:style>
  <w:style w:type="paragraph" w:customStyle="1" w:styleId="D1268C8B7C3A48258C8D2568A4782CF13">
    <w:name w:val="D1268C8B7C3A48258C8D2568A4782CF13"/>
    <w:rsid w:val="00CE1639"/>
    <w:pPr>
      <w:spacing w:after="200" w:line="276" w:lineRule="auto"/>
    </w:pPr>
  </w:style>
  <w:style w:type="paragraph" w:customStyle="1" w:styleId="2B7C429AEFC14AB8B007B5D458D0F4923">
    <w:name w:val="2B7C429AEFC14AB8B007B5D458D0F4923"/>
    <w:rsid w:val="00CE1639"/>
    <w:pPr>
      <w:spacing w:after="200" w:line="276" w:lineRule="auto"/>
    </w:pPr>
  </w:style>
  <w:style w:type="paragraph" w:customStyle="1" w:styleId="1D3CA07C42FC4B8198599F8B056280B23">
    <w:name w:val="1D3CA07C42FC4B8198599F8B056280B23"/>
    <w:rsid w:val="00CE1639"/>
    <w:pPr>
      <w:spacing w:after="200" w:line="276" w:lineRule="auto"/>
    </w:pPr>
  </w:style>
  <w:style w:type="paragraph" w:customStyle="1" w:styleId="56100998329F4BCE95470721349527013">
    <w:name w:val="56100998329F4BCE95470721349527013"/>
    <w:rsid w:val="00CE1639"/>
    <w:pPr>
      <w:spacing w:after="200" w:line="276" w:lineRule="auto"/>
    </w:pPr>
  </w:style>
  <w:style w:type="paragraph" w:customStyle="1" w:styleId="D61A5368856246FC8013BB8A67D0B8CA3">
    <w:name w:val="D61A5368856246FC8013BB8A67D0B8CA3"/>
    <w:rsid w:val="00CE1639"/>
    <w:pPr>
      <w:spacing w:after="200" w:line="276" w:lineRule="auto"/>
    </w:pPr>
  </w:style>
  <w:style w:type="paragraph" w:customStyle="1" w:styleId="7D01726AED6B4F74960CB8162977AFF63">
    <w:name w:val="7D01726AED6B4F74960CB8162977AFF63"/>
    <w:rsid w:val="00CE1639"/>
    <w:pPr>
      <w:spacing w:after="200" w:line="276" w:lineRule="auto"/>
    </w:pPr>
  </w:style>
  <w:style w:type="paragraph" w:customStyle="1" w:styleId="C611DE52FBB846B2A106988CAECCF6DF3">
    <w:name w:val="C611DE52FBB846B2A106988CAECCF6DF3"/>
    <w:rsid w:val="00CE1639"/>
    <w:pPr>
      <w:spacing w:after="200" w:line="276" w:lineRule="auto"/>
    </w:pPr>
  </w:style>
  <w:style w:type="paragraph" w:customStyle="1" w:styleId="1F1D19BA9FF047A4BD96C992602EB9983">
    <w:name w:val="1F1D19BA9FF047A4BD96C992602EB9983"/>
    <w:rsid w:val="00CE1639"/>
    <w:pPr>
      <w:spacing w:after="200" w:line="276" w:lineRule="auto"/>
    </w:pPr>
  </w:style>
  <w:style w:type="paragraph" w:customStyle="1" w:styleId="CE0FCFBFFAAF4DE2B5C4F42E145586DE3">
    <w:name w:val="CE0FCFBFFAAF4DE2B5C4F42E145586DE3"/>
    <w:rsid w:val="00CE1639"/>
    <w:pPr>
      <w:spacing w:after="200" w:line="276" w:lineRule="auto"/>
    </w:pPr>
  </w:style>
  <w:style w:type="paragraph" w:customStyle="1" w:styleId="215A6D4D5B954E7AAC611F67939865213">
    <w:name w:val="215A6D4D5B954E7AAC611F67939865213"/>
    <w:rsid w:val="00CE1639"/>
    <w:pPr>
      <w:spacing w:after="200" w:line="276" w:lineRule="auto"/>
    </w:pPr>
  </w:style>
  <w:style w:type="paragraph" w:customStyle="1" w:styleId="FCEFDF7BD9434FF5932709F202CFA2433">
    <w:name w:val="FCEFDF7BD9434FF5932709F202CFA2433"/>
    <w:rsid w:val="00CE1639"/>
    <w:pPr>
      <w:spacing w:after="200" w:line="276" w:lineRule="auto"/>
    </w:pPr>
  </w:style>
  <w:style w:type="paragraph" w:customStyle="1" w:styleId="6C201FBAD7D84CC88CE9343C9463A4B33">
    <w:name w:val="6C201FBAD7D84CC88CE9343C9463A4B33"/>
    <w:rsid w:val="00CE1639"/>
    <w:pPr>
      <w:spacing w:after="200" w:line="276" w:lineRule="auto"/>
    </w:pPr>
  </w:style>
  <w:style w:type="paragraph" w:customStyle="1" w:styleId="D7C6D8CC0FC148FC943EE5E4E17825B93">
    <w:name w:val="D7C6D8CC0FC148FC943EE5E4E17825B93"/>
    <w:rsid w:val="00CE1639"/>
    <w:pPr>
      <w:spacing w:after="200" w:line="276" w:lineRule="auto"/>
    </w:pPr>
  </w:style>
  <w:style w:type="paragraph" w:customStyle="1" w:styleId="967EF32F25CA460EAB71DB47682F3E543">
    <w:name w:val="967EF32F25CA460EAB71DB47682F3E543"/>
    <w:rsid w:val="00CE1639"/>
    <w:pPr>
      <w:spacing w:after="200" w:line="276" w:lineRule="auto"/>
    </w:pPr>
  </w:style>
  <w:style w:type="paragraph" w:customStyle="1" w:styleId="A4DEF7C704DB40B293B19540CA95C2D63">
    <w:name w:val="A4DEF7C704DB40B293B19540CA95C2D63"/>
    <w:rsid w:val="00CE1639"/>
    <w:pPr>
      <w:spacing w:after="200" w:line="276" w:lineRule="auto"/>
    </w:pPr>
  </w:style>
  <w:style w:type="paragraph" w:customStyle="1" w:styleId="3A7D4BE569314F89B35517255A4CDE083">
    <w:name w:val="3A7D4BE569314F89B35517255A4CDE083"/>
    <w:rsid w:val="00CE1639"/>
    <w:pPr>
      <w:spacing w:after="200" w:line="276" w:lineRule="auto"/>
    </w:pPr>
  </w:style>
  <w:style w:type="paragraph" w:customStyle="1" w:styleId="2C70F9A7A51444D1B688F72229E15FCC3">
    <w:name w:val="2C70F9A7A51444D1B688F72229E15FCC3"/>
    <w:rsid w:val="00CE1639"/>
    <w:pPr>
      <w:spacing w:after="200" w:line="276" w:lineRule="auto"/>
    </w:pPr>
  </w:style>
  <w:style w:type="paragraph" w:customStyle="1" w:styleId="A56D23639BD74F5E9D7AB38C08498EE53">
    <w:name w:val="A56D23639BD74F5E9D7AB38C08498EE53"/>
    <w:rsid w:val="00CE1639"/>
    <w:pPr>
      <w:spacing w:after="200" w:line="276" w:lineRule="auto"/>
    </w:pPr>
  </w:style>
  <w:style w:type="paragraph" w:customStyle="1" w:styleId="614E9421971C49519DEA7CCB69C1C2B13">
    <w:name w:val="614E9421971C49519DEA7CCB69C1C2B13"/>
    <w:rsid w:val="00CE1639"/>
    <w:pPr>
      <w:spacing w:after="200" w:line="276" w:lineRule="auto"/>
    </w:pPr>
  </w:style>
  <w:style w:type="paragraph" w:customStyle="1" w:styleId="A1981FA7FE334163A3A8250D7633F69C3">
    <w:name w:val="A1981FA7FE334163A3A8250D7633F69C3"/>
    <w:rsid w:val="00CE1639"/>
    <w:pPr>
      <w:spacing w:after="200" w:line="276" w:lineRule="auto"/>
    </w:pPr>
  </w:style>
  <w:style w:type="paragraph" w:customStyle="1" w:styleId="F3CAC262247A498DAC350839197DB9C03">
    <w:name w:val="F3CAC262247A498DAC350839197DB9C03"/>
    <w:rsid w:val="00CE1639"/>
    <w:pPr>
      <w:spacing w:after="200" w:line="276" w:lineRule="auto"/>
    </w:pPr>
  </w:style>
  <w:style w:type="paragraph" w:customStyle="1" w:styleId="D0C56321844D43B0A940F9C270691EA93">
    <w:name w:val="D0C56321844D43B0A940F9C270691EA93"/>
    <w:rsid w:val="00CE1639"/>
    <w:pPr>
      <w:spacing w:after="200" w:line="276" w:lineRule="auto"/>
    </w:pPr>
  </w:style>
  <w:style w:type="paragraph" w:customStyle="1" w:styleId="9AEAA8A00F984FD5847384CF8071FCCB6">
    <w:name w:val="9AEAA8A00F984FD5847384CF8071FCCB6"/>
    <w:rsid w:val="00CE1639"/>
    <w:pPr>
      <w:spacing w:after="200" w:line="276" w:lineRule="auto"/>
    </w:pPr>
  </w:style>
  <w:style w:type="paragraph" w:customStyle="1" w:styleId="4ECD2E2A723443D8A94A3611D7AEE62D1">
    <w:name w:val="4ECD2E2A723443D8A94A3611D7AEE62D1"/>
    <w:rsid w:val="00CE1639"/>
    <w:pPr>
      <w:spacing w:after="200" w:line="276" w:lineRule="auto"/>
    </w:pPr>
  </w:style>
  <w:style w:type="paragraph" w:customStyle="1" w:styleId="9FED240ED8DB493AB11F00E518F2C7606">
    <w:name w:val="9FED240ED8DB493AB11F00E518F2C7606"/>
    <w:rsid w:val="00CE1639"/>
    <w:pPr>
      <w:spacing w:after="200" w:line="276" w:lineRule="auto"/>
    </w:pPr>
  </w:style>
  <w:style w:type="paragraph" w:customStyle="1" w:styleId="D98A882CE73A40798FBE6124278820936">
    <w:name w:val="D98A882CE73A40798FBE6124278820936"/>
    <w:rsid w:val="00CE1639"/>
    <w:pPr>
      <w:spacing w:after="200" w:line="276" w:lineRule="auto"/>
    </w:pPr>
  </w:style>
  <w:style w:type="paragraph" w:customStyle="1" w:styleId="C63AB792D8704E34A72EB2DDDCE53CD46">
    <w:name w:val="C63AB792D8704E34A72EB2DDDCE53CD46"/>
    <w:rsid w:val="00CE1639"/>
    <w:pPr>
      <w:spacing w:after="200" w:line="276" w:lineRule="auto"/>
    </w:pPr>
  </w:style>
  <w:style w:type="paragraph" w:customStyle="1" w:styleId="8325075121064DAAAEF164CED23B2A926">
    <w:name w:val="8325075121064DAAAEF164CED23B2A926"/>
    <w:rsid w:val="00CE1639"/>
    <w:pPr>
      <w:spacing w:after="200" w:line="276" w:lineRule="auto"/>
    </w:pPr>
  </w:style>
  <w:style w:type="paragraph" w:customStyle="1" w:styleId="F6F583F428324ED7B7212D51DE6729586">
    <w:name w:val="F6F583F428324ED7B7212D51DE6729586"/>
    <w:rsid w:val="00CE1639"/>
    <w:pPr>
      <w:spacing w:after="200" w:line="276" w:lineRule="auto"/>
    </w:pPr>
  </w:style>
  <w:style w:type="paragraph" w:customStyle="1" w:styleId="96A4351A239147228C2BFBF424DB1B675">
    <w:name w:val="96A4351A239147228C2BFBF424DB1B675"/>
    <w:rsid w:val="00CE1639"/>
    <w:pPr>
      <w:spacing w:after="200" w:line="276" w:lineRule="auto"/>
    </w:pPr>
  </w:style>
  <w:style w:type="paragraph" w:customStyle="1" w:styleId="B9A48EF9F3354B43B596B1EBC93E0E4E6">
    <w:name w:val="B9A48EF9F3354B43B596B1EBC93E0E4E6"/>
    <w:rsid w:val="00CE1639"/>
    <w:pPr>
      <w:spacing w:after="200" w:line="276" w:lineRule="auto"/>
    </w:pPr>
  </w:style>
  <w:style w:type="paragraph" w:customStyle="1" w:styleId="787A2DCDAB554E0EA58B0872C6E388996">
    <w:name w:val="787A2DCDAB554E0EA58B0872C6E388996"/>
    <w:rsid w:val="00CE1639"/>
    <w:pPr>
      <w:spacing w:after="200" w:line="276" w:lineRule="auto"/>
    </w:pPr>
  </w:style>
  <w:style w:type="paragraph" w:customStyle="1" w:styleId="F3110C8EF21E4CA89159D23FFD1392916">
    <w:name w:val="F3110C8EF21E4CA89159D23FFD1392916"/>
    <w:rsid w:val="00CE1639"/>
    <w:pPr>
      <w:spacing w:after="200" w:line="276" w:lineRule="auto"/>
    </w:pPr>
  </w:style>
  <w:style w:type="paragraph" w:customStyle="1" w:styleId="10BA430DF3F042408257D556DDA650E96">
    <w:name w:val="10BA430DF3F042408257D556DDA650E96"/>
    <w:rsid w:val="00CE1639"/>
    <w:pPr>
      <w:spacing w:after="200" w:line="276" w:lineRule="auto"/>
    </w:pPr>
  </w:style>
  <w:style w:type="paragraph" w:customStyle="1" w:styleId="28F6434D1F46457CB9A6E4A1A5BCEB466">
    <w:name w:val="28F6434D1F46457CB9A6E4A1A5BCEB466"/>
    <w:rsid w:val="00CE1639"/>
    <w:pPr>
      <w:spacing w:after="200" w:line="276" w:lineRule="auto"/>
    </w:pPr>
  </w:style>
  <w:style w:type="paragraph" w:customStyle="1" w:styleId="A4571C136C534AE09F94136F9C2E28936">
    <w:name w:val="A4571C136C534AE09F94136F9C2E28936"/>
    <w:rsid w:val="00CE1639"/>
    <w:pPr>
      <w:spacing w:after="200" w:line="276" w:lineRule="auto"/>
    </w:pPr>
  </w:style>
  <w:style w:type="paragraph" w:customStyle="1" w:styleId="32E44D96ADBC4BD0AF4E12DA5F70D3876">
    <w:name w:val="32E44D96ADBC4BD0AF4E12DA5F70D3876"/>
    <w:rsid w:val="00CE1639"/>
    <w:pPr>
      <w:spacing w:after="200" w:line="276" w:lineRule="auto"/>
    </w:pPr>
  </w:style>
  <w:style w:type="paragraph" w:customStyle="1" w:styleId="DACDF91E0E714B2E85D8C6CF3F3786FA6">
    <w:name w:val="DACDF91E0E714B2E85D8C6CF3F3786FA6"/>
    <w:rsid w:val="00CE1639"/>
    <w:pPr>
      <w:spacing w:after="200" w:line="276" w:lineRule="auto"/>
    </w:pPr>
  </w:style>
  <w:style w:type="paragraph" w:customStyle="1" w:styleId="4F891DA38BB04C7D80A1B2F6AF074ED16">
    <w:name w:val="4F891DA38BB04C7D80A1B2F6AF074ED16"/>
    <w:rsid w:val="00CE1639"/>
    <w:pPr>
      <w:spacing w:after="200" w:line="276" w:lineRule="auto"/>
    </w:pPr>
  </w:style>
  <w:style w:type="paragraph" w:customStyle="1" w:styleId="1D699CF0F0B8413BB79800EA3A63640D6">
    <w:name w:val="1D699CF0F0B8413BB79800EA3A63640D6"/>
    <w:rsid w:val="00CE1639"/>
    <w:pPr>
      <w:spacing w:after="200" w:line="276" w:lineRule="auto"/>
    </w:pPr>
  </w:style>
  <w:style w:type="paragraph" w:customStyle="1" w:styleId="A89EBA4095394ECE9127A0D7541173626">
    <w:name w:val="A89EBA4095394ECE9127A0D7541173626"/>
    <w:rsid w:val="00CE1639"/>
    <w:pPr>
      <w:spacing w:after="200" w:line="276" w:lineRule="auto"/>
    </w:pPr>
  </w:style>
  <w:style w:type="paragraph" w:customStyle="1" w:styleId="02153F2E9C414A6DB0981FFEC04CEECB6">
    <w:name w:val="02153F2E9C414A6DB0981FFEC04CEECB6"/>
    <w:rsid w:val="00CE1639"/>
    <w:pPr>
      <w:spacing w:after="200" w:line="276" w:lineRule="auto"/>
    </w:pPr>
  </w:style>
  <w:style w:type="paragraph" w:customStyle="1" w:styleId="821C01A538084D388305832953239DE36">
    <w:name w:val="821C01A538084D388305832953239DE36"/>
    <w:rsid w:val="00CE1639"/>
    <w:pPr>
      <w:spacing w:after="200" w:line="276" w:lineRule="auto"/>
    </w:pPr>
  </w:style>
  <w:style w:type="paragraph" w:customStyle="1" w:styleId="73EAD8219240427C807E16F8204FC8626">
    <w:name w:val="73EAD8219240427C807E16F8204FC8626"/>
    <w:rsid w:val="00CE1639"/>
    <w:pPr>
      <w:spacing w:after="200" w:line="276" w:lineRule="auto"/>
    </w:pPr>
  </w:style>
  <w:style w:type="paragraph" w:customStyle="1" w:styleId="E645CA21AC1C4AE89A74AB03DA98B7D26">
    <w:name w:val="E645CA21AC1C4AE89A74AB03DA98B7D26"/>
    <w:rsid w:val="00CE1639"/>
    <w:pPr>
      <w:spacing w:after="200" w:line="276" w:lineRule="auto"/>
    </w:pPr>
  </w:style>
  <w:style w:type="paragraph" w:customStyle="1" w:styleId="A324FD0689704622BAFCBADCED7AF21B6">
    <w:name w:val="A324FD0689704622BAFCBADCED7AF21B6"/>
    <w:rsid w:val="00CE1639"/>
    <w:pPr>
      <w:spacing w:after="200" w:line="276" w:lineRule="auto"/>
    </w:pPr>
  </w:style>
  <w:style w:type="paragraph" w:customStyle="1" w:styleId="154C2915D20B48869CF43F5F5D5FD5ED6">
    <w:name w:val="154C2915D20B48869CF43F5F5D5FD5ED6"/>
    <w:rsid w:val="00CE1639"/>
    <w:pPr>
      <w:spacing w:after="200" w:line="276" w:lineRule="auto"/>
    </w:pPr>
  </w:style>
  <w:style w:type="paragraph" w:customStyle="1" w:styleId="DAB8F682586D403ABEA919117D04ABCE6">
    <w:name w:val="DAB8F682586D403ABEA919117D04ABCE6"/>
    <w:rsid w:val="00CE1639"/>
    <w:pPr>
      <w:spacing w:after="200" w:line="276" w:lineRule="auto"/>
    </w:pPr>
  </w:style>
  <w:style w:type="paragraph" w:customStyle="1" w:styleId="F9A7C6BE2684490185F5FA589C6266F06">
    <w:name w:val="F9A7C6BE2684490185F5FA589C6266F06"/>
    <w:rsid w:val="00CE1639"/>
    <w:pPr>
      <w:spacing w:after="200" w:line="276" w:lineRule="auto"/>
    </w:pPr>
  </w:style>
  <w:style w:type="paragraph" w:customStyle="1" w:styleId="A1AA6F3CBE344494B5216E38E3B2B08F6">
    <w:name w:val="A1AA6F3CBE344494B5216E38E3B2B08F6"/>
    <w:rsid w:val="00CE1639"/>
    <w:pPr>
      <w:spacing w:after="200" w:line="276" w:lineRule="auto"/>
    </w:pPr>
  </w:style>
  <w:style w:type="paragraph" w:customStyle="1" w:styleId="CB016D15FE4846CC90F79D77ED7635056">
    <w:name w:val="CB016D15FE4846CC90F79D77ED7635056"/>
    <w:rsid w:val="00CE1639"/>
    <w:pPr>
      <w:spacing w:after="200" w:line="276" w:lineRule="auto"/>
    </w:pPr>
  </w:style>
  <w:style w:type="paragraph" w:customStyle="1" w:styleId="B9E4E539693B4280BB061C114AB9D24C6">
    <w:name w:val="B9E4E539693B4280BB061C114AB9D24C6"/>
    <w:rsid w:val="00CE1639"/>
    <w:pPr>
      <w:spacing w:after="200" w:line="276" w:lineRule="auto"/>
    </w:pPr>
  </w:style>
  <w:style w:type="paragraph" w:customStyle="1" w:styleId="185ADE67D8A4414B97D8694CF3C84BDC6">
    <w:name w:val="185ADE67D8A4414B97D8694CF3C84BDC6"/>
    <w:rsid w:val="00CE1639"/>
    <w:pPr>
      <w:spacing w:after="200" w:line="276" w:lineRule="auto"/>
    </w:pPr>
  </w:style>
  <w:style w:type="paragraph" w:customStyle="1" w:styleId="9BB06A0F134444FBB21AC941E54A39506">
    <w:name w:val="9BB06A0F134444FBB21AC941E54A39506"/>
    <w:rsid w:val="00CE1639"/>
    <w:pPr>
      <w:spacing w:after="200" w:line="276" w:lineRule="auto"/>
    </w:pPr>
  </w:style>
  <w:style w:type="paragraph" w:customStyle="1" w:styleId="108EE6F41228478492A8967852BC5E246">
    <w:name w:val="108EE6F41228478492A8967852BC5E246"/>
    <w:rsid w:val="00CE1639"/>
    <w:pPr>
      <w:spacing w:after="200" w:line="276" w:lineRule="auto"/>
    </w:pPr>
  </w:style>
  <w:style w:type="paragraph" w:customStyle="1" w:styleId="5273657B97D2404BBE9250ECD4187CC96">
    <w:name w:val="5273657B97D2404BBE9250ECD4187CC96"/>
    <w:rsid w:val="00CE1639"/>
    <w:pPr>
      <w:spacing w:after="200" w:line="276" w:lineRule="auto"/>
    </w:pPr>
  </w:style>
  <w:style w:type="paragraph" w:customStyle="1" w:styleId="A567BB517F1E4BF785FF66C1E7792A176">
    <w:name w:val="A567BB517F1E4BF785FF66C1E7792A176"/>
    <w:rsid w:val="00CE1639"/>
    <w:pPr>
      <w:spacing w:after="200" w:line="276" w:lineRule="auto"/>
    </w:pPr>
  </w:style>
  <w:style w:type="paragraph" w:customStyle="1" w:styleId="03C66FBF284A4175820230CCE36F2C8D6">
    <w:name w:val="03C66FBF284A4175820230CCE36F2C8D6"/>
    <w:rsid w:val="00CE1639"/>
    <w:pPr>
      <w:spacing w:after="200" w:line="276" w:lineRule="auto"/>
    </w:pPr>
  </w:style>
  <w:style w:type="paragraph" w:customStyle="1" w:styleId="31DF177FAF0347BB95CF91D2AB7D78C26">
    <w:name w:val="31DF177FAF0347BB95CF91D2AB7D78C26"/>
    <w:rsid w:val="00CE1639"/>
    <w:pPr>
      <w:spacing w:after="200" w:line="276" w:lineRule="auto"/>
    </w:pPr>
  </w:style>
  <w:style w:type="paragraph" w:customStyle="1" w:styleId="A332782B1F074770A5812841CCE9CC796">
    <w:name w:val="A332782B1F074770A5812841CCE9CC796"/>
    <w:rsid w:val="00CE1639"/>
    <w:pPr>
      <w:spacing w:after="200" w:line="276" w:lineRule="auto"/>
    </w:pPr>
  </w:style>
  <w:style w:type="paragraph" w:customStyle="1" w:styleId="CCE3552D061842C2967B081509A382E66">
    <w:name w:val="CCE3552D061842C2967B081509A382E66"/>
    <w:rsid w:val="00CE1639"/>
    <w:pPr>
      <w:spacing w:after="200" w:line="276" w:lineRule="auto"/>
    </w:pPr>
  </w:style>
  <w:style w:type="paragraph" w:customStyle="1" w:styleId="71A6A65BE0E9451EA4056DF5A0B215DB6">
    <w:name w:val="71A6A65BE0E9451EA4056DF5A0B215DB6"/>
    <w:rsid w:val="00CE1639"/>
    <w:pPr>
      <w:spacing w:after="200" w:line="276" w:lineRule="auto"/>
    </w:pPr>
  </w:style>
  <w:style w:type="paragraph" w:customStyle="1" w:styleId="98B2F9320AEF41379C884803AE0645AD6">
    <w:name w:val="98B2F9320AEF41379C884803AE0645AD6"/>
    <w:rsid w:val="00CE1639"/>
    <w:pPr>
      <w:spacing w:after="200" w:line="276" w:lineRule="auto"/>
    </w:pPr>
  </w:style>
  <w:style w:type="paragraph" w:customStyle="1" w:styleId="03B8FB460BB74860B6F0861A9BA954816">
    <w:name w:val="03B8FB460BB74860B6F0861A9BA954816"/>
    <w:rsid w:val="00CE1639"/>
    <w:pPr>
      <w:spacing w:after="200" w:line="276" w:lineRule="auto"/>
    </w:pPr>
  </w:style>
  <w:style w:type="paragraph" w:customStyle="1" w:styleId="365838D059914B72927A6B00C803FA485">
    <w:name w:val="365838D059914B72927A6B00C803FA485"/>
    <w:rsid w:val="00CE1639"/>
    <w:pPr>
      <w:spacing w:after="200" w:line="276" w:lineRule="auto"/>
    </w:pPr>
  </w:style>
  <w:style w:type="paragraph" w:customStyle="1" w:styleId="AB99E45E070E48929C869409C17287F95">
    <w:name w:val="AB99E45E070E48929C869409C17287F95"/>
    <w:rsid w:val="00CE1639"/>
    <w:pPr>
      <w:spacing w:after="200" w:line="276" w:lineRule="auto"/>
    </w:pPr>
  </w:style>
  <w:style w:type="paragraph" w:customStyle="1" w:styleId="085B87EF72544ABF8A2B748AE680300B5">
    <w:name w:val="085B87EF72544ABF8A2B748AE680300B5"/>
    <w:rsid w:val="00CE1639"/>
    <w:pPr>
      <w:spacing w:after="200" w:line="276" w:lineRule="auto"/>
    </w:pPr>
  </w:style>
  <w:style w:type="paragraph" w:customStyle="1" w:styleId="6648927EC89C40A2A6FB356A7AD7B48B5">
    <w:name w:val="6648927EC89C40A2A6FB356A7AD7B48B5"/>
    <w:rsid w:val="00CE1639"/>
    <w:pPr>
      <w:spacing w:after="200" w:line="276" w:lineRule="auto"/>
    </w:pPr>
  </w:style>
  <w:style w:type="paragraph" w:customStyle="1" w:styleId="3C8034A52A2D47C594AE99BBF21804D75">
    <w:name w:val="3C8034A52A2D47C594AE99BBF21804D75"/>
    <w:rsid w:val="00CE1639"/>
    <w:pPr>
      <w:spacing w:after="200" w:line="276" w:lineRule="auto"/>
    </w:pPr>
  </w:style>
  <w:style w:type="paragraph" w:customStyle="1" w:styleId="15B474D5CF204A1D84FDC03506B78CC05">
    <w:name w:val="15B474D5CF204A1D84FDC03506B78CC05"/>
    <w:rsid w:val="00CE1639"/>
    <w:pPr>
      <w:spacing w:after="200" w:line="276" w:lineRule="auto"/>
    </w:pPr>
  </w:style>
  <w:style w:type="paragraph" w:customStyle="1" w:styleId="86BE4C6528484093B462CCAC093FB7CE5">
    <w:name w:val="86BE4C6528484093B462CCAC093FB7CE5"/>
    <w:rsid w:val="00CE1639"/>
    <w:pPr>
      <w:spacing w:after="200" w:line="276" w:lineRule="auto"/>
    </w:pPr>
  </w:style>
  <w:style w:type="paragraph" w:customStyle="1" w:styleId="7A01521791F74460BDB3F581458F3A5A5">
    <w:name w:val="7A01521791F74460BDB3F581458F3A5A5"/>
    <w:rsid w:val="00CE1639"/>
    <w:pPr>
      <w:spacing w:after="200" w:line="276" w:lineRule="auto"/>
    </w:pPr>
  </w:style>
  <w:style w:type="paragraph" w:customStyle="1" w:styleId="81835CB1501A42C38BE02BEA9659E5725">
    <w:name w:val="81835CB1501A42C38BE02BEA9659E5725"/>
    <w:rsid w:val="00CE1639"/>
    <w:pPr>
      <w:spacing w:after="200" w:line="276" w:lineRule="auto"/>
    </w:pPr>
  </w:style>
  <w:style w:type="paragraph" w:customStyle="1" w:styleId="3FF8856B62A84265A5C84529C3C5D9625">
    <w:name w:val="3FF8856B62A84265A5C84529C3C5D9625"/>
    <w:rsid w:val="00CE1639"/>
    <w:pPr>
      <w:spacing w:after="200" w:line="276" w:lineRule="auto"/>
    </w:pPr>
  </w:style>
  <w:style w:type="paragraph" w:customStyle="1" w:styleId="38955F0542D44B0792AD27FD8AE499F15">
    <w:name w:val="38955F0542D44B0792AD27FD8AE499F15"/>
    <w:rsid w:val="00CE1639"/>
    <w:pPr>
      <w:spacing w:after="200" w:line="276" w:lineRule="auto"/>
    </w:pPr>
  </w:style>
  <w:style w:type="paragraph" w:customStyle="1" w:styleId="E5E2A85F79DA4834B7AFAFF950EE8B745">
    <w:name w:val="E5E2A85F79DA4834B7AFAFF950EE8B745"/>
    <w:rsid w:val="00CE1639"/>
    <w:pPr>
      <w:spacing w:after="200" w:line="276" w:lineRule="auto"/>
    </w:pPr>
  </w:style>
  <w:style w:type="paragraph" w:customStyle="1" w:styleId="B1E97A9144FD4775921D1B70AAF339185">
    <w:name w:val="B1E97A9144FD4775921D1B70AAF339185"/>
    <w:rsid w:val="00CE1639"/>
    <w:pPr>
      <w:spacing w:after="200" w:line="276" w:lineRule="auto"/>
    </w:pPr>
  </w:style>
  <w:style w:type="paragraph" w:customStyle="1" w:styleId="7F3933508D5C4608B34DBA7E8FFE0D605">
    <w:name w:val="7F3933508D5C4608B34DBA7E8FFE0D605"/>
    <w:rsid w:val="00CE1639"/>
    <w:pPr>
      <w:spacing w:after="200" w:line="276" w:lineRule="auto"/>
    </w:pPr>
  </w:style>
  <w:style w:type="paragraph" w:customStyle="1" w:styleId="ACBE0EFC4B5E428C871D26A9144B06505">
    <w:name w:val="ACBE0EFC4B5E428C871D26A9144B06505"/>
    <w:rsid w:val="00CE1639"/>
    <w:pPr>
      <w:spacing w:after="200" w:line="276" w:lineRule="auto"/>
    </w:pPr>
  </w:style>
  <w:style w:type="paragraph" w:customStyle="1" w:styleId="1984DE374F924E0C9BC4F99108886C9A5">
    <w:name w:val="1984DE374F924E0C9BC4F99108886C9A5"/>
    <w:rsid w:val="00CE1639"/>
    <w:pPr>
      <w:spacing w:after="200" w:line="276" w:lineRule="auto"/>
    </w:pPr>
  </w:style>
  <w:style w:type="paragraph" w:customStyle="1" w:styleId="EB375BA08DF64F1D965D0B750CA77E735">
    <w:name w:val="EB375BA08DF64F1D965D0B750CA77E735"/>
    <w:rsid w:val="00CE1639"/>
    <w:pPr>
      <w:spacing w:after="200" w:line="276" w:lineRule="auto"/>
    </w:pPr>
  </w:style>
  <w:style w:type="paragraph" w:customStyle="1" w:styleId="E6BD942427B6472CBCABA3B1EC8F8E615">
    <w:name w:val="E6BD942427B6472CBCABA3B1EC8F8E615"/>
    <w:rsid w:val="00CE1639"/>
    <w:pPr>
      <w:spacing w:after="200" w:line="276" w:lineRule="auto"/>
    </w:pPr>
  </w:style>
  <w:style w:type="paragraph" w:customStyle="1" w:styleId="6474EE482800414CBDA0B0858EC704035">
    <w:name w:val="6474EE482800414CBDA0B0858EC704035"/>
    <w:rsid w:val="00CE1639"/>
    <w:pPr>
      <w:spacing w:after="200" w:line="276" w:lineRule="auto"/>
    </w:pPr>
  </w:style>
  <w:style w:type="paragraph" w:customStyle="1" w:styleId="130EEA536A6A4B1C870DDBB247D1666F5">
    <w:name w:val="130EEA536A6A4B1C870DDBB247D1666F5"/>
    <w:rsid w:val="00CE1639"/>
    <w:pPr>
      <w:spacing w:after="200" w:line="276" w:lineRule="auto"/>
    </w:pPr>
  </w:style>
  <w:style w:type="paragraph" w:customStyle="1" w:styleId="5C3A7D73D147443AA194C06FB24994275">
    <w:name w:val="5C3A7D73D147443AA194C06FB24994275"/>
    <w:rsid w:val="00CE1639"/>
    <w:pPr>
      <w:spacing w:after="200" w:line="276" w:lineRule="auto"/>
    </w:pPr>
  </w:style>
  <w:style w:type="paragraph" w:customStyle="1" w:styleId="63F193555AD9499CB710078DC26953EF5">
    <w:name w:val="63F193555AD9499CB710078DC26953EF5"/>
    <w:rsid w:val="00CE1639"/>
    <w:pPr>
      <w:spacing w:after="200" w:line="276" w:lineRule="auto"/>
    </w:pPr>
  </w:style>
  <w:style w:type="paragraph" w:customStyle="1" w:styleId="577A7DFC1E1F40069740321DEF30D7045">
    <w:name w:val="577A7DFC1E1F40069740321DEF30D7045"/>
    <w:rsid w:val="00CE1639"/>
    <w:pPr>
      <w:spacing w:after="200" w:line="276" w:lineRule="auto"/>
    </w:pPr>
  </w:style>
  <w:style w:type="paragraph" w:customStyle="1" w:styleId="F313C84236FE4FF7AC3B18406F4AE6855">
    <w:name w:val="F313C84236FE4FF7AC3B18406F4AE6855"/>
    <w:rsid w:val="00CE1639"/>
    <w:pPr>
      <w:spacing w:after="200" w:line="276" w:lineRule="auto"/>
    </w:pPr>
  </w:style>
  <w:style w:type="paragraph" w:customStyle="1" w:styleId="BF0E036CDD4D45C3AB85A07BA2DD61635">
    <w:name w:val="BF0E036CDD4D45C3AB85A07BA2DD61635"/>
    <w:rsid w:val="00CE1639"/>
    <w:pPr>
      <w:spacing w:after="200" w:line="276" w:lineRule="auto"/>
    </w:pPr>
  </w:style>
  <w:style w:type="paragraph" w:customStyle="1" w:styleId="47669BF0FCBE406AAD1E10B9812106B45">
    <w:name w:val="47669BF0FCBE406AAD1E10B9812106B45"/>
    <w:rsid w:val="00CE1639"/>
    <w:pPr>
      <w:spacing w:after="200" w:line="276" w:lineRule="auto"/>
    </w:pPr>
  </w:style>
  <w:style w:type="paragraph" w:customStyle="1" w:styleId="DBE498F6C1F9478E9256B5C3C3B8D0FE5">
    <w:name w:val="DBE498F6C1F9478E9256B5C3C3B8D0FE5"/>
    <w:rsid w:val="00CE1639"/>
    <w:pPr>
      <w:spacing w:after="200" w:line="276" w:lineRule="auto"/>
    </w:pPr>
  </w:style>
  <w:style w:type="paragraph" w:customStyle="1" w:styleId="BDE1C10464E64A0C81164B77F9A4AA5C5">
    <w:name w:val="BDE1C10464E64A0C81164B77F9A4AA5C5"/>
    <w:rsid w:val="00CE1639"/>
    <w:pPr>
      <w:spacing w:after="200" w:line="276" w:lineRule="auto"/>
    </w:pPr>
  </w:style>
  <w:style w:type="paragraph" w:customStyle="1" w:styleId="648DBBF183FB40FAB6C79D4C05E49AA45">
    <w:name w:val="648DBBF183FB40FAB6C79D4C05E49AA45"/>
    <w:rsid w:val="00CE1639"/>
    <w:pPr>
      <w:spacing w:after="200" w:line="276" w:lineRule="auto"/>
    </w:pPr>
  </w:style>
  <w:style w:type="paragraph" w:customStyle="1" w:styleId="1C09BEC26D3548A89E225D009B56BFFB5">
    <w:name w:val="1C09BEC26D3548A89E225D009B56BFFB5"/>
    <w:rsid w:val="00CE1639"/>
    <w:pPr>
      <w:spacing w:after="200" w:line="276" w:lineRule="auto"/>
    </w:pPr>
  </w:style>
  <w:style w:type="paragraph" w:customStyle="1" w:styleId="860677CA9CD4419B8300F24B017CFBBE5">
    <w:name w:val="860677CA9CD4419B8300F24B017CFBBE5"/>
    <w:rsid w:val="00CE1639"/>
    <w:pPr>
      <w:spacing w:after="200" w:line="276" w:lineRule="auto"/>
    </w:pPr>
  </w:style>
  <w:style w:type="paragraph" w:customStyle="1" w:styleId="6C42C24885A6479A8C655EDA93D92F265">
    <w:name w:val="6C42C24885A6479A8C655EDA93D92F265"/>
    <w:rsid w:val="00CE1639"/>
    <w:pPr>
      <w:spacing w:after="200" w:line="276" w:lineRule="auto"/>
    </w:pPr>
  </w:style>
  <w:style w:type="paragraph" w:customStyle="1" w:styleId="AE78C549051C42ACAB0308BC3FBFBD265">
    <w:name w:val="AE78C549051C42ACAB0308BC3FBFBD265"/>
    <w:rsid w:val="00CE1639"/>
    <w:pPr>
      <w:spacing w:after="200" w:line="276" w:lineRule="auto"/>
    </w:pPr>
  </w:style>
  <w:style w:type="paragraph" w:customStyle="1" w:styleId="BE156BEC2F1543B3B84B3D0F6AB9DFA05">
    <w:name w:val="BE156BEC2F1543B3B84B3D0F6AB9DFA05"/>
    <w:rsid w:val="00CE1639"/>
    <w:pPr>
      <w:spacing w:after="200" w:line="276" w:lineRule="auto"/>
    </w:pPr>
  </w:style>
  <w:style w:type="paragraph" w:customStyle="1" w:styleId="AF0EAD1D64F34A3BAED0B738FADC88E55">
    <w:name w:val="AF0EAD1D64F34A3BAED0B738FADC88E55"/>
    <w:rsid w:val="00CE1639"/>
    <w:pPr>
      <w:spacing w:after="200" w:line="276" w:lineRule="auto"/>
    </w:pPr>
  </w:style>
  <w:style w:type="paragraph" w:customStyle="1" w:styleId="B30D077B9E80489CBC3921A2CB4E1EA95">
    <w:name w:val="B30D077B9E80489CBC3921A2CB4E1EA95"/>
    <w:rsid w:val="00CE1639"/>
    <w:pPr>
      <w:spacing w:after="200" w:line="276" w:lineRule="auto"/>
    </w:pPr>
  </w:style>
  <w:style w:type="paragraph" w:customStyle="1" w:styleId="6F253A2C3CB54B90B13DE772D5510E905">
    <w:name w:val="6F253A2C3CB54B90B13DE772D5510E905"/>
    <w:rsid w:val="00CE1639"/>
    <w:pPr>
      <w:spacing w:after="200" w:line="276" w:lineRule="auto"/>
    </w:pPr>
  </w:style>
  <w:style w:type="paragraph" w:customStyle="1" w:styleId="45527F50F168459E8AAF279EDE532CE75">
    <w:name w:val="45527F50F168459E8AAF279EDE532CE75"/>
    <w:rsid w:val="00CE1639"/>
    <w:pPr>
      <w:spacing w:after="200" w:line="276" w:lineRule="auto"/>
    </w:pPr>
  </w:style>
  <w:style w:type="paragraph" w:customStyle="1" w:styleId="223ED7C7FF504317987E8EEAB175823E5">
    <w:name w:val="223ED7C7FF504317987E8EEAB175823E5"/>
    <w:rsid w:val="00CE1639"/>
    <w:pPr>
      <w:spacing w:after="200" w:line="276" w:lineRule="auto"/>
    </w:pPr>
  </w:style>
  <w:style w:type="paragraph" w:customStyle="1" w:styleId="382561513D864E89A7F5B2ED35D0B4FB5">
    <w:name w:val="382561513D864E89A7F5B2ED35D0B4FB5"/>
    <w:rsid w:val="00CE1639"/>
    <w:pPr>
      <w:spacing w:after="200" w:line="276" w:lineRule="auto"/>
    </w:pPr>
  </w:style>
  <w:style w:type="paragraph" w:customStyle="1" w:styleId="6FB8029AD57A43688881BB3956AD75845">
    <w:name w:val="6FB8029AD57A43688881BB3956AD75845"/>
    <w:rsid w:val="00CE1639"/>
    <w:pPr>
      <w:spacing w:after="200" w:line="276" w:lineRule="auto"/>
    </w:pPr>
  </w:style>
  <w:style w:type="paragraph" w:customStyle="1" w:styleId="4E94F9A2603C4983BA3B0504CD2EAA1C5">
    <w:name w:val="4E94F9A2603C4983BA3B0504CD2EAA1C5"/>
    <w:rsid w:val="00CE1639"/>
    <w:pPr>
      <w:spacing w:after="200" w:line="276" w:lineRule="auto"/>
    </w:pPr>
  </w:style>
  <w:style w:type="paragraph" w:customStyle="1" w:styleId="E04E403C73F946B4851616310A6929B35">
    <w:name w:val="E04E403C73F946B4851616310A6929B35"/>
    <w:rsid w:val="00CE1639"/>
    <w:pPr>
      <w:spacing w:after="200" w:line="276" w:lineRule="auto"/>
    </w:pPr>
  </w:style>
  <w:style w:type="paragraph" w:customStyle="1" w:styleId="3ABA4D8D41C3426DAE8A6DAAE90D99495">
    <w:name w:val="3ABA4D8D41C3426DAE8A6DAAE90D99495"/>
    <w:rsid w:val="00CE1639"/>
    <w:pPr>
      <w:spacing w:after="200" w:line="276" w:lineRule="auto"/>
    </w:pPr>
  </w:style>
  <w:style w:type="paragraph" w:customStyle="1" w:styleId="5D2CE74C94BA4FF9BA3E7FF60B8F469F5">
    <w:name w:val="5D2CE74C94BA4FF9BA3E7FF60B8F469F5"/>
    <w:rsid w:val="00CE1639"/>
    <w:pPr>
      <w:spacing w:after="200" w:line="276" w:lineRule="auto"/>
    </w:pPr>
  </w:style>
  <w:style w:type="paragraph" w:customStyle="1" w:styleId="1A40ED76AD1B4809A5CD97D17ED8C1B45">
    <w:name w:val="1A40ED76AD1B4809A5CD97D17ED8C1B45"/>
    <w:rsid w:val="00CE1639"/>
    <w:pPr>
      <w:spacing w:after="200" w:line="276" w:lineRule="auto"/>
    </w:pPr>
  </w:style>
  <w:style w:type="paragraph" w:customStyle="1" w:styleId="45253DD0687D4008BDF37282EE6E10665">
    <w:name w:val="45253DD0687D4008BDF37282EE6E10665"/>
    <w:rsid w:val="00CE1639"/>
    <w:pPr>
      <w:spacing w:after="200" w:line="276" w:lineRule="auto"/>
    </w:pPr>
  </w:style>
  <w:style w:type="paragraph" w:customStyle="1" w:styleId="32C912404EA14AF19458E0297ED04D4B5">
    <w:name w:val="32C912404EA14AF19458E0297ED04D4B5"/>
    <w:rsid w:val="00CE1639"/>
    <w:pPr>
      <w:spacing w:after="200" w:line="276" w:lineRule="auto"/>
    </w:pPr>
  </w:style>
  <w:style w:type="paragraph" w:customStyle="1" w:styleId="7FBCCF483FE448D491FB31774444E29D5">
    <w:name w:val="7FBCCF483FE448D491FB31774444E29D5"/>
    <w:rsid w:val="00CE1639"/>
    <w:pPr>
      <w:spacing w:after="200" w:line="276" w:lineRule="auto"/>
    </w:pPr>
  </w:style>
  <w:style w:type="paragraph" w:customStyle="1" w:styleId="62BAD36F4F8A44C7B4EA7199E29B388F5">
    <w:name w:val="62BAD36F4F8A44C7B4EA7199E29B388F5"/>
    <w:rsid w:val="00CE1639"/>
    <w:pPr>
      <w:spacing w:after="200" w:line="276" w:lineRule="auto"/>
    </w:pPr>
  </w:style>
  <w:style w:type="paragraph" w:customStyle="1" w:styleId="33B24FEBFBE44545A2D7E533DED4BD375">
    <w:name w:val="33B24FEBFBE44545A2D7E533DED4BD375"/>
    <w:rsid w:val="00CE1639"/>
    <w:pPr>
      <w:spacing w:after="200" w:line="276" w:lineRule="auto"/>
    </w:pPr>
  </w:style>
  <w:style w:type="paragraph" w:customStyle="1" w:styleId="95C3D0D3D74E42268DB5E55C2C1618904">
    <w:name w:val="95C3D0D3D74E42268DB5E55C2C1618904"/>
    <w:rsid w:val="00CE1639"/>
    <w:pPr>
      <w:spacing w:after="200" w:line="276" w:lineRule="auto"/>
    </w:pPr>
  </w:style>
  <w:style w:type="paragraph" w:customStyle="1" w:styleId="253498E8C83042419E9074A905DF2FF34">
    <w:name w:val="253498E8C83042419E9074A905DF2FF34"/>
    <w:rsid w:val="00CE1639"/>
    <w:pPr>
      <w:spacing w:after="200" w:line="276" w:lineRule="auto"/>
    </w:pPr>
  </w:style>
  <w:style w:type="paragraph" w:customStyle="1" w:styleId="B335631F27294A2F99F52B5BA6B3BC5F4">
    <w:name w:val="B335631F27294A2F99F52B5BA6B3BC5F4"/>
    <w:rsid w:val="00CE1639"/>
    <w:pPr>
      <w:spacing w:after="200" w:line="276" w:lineRule="auto"/>
    </w:pPr>
  </w:style>
  <w:style w:type="paragraph" w:customStyle="1" w:styleId="A1A08283464344D8AF486D9B5CC2BAAB4">
    <w:name w:val="A1A08283464344D8AF486D9B5CC2BAAB4"/>
    <w:rsid w:val="00CE1639"/>
    <w:pPr>
      <w:spacing w:after="200" w:line="276" w:lineRule="auto"/>
    </w:pPr>
  </w:style>
  <w:style w:type="paragraph" w:customStyle="1" w:styleId="D81BF0E6FE3442039BABDC66670FFF0D4">
    <w:name w:val="D81BF0E6FE3442039BABDC66670FFF0D4"/>
    <w:rsid w:val="00CE1639"/>
    <w:pPr>
      <w:spacing w:after="200" w:line="276" w:lineRule="auto"/>
    </w:pPr>
  </w:style>
  <w:style w:type="paragraph" w:customStyle="1" w:styleId="D68A08BEDA9045CBBA0AA59C080ACB564">
    <w:name w:val="D68A08BEDA9045CBBA0AA59C080ACB564"/>
    <w:rsid w:val="00CE1639"/>
    <w:pPr>
      <w:spacing w:after="200" w:line="276" w:lineRule="auto"/>
    </w:pPr>
  </w:style>
  <w:style w:type="paragraph" w:customStyle="1" w:styleId="553F8DCD51A145FDA48DA2C3DDFA72F94">
    <w:name w:val="553F8DCD51A145FDA48DA2C3DDFA72F94"/>
    <w:rsid w:val="00CE1639"/>
    <w:pPr>
      <w:spacing w:after="200" w:line="276" w:lineRule="auto"/>
    </w:pPr>
  </w:style>
  <w:style w:type="paragraph" w:customStyle="1" w:styleId="B052F45FD5E44EB991A067077EAA23EC4">
    <w:name w:val="B052F45FD5E44EB991A067077EAA23EC4"/>
    <w:rsid w:val="00CE1639"/>
    <w:pPr>
      <w:spacing w:after="200" w:line="276" w:lineRule="auto"/>
    </w:pPr>
  </w:style>
  <w:style w:type="paragraph" w:customStyle="1" w:styleId="6CDDEC44BCA146C7B2CF8FC91090E7344">
    <w:name w:val="6CDDEC44BCA146C7B2CF8FC91090E7344"/>
    <w:rsid w:val="00CE1639"/>
    <w:pPr>
      <w:spacing w:after="200" w:line="276" w:lineRule="auto"/>
    </w:pPr>
  </w:style>
  <w:style w:type="paragraph" w:customStyle="1" w:styleId="D59AA98BFBFE4C96AE4B0ED934DA2C104">
    <w:name w:val="D59AA98BFBFE4C96AE4B0ED934DA2C104"/>
    <w:rsid w:val="00CE1639"/>
    <w:pPr>
      <w:spacing w:after="200" w:line="276" w:lineRule="auto"/>
    </w:pPr>
  </w:style>
  <w:style w:type="paragraph" w:customStyle="1" w:styleId="D0FC822CB1DB4B86AEA97D39D23B78784">
    <w:name w:val="D0FC822CB1DB4B86AEA97D39D23B78784"/>
    <w:rsid w:val="00CE1639"/>
    <w:pPr>
      <w:spacing w:after="200" w:line="276" w:lineRule="auto"/>
    </w:pPr>
  </w:style>
  <w:style w:type="paragraph" w:customStyle="1" w:styleId="40409FEADE30440DB9E89C1E4539BEF14">
    <w:name w:val="40409FEADE30440DB9E89C1E4539BEF14"/>
    <w:rsid w:val="00CE1639"/>
    <w:pPr>
      <w:spacing w:after="200" w:line="276" w:lineRule="auto"/>
    </w:pPr>
  </w:style>
  <w:style w:type="paragraph" w:customStyle="1" w:styleId="61C9730EC8034A00BD93CAF9C89F30D54">
    <w:name w:val="61C9730EC8034A00BD93CAF9C89F30D54"/>
    <w:rsid w:val="00CE1639"/>
    <w:pPr>
      <w:spacing w:after="200" w:line="276" w:lineRule="auto"/>
    </w:pPr>
  </w:style>
  <w:style w:type="paragraph" w:customStyle="1" w:styleId="FB2C3228D9CA4012A42FEC8D8CA498474">
    <w:name w:val="FB2C3228D9CA4012A42FEC8D8CA498474"/>
    <w:rsid w:val="00CE1639"/>
    <w:pPr>
      <w:spacing w:after="200" w:line="276" w:lineRule="auto"/>
    </w:pPr>
  </w:style>
  <w:style w:type="paragraph" w:customStyle="1" w:styleId="C9EF37C4E9ED42F0AE51C3FB807AC8944">
    <w:name w:val="C9EF37C4E9ED42F0AE51C3FB807AC8944"/>
    <w:rsid w:val="00CE1639"/>
    <w:pPr>
      <w:spacing w:after="200" w:line="276" w:lineRule="auto"/>
    </w:pPr>
  </w:style>
  <w:style w:type="paragraph" w:customStyle="1" w:styleId="6955F58B115C425FBC6B147D47E95D854">
    <w:name w:val="6955F58B115C425FBC6B147D47E95D854"/>
    <w:rsid w:val="00CE1639"/>
    <w:pPr>
      <w:spacing w:after="200" w:line="276" w:lineRule="auto"/>
    </w:pPr>
  </w:style>
  <w:style w:type="paragraph" w:customStyle="1" w:styleId="C592AA76BE1A4F6FAEA18B80AA9EEAA94">
    <w:name w:val="C592AA76BE1A4F6FAEA18B80AA9EEAA94"/>
    <w:rsid w:val="00CE1639"/>
    <w:pPr>
      <w:spacing w:after="200" w:line="276" w:lineRule="auto"/>
    </w:pPr>
  </w:style>
  <w:style w:type="paragraph" w:customStyle="1" w:styleId="4458E34E141B466580BFD839F14E0A2A4">
    <w:name w:val="4458E34E141B466580BFD839F14E0A2A4"/>
    <w:rsid w:val="00CE1639"/>
    <w:pPr>
      <w:spacing w:after="200" w:line="276" w:lineRule="auto"/>
    </w:pPr>
  </w:style>
  <w:style w:type="paragraph" w:customStyle="1" w:styleId="8627827531E94CB39B2066CA30DE3B592">
    <w:name w:val="8627827531E94CB39B2066CA30DE3B592"/>
    <w:rsid w:val="00CE1639"/>
    <w:pPr>
      <w:spacing w:after="200" w:line="276" w:lineRule="auto"/>
    </w:pPr>
  </w:style>
  <w:style w:type="paragraph" w:customStyle="1" w:styleId="D297C25EDD7E4D8F98833A11C0CB12604">
    <w:name w:val="D297C25EDD7E4D8F98833A11C0CB12604"/>
    <w:rsid w:val="00CE1639"/>
    <w:pPr>
      <w:spacing w:after="200" w:line="276" w:lineRule="auto"/>
    </w:pPr>
  </w:style>
  <w:style w:type="paragraph" w:customStyle="1" w:styleId="D2E5A85F0A424B10BE1CDB9EDA0E0C914">
    <w:name w:val="D2E5A85F0A424B10BE1CDB9EDA0E0C914"/>
    <w:rsid w:val="00CE1639"/>
    <w:pPr>
      <w:spacing w:after="200" w:line="276" w:lineRule="auto"/>
    </w:pPr>
  </w:style>
  <w:style w:type="paragraph" w:customStyle="1" w:styleId="DF0772169B014E5E9AE4C275CF01A3344">
    <w:name w:val="DF0772169B014E5E9AE4C275CF01A3344"/>
    <w:rsid w:val="00CE1639"/>
    <w:pPr>
      <w:spacing w:after="200" w:line="276" w:lineRule="auto"/>
    </w:pPr>
  </w:style>
  <w:style w:type="paragraph" w:customStyle="1" w:styleId="181C92DA7C7B49958724C06101400AA14">
    <w:name w:val="181C92DA7C7B49958724C06101400AA14"/>
    <w:rsid w:val="00CE1639"/>
    <w:pPr>
      <w:spacing w:after="200" w:line="276" w:lineRule="auto"/>
    </w:pPr>
  </w:style>
  <w:style w:type="paragraph" w:customStyle="1" w:styleId="068FBAC861654951A787BB80FCF572744">
    <w:name w:val="068FBAC861654951A787BB80FCF572744"/>
    <w:rsid w:val="00CE1639"/>
    <w:pPr>
      <w:spacing w:after="200" w:line="276" w:lineRule="auto"/>
    </w:pPr>
  </w:style>
  <w:style w:type="paragraph" w:customStyle="1" w:styleId="BFFDB8C26A4D4D158E1FBD8FDCD8A5932">
    <w:name w:val="BFFDB8C26A4D4D158E1FBD8FDCD8A5932"/>
    <w:rsid w:val="00CE1639"/>
    <w:pPr>
      <w:spacing w:after="200" w:line="276" w:lineRule="auto"/>
    </w:pPr>
  </w:style>
  <w:style w:type="paragraph" w:customStyle="1" w:styleId="D1666A0D1AFC466A9B35F885BC300C2A4">
    <w:name w:val="D1666A0D1AFC466A9B35F885BC300C2A4"/>
    <w:rsid w:val="00CE1639"/>
    <w:pPr>
      <w:spacing w:after="200" w:line="276" w:lineRule="auto"/>
    </w:pPr>
  </w:style>
  <w:style w:type="paragraph" w:customStyle="1" w:styleId="54B32C8D6EAF461A967E203482BBED2C1">
    <w:name w:val="54B32C8D6EAF461A967E203482BBED2C1"/>
    <w:rsid w:val="00CE1639"/>
    <w:pPr>
      <w:spacing w:after="200" w:line="276" w:lineRule="auto"/>
    </w:pPr>
  </w:style>
  <w:style w:type="paragraph" w:customStyle="1" w:styleId="54967AD219644EFEAF40D5FDF1526A4E1">
    <w:name w:val="54967AD219644EFEAF40D5FDF1526A4E1"/>
    <w:rsid w:val="00CE1639"/>
    <w:pPr>
      <w:spacing w:after="200" w:line="276" w:lineRule="auto"/>
    </w:pPr>
  </w:style>
  <w:style w:type="paragraph" w:customStyle="1" w:styleId="764E7948D7C341B0AB3C69697E12B3791">
    <w:name w:val="764E7948D7C341B0AB3C69697E12B3791"/>
    <w:rsid w:val="00CE1639"/>
    <w:pPr>
      <w:spacing w:after="200" w:line="276" w:lineRule="auto"/>
    </w:pPr>
  </w:style>
  <w:style w:type="paragraph" w:customStyle="1" w:styleId="EF307A23E74B4B99AC1634C8EDDEEABE4">
    <w:name w:val="EF307A23E74B4B99AC1634C8EDDEEABE4"/>
    <w:rsid w:val="00CE1639"/>
    <w:pPr>
      <w:spacing w:after="200" w:line="276" w:lineRule="auto"/>
    </w:pPr>
  </w:style>
  <w:style w:type="paragraph" w:customStyle="1" w:styleId="DDE3BCC48F3141C6B0B0C54C3D9FC3844">
    <w:name w:val="DDE3BCC48F3141C6B0B0C54C3D9FC3844"/>
    <w:rsid w:val="00CE1639"/>
    <w:pPr>
      <w:spacing w:after="200" w:line="276" w:lineRule="auto"/>
    </w:pPr>
  </w:style>
  <w:style w:type="paragraph" w:customStyle="1" w:styleId="589DADF131284E5983A48F99974CFBC24">
    <w:name w:val="589DADF131284E5983A48F99974CFBC24"/>
    <w:rsid w:val="00CE1639"/>
    <w:pPr>
      <w:spacing w:after="200" w:line="276" w:lineRule="auto"/>
    </w:pPr>
  </w:style>
  <w:style w:type="paragraph" w:customStyle="1" w:styleId="C475619E64FB42ADB156EB10553125F44">
    <w:name w:val="C475619E64FB42ADB156EB10553125F44"/>
    <w:rsid w:val="00CE1639"/>
    <w:pPr>
      <w:spacing w:after="200" w:line="276" w:lineRule="auto"/>
    </w:pPr>
  </w:style>
  <w:style w:type="paragraph" w:customStyle="1" w:styleId="F197B62FCB33418F94331202AE41ACBD4">
    <w:name w:val="F197B62FCB33418F94331202AE41ACBD4"/>
    <w:rsid w:val="00CE1639"/>
    <w:pPr>
      <w:spacing w:after="200" w:line="276" w:lineRule="auto"/>
    </w:pPr>
  </w:style>
  <w:style w:type="paragraph" w:customStyle="1" w:styleId="EF990AC868FB4AEDAAAAD813799CDEFD4">
    <w:name w:val="EF990AC868FB4AEDAAAAD813799CDEFD4"/>
    <w:rsid w:val="00CE1639"/>
    <w:pPr>
      <w:spacing w:after="200" w:line="276" w:lineRule="auto"/>
    </w:pPr>
  </w:style>
  <w:style w:type="paragraph" w:customStyle="1" w:styleId="8BE12D6F4B504073B0AF26E44946139C4">
    <w:name w:val="8BE12D6F4B504073B0AF26E44946139C4"/>
    <w:rsid w:val="00CE1639"/>
    <w:pPr>
      <w:spacing w:after="200" w:line="276" w:lineRule="auto"/>
    </w:pPr>
  </w:style>
  <w:style w:type="paragraph" w:customStyle="1" w:styleId="AB93FC235CDA4BDEA236D2A64F11E3374">
    <w:name w:val="AB93FC235CDA4BDEA236D2A64F11E3374"/>
    <w:rsid w:val="00CE1639"/>
    <w:pPr>
      <w:spacing w:after="200" w:line="276" w:lineRule="auto"/>
    </w:pPr>
  </w:style>
  <w:style w:type="paragraph" w:customStyle="1" w:styleId="B7151087BFAB466C8AD489D97726FD7D4">
    <w:name w:val="B7151087BFAB466C8AD489D97726FD7D4"/>
    <w:rsid w:val="00CE1639"/>
    <w:pPr>
      <w:spacing w:after="200" w:line="276" w:lineRule="auto"/>
    </w:pPr>
  </w:style>
  <w:style w:type="paragraph" w:customStyle="1" w:styleId="DBF7A78951804D1782B70D0113FDF31B4">
    <w:name w:val="DBF7A78951804D1782B70D0113FDF31B4"/>
    <w:rsid w:val="00CE1639"/>
    <w:pPr>
      <w:spacing w:after="200" w:line="276" w:lineRule="auto"/>
    </w:pPr>
  </w:style>
  <w:style w:type="paragraph" w:customStyle="1" w:styleId="D8473262A7604010B5004F3A46A688024">
    <w:name w:val="D8473262A7604010B5004F3A46A688024"/>
    <w:rsid w:val="00CE1639"/>
    <w:pPr>
      <w:spacing w:after="200" w:line="276" w:lineRule="auto"/>
    </w:pPr>
  </w:style>
  <w:style w:type="paragraph" w:customStyle="1" w:styleId="135E59A84A724A4EA8F5D1AC8D26DED44">
    <w:name w:val="135E59A84A724A4EA8F5D1AC8D26DED44"/>
    <w:rsid w:val="00CE1639"/>
    <w:pPr>
      <w:spacing w:after="200" w:line="276" w:lineRule="auto"/>
    </w:pPr>
  </w:style>
  <w:style w:type="paragraph" w:customStyle="1" w:styleId="4B94155B3F004F50B7BEC8840B13B1614">
    <w:name w:val="4B94155B3F004F50B7BEC8840B13B1614"/>
    <w:rsid w:val="00CE1639"/>
    <w:pPr>
      <w:spacing w:after="200" w:line="276" w:lineRule="auto"/>
    </w:pPr>
  </w:style>
  <w:style w:type="paragraph" w:customStyle="1" w:styleId="41F3B94A26CB4C19850EDF85B346C6C24">
    <w:name w:val="41F3B94A26CB4C19850EDF85B346C6C24"/>
    <w:rsid w:val="00CE1639"/>
    <w:pPr>
      <w:spacing w:after="200" w:line="276" w:lineRule="auto"/>
    </w:pPr>
  </w:style>
  <w:style w:type="paragraph" w:customStyle="1" w:styleId="DFA4FCA7ADED4C4D8E96CC217C6A5D484">
    <w:name w:val="DFA4FCA7ADED4C4D8E96CC217C6A5D484"/>
    <w:rsid w:val="00CE1639"/>
    <w:pPr>
      <w:spacing w:after="200" w:line="276" w:lineRule="auto"/>
    </w:pPr>
  </w:style>
  <w:style w:type="paragraph" w:customStyle="1" w:styleId="8F21CC03DDEC41F9860887C2FD63991E4">
    <w:name w:val="8F21CC03DDEC41F9860887C2FD63991E4"/>
    <w:rsid w:val="00CE1639"/>
    <w:pPr>
      <w:spacing w:after="200" w:line="276" w:lineRule="auto"/>
    </w:pPr>
  </w:style>
  <w:style w:type="paragraph" w:customStyle="1" w:styleId="3072858C767B47C1B3EF67A7B4B58BD84">
    <w:name w:val="3072858C767B47C1B3EF67A7B4B58BD84"/>
    <w:rsid w:val="00CE1639"/>
    <w:pPr>
      <w:spacing w:after="200" w:line="276" w:lineRule="auto"/>
    </w:pPr>
  </w:style>
  <w:style w:type="paragraph" w:customStyle="1" w:styleId="0FBD0517325D4A7DA3964CB3D8DF28704">
    <w:name w:val="0FBD0517325D4A7DA3964CB3D8DF28704"/>
    <w:rsid w:val="00CE1639"/>
    <w:pPr>
      <w:spacing w:after="200" w:line="276" w:lineRule="auto"/>
    </w:pPr>
  </w:style>
  <w:style w:type="paragraph" w:customStyle="1" w:styleId="D1268C8B7C3A48258C8D2568A4782CF14">
    <w:name w:val="D1268C8B7C3A48258C8D2568A4782CF14"/>
    <w:rsid w:val="00CE1639"/>
    <w:pPr>
      <w:spacing w:after="200" w:line="276" w:lineRule="auto"/>
    </w:pPr>
  </w:style>
  <w:style w:type="paragraph" w:customStyle="1" w:styleId="2B7C429AEFC14AB8B007B5D458D0F4924">
    <w:name w:val="2B7C429AEFC14AB8B007B5D458D0F4924"/>
    <w:rsid w:val="00CE1639"/>
    <w:pPr>
      <w:spacing w:after="200" w:line="276" w:lineRule="auto"/>
    </w:pPr>
  </w:style>
  <w:style w:type="paragraph" w:customStyle="1" w:styleId="1D3CA07C42FC4B8198599F8B056280B24">
    <w:name w:val="1D3CA07C42FC4B8198599F8B056280B24"/>
    <w:rsid w:val="00CE1639"/>
    <w:pPr>
      <w:spacing w:after="200" w:line="276" w:lineRule="auto"/>
    </w:pPr>
  </w:style>
  <w:style w:type="paragraph" w:customStyle="1" w:styleId="56100998329F4BCE95470721349527014">
    <w:name w:val="56100998329F4BCE95470721349527014"/>
    <w:rsid w:val="00CE1639"/>
    <w:pPr>
      <w:spacing w:after="200" w:line="276" w:lineRule="auto"/>
    </w:pPr>
  </w:style>
  <w:style w:type="paragraph" w:customStyle="1" w:styleId="D61A5368856246FC8013BB8A67D0B8CA4">
    <w:name w:val="D61A5368856246FC8013BB8A67D0B8CA4"/>
    <w:rsid w:val="00CE1639"/>
    <w:pPr>
      <w:spacing w:after="200" w:line="276" w:lineRule="auto"/>
    </w:pPr>
  </w:style>
  <w:style w:type="paragraph" w:customStyle="1" w:styleId="7D01726AED6B4F74960CB8162977AFF64">
    <w:name w:val="7D01726AED6B4F74960CB8162977AFF64"/>
    <w:rsid w:val="00CE1639"/>
    <w:pPr>
      <w:spacing w:after="200" w:line="276" w:lineRule="auto"/>
    </w:pPr>
  </w:style>
  <w:style w:type="paragraph" w:customStyle="1" w:styleId="C611DE52FBB846B2A106988CAECCF6DF4">
    <w:name w:val="C611DE52FBB846B2A106988CAECCF6DF4"/>
    <w:rsid w:val="00CE1639"/>
    <w:pPr>
      <w:spacing w:after="200" w:line="276" w:lineRule="auto"/>
    </w:pPr>
  </w:style>
  <w:style w:type="paragraph" w:customStyle="1" w:styleId="1F1D19BA9FF047A4BD96C992602EB9984">
    <w:name w:val="1F1D19BA9FF047A4BD96C992602EB9984"/>
    <w:rsid w:val="00CE1639"/>
    <w:pPr>
      <w:spacing w:after="200" w:line="276" w:lineRule="auto"/>
    </w:pPr>
  </w:style>
  <w:style w:type="paragraph" w:customStyle="1" w:styleId="CE0FCFBFFAAF4DE2B5C4F42E145586DE4">
    <w:name w:val="CE0FCFBFFAAF4DE2B5C4F42E145586DE4"/>
    <w:rsid w:val="00CE1639"/>
    <w:pPr>
      <w:spacing w:after="200" w:line="276" w:lineRule="auto"/>
    </w:pPr>
  </w:style>
  <w:style w:type="paragraph" w:customStyle="1" w:styleId="215A6D4D5B954E7AAC611F67939865214">
    <w:name w:val="215A6D4D5B954E7AAC611F67939865214"/>
    <w:rsid w:val="00CE1639"/>
    <w:pPr>
      <w:spacing w:after="200" w:line="276" w:lineRule="auto"/>
    </w:pPr>
  </w:style>
  <w:style w:type="paragraph" w:customStyle="1" w:styleId="FCEFDF7BD9434FF5932709F202CFA2434">
    <w:name w:val="FCEFDF7BD9434FF5932709F202CFA2434"/>
    <w:rsid w:val="00CE1639"/>
    <w:pPr>
      <w:spacing w:after="200" w:line="276" w:lineRule="auto"/>
    </w:pPr>
  </w:style>
  <w:style w:type="paragraph" w:customStyle="1" w:styleId="6C201FBAD7D84CC88CE9343C9463A4B34">
    <w:name w:val="6C201FBAD7D84CC88CE9343C9463A4B34"/>
    <w:rsid w:val="00CE1639"/>
    <w:pPr>
      <w:spacing w:after="200" w:line="276" w:lineRule="auto"/>
    </w:pPr>
  </w:style>
  <w:style w:type="paragraph" w:customStyle="1" w:styleId="D7C6D8CC0FC148FC943EE5E4E17825B94">
    <w:name w:val="D7C6D8CC0FC148FC943EE5E4E17825B94"/>
    <w:rsid w:val="00CE1639"/>
    <w:pPr>
      <w:spacing w:after="200" w:line="276" w:lineRule="auto"/>
    </w:pPr>
  </w:style>
  <w:style w:type="paragraph" w:customStyle="1" w:styleId="967EF32F25CA460EAB71DB47682F3E544">
    <w:name w:val="967EF32F25CA460EAB71DB47682F3E544"/>
    <w:rsid w:val="00CE1639"/>
    <w:pPr>
      <w:spacing w:after="200" w:line="276" w:lineRule="auto"/>
    </w:pPr>
  </w:style>
  <w:style w:type="paragraph" w:customStyle="1" w:styleId="A4DEF7C704DB40B293B19540CA95C2D64">
    <w:name w:val="A4DEF7C704DB40B293B19540CA95C2D64"/>
    <w:rsid w:val="00CE1639"/>
    <w:pPr>
      <w:spacing w:after="200" w:line="276" w:lineRule="auto"/>
    </w:pPr>
  </w:style>
  <w:style w:type="paragraph" w:customStyle="1" w:styleId="3A7D4BE569314F89B35517255A4CDE084">
    <w:name w:val="3A7D4BE569314F89B35517255A4CDE084"/>
    <w:rsid w:val="00CE1639"/>
    <w:pPr>
      <w:spacing w:after="200" w:line="276" w:lineRule="auto"/>
    </w:pPr>
  </w:style>
  <w:style w:type="paragraph" w:customStyle="1" w:styleId="2C70F9A7A51444D1B688F72229E15FCC4">
    <w:name w:val="2C70F9A7A51444D1B688F72229E15FCC4"/>
    <w:rsid w:val="00CE1639"/>
    <w:pPr>
      <w:spacing w:after="200" w:line="276" w:lineRule="auto"/>
    </w:pPr>
  </w:style>
  <w:style w:type="paragraph" w:customStyle="1" w:styleId="A56D23639BD74F5E9D7AB38C08498EE54">
    <w:name w:val="A56D23639BD74F5E9D7AB38C08498EE54"/>
    <w:rsid w:val="00CE1639"/>
    <w:pPr>
      <w:spacing w:after="200" w:line="276" w:lineRule="auto"/>
    </w:pPr>
  </w:style>
  <w:style w:type="paragraph" w:customStyle="1" w:styleId="614E9421971C49519DEA7CCB69C1C2B14">
    <w:name w:val="614E9421971C49519DEA7CCB69C1C2B14"/>
    <w:rsid w:val="00CE1639"/>
    <w:pPr>
      <w:spacing w:after="200" w:line="276" w:lineRule="auto"/>
    </w:pPr>
  </w:style>
  <w:style w:type="paragraph" w:customStyle="1" w:styleId="A1981FA7FE334163A3A8250D7633F69C4">
    <w:name w:val="A1981FA7FE334163A3A8250D7633F69C4"/>
    <w:rsid w:val="00CE1639"/>
    <w:pPr>
      <w:spacing w:after="200" w:line="276" w:lineRule="auto"/>
    </w:pPr>
  </w:style>
  <w:style w:type="paragraph" w:customStyle="1" w:styleId="F3CAC262247A498DAC350839197DB9C04">
    <w:name w:val="F3CAC262247A498DAC350839197DB9C04"/>
    <w:rsid w:val="00CE1639"/>
    <w:pPr>
      <w:spacing w:after="200" w:line="276" w:lineRule="auto"/>
    </w:pPr>
  </w:style>
  <w:style w:type="paragraph" w:customStyle="1" w:styleId="D0C56321844D43B0A940F9C270691EA94">
    <w:name w:val="D0C56321844D43B0A940F9C270691EA94"/>
    <w:rsid w:val="00CE1639"/>
    <w:pPr>
      <w:spacing w:after="200" w:line="276" w:lineRule="auto"/>
    </w:pPr>
  </w:style>
  <w:style w:type="paragraph" w:customStyle="1" w:styleId="9AEAA8A00F984FD5847384CF8071FCCB7">
    <w:name w:val="9AEAA8A00F984FD5847384CF8071FCCB7"/>
    <w:rsid w:val="00CE1639"/>
    <w:pPr>
      <w:spacing w:after="200" w:line="276" w:lineRule="auto"/>
    </w:pPr>
  </w:style>
  <w:style w:type="paragraph" w:customStyle="1" w:styleId="4ECD2E2A723443D8A94A3611D7AEE62D2">
    <w:name w:val="4ECD2E2A723443D8A94A3611D7AEE62D2"/>
    <w:rsid w:val="00CE1639"/>
    <w:pPr>
      <w:spacing w:after="200" w:line="276" w:lineRule="auto"/>
    </w:pPr>
  </w:style>
  <w:style w:type="paragraph" w:customStyle="1" w:styleId="9FED240ED8DB493AB11F00E518F2C7607">
    <w:name w:val="9FED240ED8DB493AB11F00E518F2C7607"/>
    <w:rsid w:val="00CE1639"/>
    <w:pPr>
      <w:spacing w:after="200" w:line="276" w:lineRule="auto"/>
    </w:pPr>
  </w:style>
  <w:style w:type="paragraph" w:customStyle="1" w:styleId="D98A882CE73A40798FBE6124278820937">
    <w:name w:val="D98A882CE73A40798FBE6124278820937"/>
    <w:rsid w:val="00CE1639"/>
    <w:pPr>
      <w:spacing w:after="200" w:line="276" w:lineRule="auto"/>
    </w:pPr>
  </w:style>
  <w:style w:type="paragraph" w:customStyle="1" w:styleId="C63AB792D8704E34A72EB2DDDCE53CD47">
    <w:name w:val="C63AB792D8704E34A72EB2DDDCE53CD47"/>
    <w:rsid w:val="00CE1639"/>
    <w:pPr>
      <w:spacing w:after="200" w:line="276" w:lineRule="auto"/>
    </w:pPr>
  </w:style>
  <w:style w:type="paragraph" w:customStyle="1" w:styleId="8325075121064DAAAEF164CED23B2A927">
    <w:name w:val="8325075121064DAAAEF164CED23B2A927"/>
    <w:rsid w:val="00CE1639"/>
    <w:pPr>
      <w:spacing w:after="200" w:line="276" w:lineRule="auto"/>
    </w:pPr>
  </w:style>
  <w:style w:type="paragraph" w:customStyle="1" w:styleId="F6F583F428324ED7B7212D51DE6729587">
    <w:name w:val="F6F583F428324ED7B7212D51DE6729587"/>
    <w:rsid w:val="00CE1639"/>
    <w:pPr>
      <w:spacing w:after="200" w:line="276" w:lineRule="auto"/>
    </w:pPr>
  </w:style>
  <w:style w:type="paragraph" w:customStyle="1" w:styleId="96A4351A239147228C2BFBF424DB1B676">
    <w:name w:val="96A4351A239147228C2BFBF424DB1B676"/>
    <w:rsid w:val="00CE1639"/>
    <w:pPr>
      <w:spacing w:after="200" w:line="276" w:lineRule="auto"/>
    </w:pPr>
  </w:style>
  <w:style w:type="paragraph" w:customStyle="1" w:styleId="B9A48EF9F3354B43B596B1EBC93E0E4E7">
    <w:name w:val="B9A48EF9F3354B43B596B1EBC93E0E4E7"/>
    <w:rsid w:val="00CE1639"/>
    <w:pPr>
      <w:spacing w:after="200" w:line="276" w:lineRule="auto"/>
    </w:pPr>
  </w:style>
  <w:style w:type="paragraph" w:customStyle="1" w:styleId="787A2DCDAB554E0EA58B0872C6E388997">
    <w:name w:val="787A2DCDAB554E0EA58B0872C6E388997"/>
    <w:rsid w:val="00CE1639"/>
    <w:pPr>
      <w:spacing w:after="200" w:line="276" w:lineRule="auto"/>
    </w:pPr>
  </w:style>
  <w:style w:type="paragraph" w:customStyle="1" w:styleId="F3110C8EF21E4CA89159D23FFD1392917">
    <w:name w:val="F3110C8EF21E4CA89159D23FFD1392917"/>
    <w:rsid w:val="00CE1639"/>
    <w:pPr>
      <w:spacing w:after="200" w:line="276" w:lineRule="auto"/>
    </w:pPr>
  </w:style>
  <w:style w:type="paragraph" w:customStyle="1" w:styleId="10BA430DF3F042408257D556DDA650E97">
    <w:name w:val="10BA430DF3F042408257D556DDA650E97"/>
    <w:rsid w:val="00CE1639"/>
    <w:pPr>
      <w:spacing w:after="200" w:line="276" w:lineRule="auto"/>
    </w:pPr>
  </w:style>
  <w:style w:type="paragraph" w:customStyle="1" w:styleId="28F6434D1F46457CB9A6E4A1A5BCEB467">
    <w:name w:val="28F6434D1F46457CB9A6E4A1A5BCEB467"/>
    <w:rsid w:val="00CE1639"/>
    <w:pPr>
      <w:spacing w:after="200" w:line="276" w:lineRule="auto"/>
    </w:pPr>
  </w:style>
  <w:style w:type="paragraph" w:customStyle="1" w:styleId="A4571C136C534AE09F94136F9C2E28937">
    <w:name w:val="A4571C136C534AE09F94136F9C2E28937"/>
    <w:rsid w:val="00CE1639"/>
    <w:pPr>
      <w:spacing w:after="200" w:line="276" w:lineRule="auto"/>
    </w:pPr>
  </w:style>
  <w:style w:type="paragraph" w:customStyle="1" w:styleId="32E44D96ADBC4BD0AF4E12DA5F70D3877">
    <w:name w:val="32E44D96ADBC4BD0AF4E12DA5F70D3877"/>
    <w:rsid w:val="00CE1639"/>
    <w:pPr>
      <w:spacing w:after="200" w:line="276" w:lineRule="auto"/>
    </w:pPr>
  </w:style>
  <w:style w:type="paragraph" w:customStyle="1" w:styleId="DACDF91E0E714B2E85D8C6CF3F3786FA7">
    <w:name w:val="DACDF91E0E714B2E85D8C6CF3F3786FA7"/>
    <w:rsid w:val="00CE1639"/>
    <w:pPr>
      <w:spacing w:after="200" w:line="276" w:lineRule="auto"/>
    </w:pPr>
  </w:style>
  <w:style w:type="paragraph" w:customStyle="1" w:styleId="4F891DA38BB04C7D80A1B2F6AF074ED17">
    <w:name w:val="4F891DA38BB04C7D80A1B2F6AF074ED17"/>
    <w:rsid w:val="00CE1639"/>
    <w:pPr>
      <w:spacing w:after="200" w:line="276" w:lineRule="auto"/>
    </w:pPr>
  </w:style>
  <w:style w:type="paragraph" w:customStyle="1" w:styleId="1D699CF0F0B8413BB79800EA3A63640D7">
    <w:name w:val="1D699CF0F0B8413BB79800EA3A63640D7"/>
    <w:rsid w:val="00CE1639"/>
    <w:pPr>
      <w:spacing w:after="200" w:line="276" w:lineRule="auto"/>
    </w:pPr>
  </w:style>
  <w:style w:type="paragraph" w:customStyle="1" w:styleId="A89EBA4095394ECE9127A0D7541173627">
    <w:name w:val="A89EBA4095394ECE9127A0D7541173627"/>
    <w:rsid w:val="00CE1639"/>
    <w:pPr>
      <w:spacing w:after="200" w:line="276" w:lineRule="auto"/>
    </w:pPr>
  </w:style>
  <w:style w:type="paragraph" w:customStyle="1" w:styleId="02153F2E9C414A6DB0981FFEC04CEECB7">
    <w:name w:val="02153F2E9C414A6DB0981FFEC04CEECB7"/>
    <w:rsid w:val="00CE1639"/>
    <w:pPr>
      <w:spacing w:after="200" w:line="276" w:lineRule="auto"/>
    </w:pPr>
  </w:style>
  <w:style w:type="paragraph" w:customStyle="1" w:styleId="821C01A538084D388305832953239DE37">
    <w:name w:val="821C01A538084D388305832953239DE37"/>
    <w:rsid w:val="00CE1639"/>
    <w:pPr>
      <w:spacing w:after="200" w:line="276" w:lineRule="auto"/>
    </w:pPr>
  </w:style>
  <w:style w:type="paragraph" w:customStyle="1" w:styleId="73EAD8219240427C807E16F8204FC8627">
    <w:name w:val="73EAD8219240427C807E16F8204FC8627"/>
    <w:rsid w:val="00CE1639"/>
    <w:pPr>
      <w:spacing w:after="200" w:line="276" w:lineRule="auto"/>
    </w:pPr>
  </w:style>
  <w:style w:type="paragraph" w:customStyle="1" w:styleId="E645CA21AC1C4AE89A74AB03DA98B7D27">
    <w:name w:val="E645CA21AC1C4AE89A74AB03DA98B7D27"/>
    <w:rsid w:val="00CE1639"/>
    <w:pPr>
      <w:spacing w:after="200" w:line="276" w:lineRule="auto"/>
    </w:pPr>
  </w:style>
  <w:style w:type="paragraph" w:customStyle="1" w:styleId="A324FD0689704622BAFCBADCED7AF21B7">
    <w:name w:val="A324FD0689704622BAFCBADCED7AF21B7"/>
    <w:rsid w:val="00CE1639"/>
    <w:pPr>
      <w:spacing w:after="200" w:line="276" w:lineRule="auto"/>
    </w:pPr>
  </w:style>
  <w:style w:type="paragraph" w:customStyle="1" w:styleId="154C2915D20B48869CF43F5F5D5FD5ED7">
    <w:name w:val="154C2915D20B48869CF43F5F5D5FD5ED7"/>
    <w:rsid w:val="00CE1639"/>
    <w:pPr>
      <w:spacing w:after="200" w:line="276" w:lineRule="auto"/>
    </w:pPr>
  </w:style>
  <w:style w:type="paragraph" w:customStyle="1" w:styleId="DAB8F682586D403ABEA919117D04ABCE7">
    <w:name w:val="DAB8F682586D403ABEA919117D04ABCE7"/>
    <w:rsid w:val="00CE1639"/>
    <w:pPr>
      <w:spacing w:after="200" w:line="276" w:lineRule="auto"/>
    </w:pPr>
  </w:style>
  <w:style w:type="paragraph" w:customStyle="1" w:styleId="F9A7C6BE2684490185F5FA589C6266F07">
    <w:name w:val="F9A7C6BE2684490185F5FA589C6266F07"/>
    <w:rsid w:val="00CE1639"/>
    <w:pPr>
      <w:spacing w:after="200" w:line="276" w:lineRule="auto"/>
    </w:pPr>
  </w:style>
  <w:style w:type="paragraph" w:customStyle="1" w:styleId="A1AA6F3CBE344494B5216E38E3B2B08F7">
    <w:name w:val="A1AA6F3CBE344494B5216E38E3B2B08F7"/>
    <w:rsid w:val="00CE1639"/>
    <w:pPr>
      <w:spacing w:after="200" w:line="276" w:lineRule="auto"/>
    </w:pPr>
  </w:style>
  <w:style w:type="paragraph" w:customStyle="1" w:styleId="CB016D15FE4846CC90F79D77ED7635057">
    <w:name w:val="CB016D15FE4846CC90F79D77ED7635057"/>
    <w:rsid w:val="00CE1639"/>
    <w:pPr>
      <w:spacing w:after="200" w:line="276" w:lineRule="auto"/>
    </w:pPr>
  </w:style>
  <w:style w:type="paragraph" w:customStyle="1" w:styleId="B9E4E539693B4280BB061C114AB9D24C7">
    <w:name w:val="B9E4E539693B4280BB061C114AB9D24C7"/>
    <w:rsid w:val="00CE1639"/>
    <w:pPr>
      <w:spacing w:after="200" w:line="276" w:lineRule="auto"/>
    </w:pPr>
  </w:style>
  <w:style w:type="paragraph" w:customStyle="1" w:styleId="185ADE67D8A4414B97D8694CF3C84BDC7">
    <w:name w:val="185ADE67D8A4414B97D8694CF3C84BDC7"/>
    <w:rsid w:val="00CE1639"/>
    <w:pPr>
      <w:spacing w:after="200" w:line="276" w:lineRule="auto"/>
    </w:pPr>
  </w:style>
  <w:style w:type="paragraph" w:customStyle="1" w:styleId="9BB06A0F134444FBB21AC941E54A39507">
    <w:name w:val="9BB06A0F134444FBB21AC941E54A39507"/>
    <w:rsid w:val="00CE1639"/>
    <w:pPr>
      <w:spacing w:after="200" w:line="276" w:lineRule="auto"/>
    </w:pPr>
  </w:style>
  <w:style w:type="paragraph" w:customStyle="1" w:styleId="108EE6F41228478492A8967852BC5E247">
    <w:name w:val="108EE6F41228478492A8967852BC5E247"/>
    <w:rsid w:val="00CE1639"/>
    <w:pPr>
      <w:spacing w:after="200" w:line="276" w:lineRule="auto"/>
    </w:pPr>
  </w:style>
  <w:style w:type="paragraph" w:customStyle="1" w:styleId="5273657B97D2404BBE9250ECD4187CC97">
    <w:name w:val="5273657B97D2404BBE9250ECD4187CC97"/>
    <w:rsid w:val="00CE1639"/>
    <w:pPr>
      <w:spacing w:after="200" w:line="276" w:lineRule="auto"/>
    </w:pPr>
  </w:style>
  <w:style w:type="paragraph" w:customStyle="1" w:styleId="A567BB517F1E4BF785FF66C1E7792A177">
    <w:name w:val="A567BB517F1E4BF785FF66C1E7792A177"/>
    <w:rsid w:val="00CE1639"/>
    <w:pPr>
      <w:spacing w:after="200" w:line="276" w:lineRule="auto"/>
    </w:pPr>
  </w:style>
  <w:style w:type="paragraph" w:customStyle="1" w:styleId="03C66FBF284A4175820230CCE36F2C8D7">
    <w:name w:val="03C66FBF284A4175820230CCE36F2C8D7"/>
    <w:rsid w:val="00CE1639"/>
    <w:pPr>
      <w:spacing w:after="200" w:line="276" w:lineRule="auto"/>
    </w:pPr>
  </w:style>
  <w:style w:type="paragraph" w:customStyle="1" w:styleId="31DF177FAF0347BB95CF91D2AB7D78C27">
    <w:name w:val="31DF177FAF0347BB95CF91D2AB7D78C27"/>
    <w:rsid w:val="00CE1639"/>
    <w:pPr>
      <w:spacing w:after="200" w:line="276" w:lineRule="auto"/>
    </w:pPr>
  </w:style>
  <w:style w:type="paragraph" w:customStyle="1" w:styleId="A332782B1F074770A5812841CCE9CC797">
    <w:name w:val="A332782B1F074770A5812841CCE9CC797"/>
    <w:rsid w:val="00CE1639"/>
    <w:pPr>
      <w:spacing w:after="200" w:line="276" w:lineRule="auto"/>
    </w:pPr>
  </w:style>
  <w:style w:type="paragraph" w:customStyle="1" w:styleId="CCE3552D061842C2967B081509A382E67">
    <w:name w:val="CCE3552D061842C2967B081509A382E67"/>
    <w:rsid w:val="00CE1639"/>
    <w:pPr>
      <w:spacing w:after="200" w:line="276" w:lineRule="auto"/>
    </w:pPr>
  </w:style>
  <w:style w:type="paragraph" w:customStyle="1" w:styleId="71A6A65BE0E9451EA4056DF5A0B215DB7">
    <w:name w:val="71A6A65BE0E9451EA4056DF5A0B215DB7"/>
    <w:rsid w:val="00CE1639"/>
    <w:pPr>
      <w:spacing w:after="200" w:line="276" w:lineRule="auto"/>
    </w:pPr>
  </w:style>
  <w:style w:type="paragraph" w:customStyle="1" w:styleId="98B2F9320AEF41379C884803AE0645AD7">
    <w:name w:val="98B2F9320AEF41379C884803AE0645AD7"/>
    <w:rsid w:val="00CE1639"/>
    <w:pPr>
      <w:spacing w:after="200" w:line="276" w:lineRule="auto"/>
    </w:pPr>
  </w:style>
  <w:style w:type="paragraph" w:customStyle="1" w:styleId="03B8FB460BB74860B6F0861A9BA954817">
    <w:name w:val="03B8FB460BB74860B6F0861A9BA954817"/>
    <w:rsid w:val="00CE1639"/>
    <w:pPr>
      <w:spacing w:after="200" w:line="276" w:lineRule="auto"/>
    </w:pPr>
  </w:style>
  <w:style w:type="paragraph" w:customStyle="1" w:styleId="365838D059914B72927A6B00C803FA486">
    <w:name w:val="365838D059914B72927A6B00C803FA486"/>
    <w:rsid w:val="00CE1639"/>
    <w:pPr>
      <w:spacing w:after="200" w:line="276" w:lineRule="auto"/>
    </w:pPr>
  </w:style>
  <w:style w:type="paragraph" w:customStyle="1" w:styleId="AB99E45E070E48929C869409C17287F96">
    <w:name w:val="AB99E45E070E48929C869409C17287F96"/>
    <w:rsid w:val="00CE1639"/>
    <w:pPr>
      <w:spacing w:after="200" w:line="276" w:lineRule="auto"/>
    </w:pPr>
  </w:style>
  <w:style w:type="paragraph" w:customStyle="1" w:styleId="085B87EF72544ABF8A2B748AE680300B6">
    <w:name w:val="085B87EF72544ABF8A2B748AE680300B6"/>
    <w:rsid w:val="00CE1639"/>
    <w:pPr>
      <w:spacing w:after="200" w:line="276" w:lineRule="auto"/>
    </w:pPr>
  </w:style>
  <w:style w:type="paragraph" w:customStyle="1" w:styleId="6648927EC89C40A2A6FB356A7AD7B48B6">
    <w:name w:val="6648927EC89C40A2A6FB356A7AD7B48B6"/>
    <w:rsid w:val="00CE1639"/>
    <w:pPr>
      <w:spacing w:after="200" w:line="276" w:lineRule="auto"/>
    </w:pPr>
  </w:style>
  <w:style w:type="paragraph" w:customStyle="1" w:styleId="3C8034A52A2D47C594AE99BBF21804D76">
    <w:name w:val="3C8034A52A2D47C594AE99BBF21804D76"/>
    <w:rsid w:val="00CE1639"/>
    <w:pPr>
      <w:spacing w:after="200" w:line="276" w:lineRule="auto"/>
    </w:pPr>
  </w:style>
  <w:style w:type="paragraph" w:customStyle="1" w:styleId="15B474D5CF204A1D84FDC03506B78CC06">
    <w:name w:val="15B474D5CF204A1D84FDC03506B78CC06"/>
    <w:rsid w:val="00CE1639"/>
    <w:pPr>
      <w:spacing w:after="200" w:line="276" w:lineRule="auto"/>
    </w:pPr>
  </w:style>
  <w:style w:type="paragraph" w:customStyle="1" w:styleId="86BE4C6528484093B462CCAC093FB7CE6">
    <w:name w:val="86BE4C6528484093B462CCAC093FB7CE6"/>
    <w:rsid w:val="00CE1639"/>
    <w:pPr>
      <w:spacing w:after="200" w:line="276" w:lineRule="auto"/>
    </w:pPr>
  </w:style>
  <w:style w:type="paragraph" w:customStyle="1" w:styleId="7A01521791F74460BDB3F581458F3A5A6">
    <w:name w:val="7A01521791F74460BDB3F581458F3A5A6"/>
    <w:rsid w:val="00CE1639"/>
    <w:pPr>
      <w:spacing w:after="200" w:line="276" w:lineRule="auto"/>
    </w:pPr>
  </w:style>
  <w:style w:type="paragraph" w:customStyle="1" w:styleId="81835CB1501A42C38BE02BEA9659E5726">
    <w:name w:val="81835CB1501A42C38BE02BEA9659E5726"/>
    <w:rsid w:val="00CE1639"/>
    <w:pPr>
      <w:spacing w:after="200" w:line="276" w:lineRule="auto"/>
    </w:pPr>
  </w:style>
  <w:style w:type="paragraph" w:customStyle="1" w:styleId="3FF8856B62A84265A5C84529C3C5D9626">
    <w:name w:val="3FF8856B62A84265A5C84529C3C5D9626"/>
    <w:rsid w:val="00CE1639"/>
    <w:pPr>
      <w:spacing w:after="200" w:line="276" w:lineRule="auto"/>
    </w:pPr>
  </w:style>
  <w:style w:type="paragraph" w:customStyle="1" w:styleId="38955F0542D44B0792AD27FD8AE499F16">
    <w:name w:val="38955F0542D44B0792AD27FD8AE499F16"/>
    <w:rsid w:val="00CE1639"/>
    <w:pPr>
      <w:spacing w:after="200" w:line="276" w:lineRule="auto"/>
    </w:pPr>
  </w:style>
  <w:style w:type="paragraph" w:customStyle="1" w:styleId="E5E2A85F79DA4834B7AFAFF950EE8B746">
    <w:name w:val="E5E2A85F79DA4834B7AFAFF950EE8B746"/>
    <w:rsid w:val="00CE1639"/>
    <w:pPr>
      <w:spacing w:after="200" w:line="276" w:lineRule="auto"/>
    </w:pPr>
  </w:style>
  <w:style w:type="paragraph" w:customStyle="1" w:styleId="B1E97A9144FD4775921D1B70AAF339186">
    <w:name w:val="B1E97A9144FD4775921D1B70AAF339186"/>
    <w:rsid w:val="00CE1639"/>
    <w:pPr>
      <w:spacing w:after="200" w:line="276" w:lineRule="auto"/>
    </w:pPr>
  </w:style>
  <w:style w:type="paragraph" w:customStyle="1" w:styleId="7F3933508D5C4608B34DBA7E8FFE0D606">
    <w:name w:val="7F3933508D5C4608B34DBA7E8FFE0D606"/>
    <w:rsid w:val="00CE1639"/>
    <w:pPr>
      <w:spacing w:after="200" w:line="276" w:lineRule="auto"/>
    </w:pPr>
  </w:style>
  <w:style w:type="paragraph" w:customStyle="1" w:styleId="ACBE0EFC4B5E428C871D26A9144B06506">
    <w:name w:val="ACBE0EFC4B5E428C871D26A9144B06506"/>
    <w:rsid w:val="00CE1639"/>
    <w:pPr>
      <w:spacing w:after="200" w:line="276" w:lineRule="auto"/>
    </w:pPr>
  </w:style>
  <w:style w:type="paragraph" w:customStyle="1" w:styleId="1984DE374F924E0C9BC4F99108886C9A6">
    <w:name w:val="1984DE374F924E0C9BC4F99108886C9A6"/>
    <w:rsid w:val="00CE1639"/>
    <w:pPr>
      <w:spacing w:after="200" w:line="276" w:lineRule="auto"/>
    </w:pPr>
  </w:style>
  <w:style w:type="paragraph" w:customStyle="1" w:styleId="EB375BA08DF64F1D965D0B750CA77E736">
    <w:name w:val="EB375BA08DF64F1D965D0B750CA77E736"/>
    <w:rsid w:val="00CE1639"/>
    <w:pPr>
      <w:spacing w:after="200" w:line="276" w:lineRule="auto"/>
    </w:pPr>
  </w:style>
  <w:style w:type="paragraph" w:customStyle="1" w:styleId="E6BD942427B6472CBCABA3B1EC8F8E616">
    <w:name w:val="E6BD942427B6472CBCABA3B1EC8F8E616"/>
    <w:rsid w:val="00CE1639"/>
    <w:pPr>
      <w:spacing w:after="200" w:line="276" w:lineRule="auto"/>
    </w:pPr>
  </w:style>
  <w:style w:type="paragraph" w:customStyle="1" w:styleId="6474EE482800414CBDA0B0858EC704036">
    <w:name w:val="6474EE482800414CBDA0B0858EC704036"/>
    <w:rsid w:val="00CE1639"/>
    <w:pPr>
      <w:spacing w:after="200" w:line="276" w:lineRule="auto"/>
    </w:pPr>
  </w:style>
  <w:style w:type="paragraph" w:customStyle="1" w:styleId="130EEA536A6A4B1C870DDBB247D1666F6">
    <w:name w:val="130EEA536A6A4B1C870DDBB247D1666F6"/>
    <w:rsid w:val="00CE1639"/>
    <w:pPr>
      <w:spacing w:after="200" w:line="276" w:lineRule="auto"/>
    </w:pPr>
  </w:style>
  <w:style w:type="paragraph" w:customStyle="1" w:styleId="5C3A7D73D147443AA194C06FB24994276">
    <w:name w:val="5C3A7D73D147443AA194C06FB24994276"/>
    <w:rsid w:val="00CE1639"/>
    <w:pPr>
      <w:spacing w:after="200" w:line="276" w:lineRule="auto"/>
    </w:pPr>
  </w:style>
  <w:style w:type="paragraph" w:customStyle="1" w:styleId="63F193555AD9499CB710078DC26953EF6">
    <w:name w:val="63F193555AD9499CB710078DC26953EF6"/>
    <w:rsid w:val="00CE1639"/>
    <w:pPr>
      <w:spacing w:after="200" w:line="276" w:lineRule="auto"/>
    </w:pPr>
  </w:style>
  <w:style w:type="paragraph" w:customStyle="1" w:styleId="577A7DFC1E1F40069740321DEF30D7046">
    <w:name w:val="577A7DFC1E1F40069740321DEF30D7046"/>
    <w:rsid w:val="00CE1639"/>
    <w:pPr>
      <w:spacing w:after="200" w:line="276" w:lineRule="auto"/>
    </w:pPr>
  </w:style>
  <w:style w:type="paragraph" w:customStyle="1" w:styleId="F313C84236FE4FF7AC3B18406F4AE6856">
    <w:name w:val="F313C84236FE4FF7AC3B18406F4AE6856"/>
    <w:rsid w:val="00CE1639"/>
    <w:pPr>
      <w:spacing w:after="200" w:line="276" w:lineRule="auto"/>
    </w:pPr>
  </w:style>
  <w:style w:type="paragraph" w:customStyle="1" w:styleId="BF0E036CDD4D45C3AB85A07BA2DD61636">
    <w:name w:val="BF0E036CDD4D45C3AB85A07BA2DD61636"/>
    <w:rsid w:val="00CE1639"/>
    <w:pPr>
      <w:spacing w:after="200" w:line="276" w:lineRule="auto"/>
    </w:pPr>
  </w:style>
  <w:style w:type="paragraph" w:customStyle="1" w:styleId="47669BF0FCBE406AAD1E10B9812106B46">
    <w:name w:val="47669BF0FCBE406AAD1E10B9812106B46"/>
    <w:rsid w:val="00CE1639"/>
    <w:pPr>
      <w:spacing w:after="200" w:line="276" w:lineRule="auto"/>
    </w:pPr>
  </w:style>
  <w:style w:type="paragraph" w:customStyle="1" w:styleId="DBE498F6C1F9478E9256B5C3C3B8D0FE6">
    <w:name w:val="DBE498F6C1F9478E9256B5C3C3B8D0FE6"/>
    <w:rsid w:val="00CE1639"/>
    <w:pPr>
      <w:spacing w:after="200" w:line="276" w:lineRule="auto"/>
    </w:pPr>
  </w:style>
  <w:style w:type="paragraph" w:customStyle="1" w:styleId="BDE1C10464E64A0C81164B77F9A4AA5C6">
    <w:name w:val="BDE1C10464E64A0C81164B77F9A4AA5C6"/>
    <w:rsid w:val="00CE1639"/>
    <w:pPr>
      <w:spacing w:after="200" w:line="276" w:lineRule="auto"/>
    </w:pPr>
  </w:style>
  <w:style w:type="paragraph" w:customStyle="1" w:styleId="648DBBF183FB40FAB6C79D4C05E49AA46">
    <w:name w:val="648DBBF183FB40FAB6C79D4C05E49AA46"/>
    <w:rsid w:val="00CE1639"/>
    <w:pPr>
      <w:spacing w:after="200" w:line="276" w:lineRule="auto"/>
    </w:pPr>
  </w:style>
  <w:style w:type="paragraph" w:customStyle="1" w:styleId="1C09BEC26D3548A89E225D009B56BFFB6">
    <w:name w:val="1C09BEC26D3548A89E225D009B56BFFB6"/>
    <w:rsid w:val="00CE1639"/>
    <w:pPr>
      <w:spacing w:after="200" w:line="276" w:lineRule="auto"/>
    </w:pPr>
  </w:style>
  <w:style w:type="paragraph" w:customStyle="1" w:styleId="860677CA9CD4419B8300F24B017CFBBE6">
    <w:name w:val="860677CA9CD4419B8300F24B017CFBBE6"/>
    <w:rsid w:val="00CE1639"/>
    <w:pPr>
      <w:spacing w:after="200" w:line="276" w:lineRule="auto"/>
    </w:pPr>
  </w:style>
  <w:style w:type="paragraph" w:customStyle="1" w:styleId="6C42C24885A6479A8C655EDA93D92F266">
    <w:name w:val="6C42C24885A6479A8C655EDA93D92F266"/>
    <w:rsid w:val="00CE1639"/>
    <w:pPr>
      <w:spacing w:after="200" w:line="276" w:lineRule="auto"/>
    </w:pPr>
  </w:style>
  <w:style w:type="paragraph" w:customStyle="1" w:styleId="AE78C549051C42ACAB0308BC3FBFBD266">
    <w:name w:val="AE78C549051C42ACAB0308BC3FBFBD266"/>
    <w:rsid w:val="00CE1639"/>
    <w:pPr>
      <w:spacing w:after="200" w:line="276" w:lineRule="auto"/>
    </w:pPr>
  </w:style>
  <w:style w:type="paragraph" w:customStyle="1" w:styleId="BE156BEC2F1543B3B84B3D0F6AB9DFA06">
    <w:name w:val="BE156BEC2F1543B3B84B3D0F6AB9DFA06"/>
    <w:rsid w:val="00CE1639"/>
    <w:pPr>
      <w:spacing w:after="200" w:line="276" w:lineRule="auto"/>
    </w:pPr>
  </w:style>
  <w:style w:type="paragraph" w:customStyle="1" w:styleId="AF0EAD1D64F34A3BAED0B738FADC88E56">
    <w:name w:val="AF0EAD1D64F34A3BAED0B738FADC88E56"/>
    <w:rsid w:val="00CE1639"/>
    <w:pPr>
      <w:spacing w:after="200" w:line="276" w:lineRule="auto"/>
    </w:pPr>
  </w:style>
  <w:style w:type="paragraph" w:customStyle="1" w:styleId="B30D077B9E80489CBC3921A2CB4E1EA96">
    <w:name w:val="B30D077B9E80489CBC3921A2CB4E1EA96"/>
    <w:rsid w:val="00CE1639"/>
    <w:pPr>
      <w:spacing w:after="200" w:line="276" w:lineRule="auto"/>
    </w:pPr>
  </w:style>
  <w:style w:type="paragraph" w:customStyle="1" w:styleId="6F253A2C3CB54B90B13DE772D5510E906">
    <w:name w:val="6F253A2C3CB54B90B13DE772D5510E906"/>
    <w:rsid w:val="00CE1639"/>
    <w:pPr>
      <w:spacing w:after="200" w:line="276" w:lineRule="auto"/>
    </w:pPr>
  </w:style>
  <w:style w:type="paragraph" w:customStyle="1" w:styleId="45527F50F168459E8AAF279EDE532CE76">
    <w:name w:val="45527F50F168459E8AAF279EDE532CE76"/>
    <w:rsid w:val="00CE1639"/>
    <w:pPr>
      <w:spacing w:after="200" w:line="276" w:lineRule="auto"/>
    </w:pPr>
  </w:style>
  <w:style w:type="paragraph" w:customStyle="1" w:styleId="223ED7C7FF504317987E8EEAB175823E6">
    <w:name w:val="223ED7C7FF504317987E8EEAB175823E6"/>
    <w:rsid w:val="00CE1639"/>
    <w:pPr>
      <w:spacing w:after="200" w:line="276" w:lineRule="auto"/>
    </w:pPr>
  </w:style>
  <w:style w:type="paragraph" w:customStyle="1" w:styleId="382561513D864E89A7F5B2ED35D0B4FB6">
    <w:name w:val="382561513D864E89A7F5B2ED35D0B4FB6"/>
    <w:rsid w:val="00CE1639"/>
    <w:pPr>
      <w:spacing w:after="200" w:line="276" w:lineRule="auto"/>
    </w:pPr>
  </w:style>
  <w:style w:type="paragraph" w:customStyle="1" w:styleId="6FB8029AD57A43688881BB3956AD75846">
    <w:name w:val="6FB8029AD57A43688881BB3956AD75846"/>
    <w:rsid w:val="00CE1639"/>
    <w:pPr>
      <w:spacing w:after="200" w:line="276" w:lineRule="auto"/>
    </w:pPr>
  </w:style>
  <w:style w:type="paragraph" w:customStyle="1" w:styleId="4E94F9A2603C4983BA3B0504CD2EAA1C6">
    <w:name w:val="4E94F9A2603C4983BA3B0504CD2EAA1C6"/>
    <w:rsid w:val="00CE1639"/>
    <w:pPr>
      <w:spacing w:after="200" w:line="276" w:lineRule="auto"/>
    </w:pPr>
  </w:style>
  <w:style w:type="paragraph" w:customStyle="1" w:styleId="E04E403C73F946B4851616310A6929B36">
    <w:name w:val="E04E403C73F946B4851616310A6929B36"/>
    <w:rsid w:val="00CE1639"/>
    <w:pPr>
      <w:spacing w:after="200" w:line="276" w:lineRule="auto"/>
    </w:pPr>
  </w:style>
  <w:style w:type="paragraph" w:customStyle="1" w:styleId="3ABA4D8D41C3426DAE8A6DAAE90D99496">
    <w:name w:val="3ABA4D8D41C3426DAE8A6DAAE90D99496"/>
    <w:rsid w:val="00CE1639"/>
    <w:pPr>
      <w:spacing w:after="200" w:line="276" w:lineRule="auto"/>
    </w:pPr>
  </w:style>
  <w:style w:type="paragraph" w:customStyle="1" w:styleId="5D2CE74C94BA4FF9BA3E7FF60B8F469F6">
    <w:name w:val="5D2CE74C94BA4FF9BA3E7FF60B8F469F6"/>
    <w:rsid w:val="00CE1639"/>
    <w:pPr>
      <w:spacing w:after="200" w:line="276" w:lineRule="auto"/>
    </w:pPr>
  </w:style>
  <w:style w:type="paragraph" w:customStyle="1" w:styleId="1A40ED76AD1B4809A5CD97D17ED8C1B46">
    <w:name w:val="1A40ED76AD1B4809A5CD97D17ED8C1B46"/>
    <w:rsid w:val="00CE1639"/>
    <w:pPr>
      <w:spacing w:after="200" w:line="276" w:lineRule="auto"/>
    </w:pPr>
  </w:style>
  <w:style w:type="paragraph" w:customStyle="1" w:styleId="45253DD0687D4008BDF37282EE6E10666">
    <w:name w:val="45253DD0687D4008BDF37282EE6E10666"/>
    <w:rsid w:val="00CE1639"/>
    <w:pPr>
      <w:spacing w:after="200" w:line="276" w:lineRule="auto"/>
    </w:pPr>
  </w:style>
  <w:style w:type="paragraph" w:customStyle="1" w:styleId="32C912404EA14AF19458E0297ED04D4B6">
    <w:name w:val="32C912404EA14AF19458E0297ED04D4B6"/>
    <w:rsid w:val="00CE1639"/>
    <w:pPr>
      <w:spacing w:after="200" w:line="276" w:lineRule="auto"/>
    </w:pPr>
  </w:style>
  <w:style w:type="paragraph" w:customStyle="1" w:styleId="7FBCCF483FE448D491FB31774444E29D6">
    <w:name w:val="7FBCCF483FE448D491FB31774444E29D6"/>
    <w:rsid w:val="00CE1639"/>
    <w:pPr>
      <w:spacing w:after="200" w:line="276" w:lineRule="auto"/>
    </w:pPr>
  </w:style>
  <w:style w:type="paragraph" w:customStyle="1" w:styleId="62BAD36F4F8A44C7B4EA7199E29B388F6">
    <w:name w:val="62BAD36F4F8A44C7B4EA7199E29B388F6"/>
    <w:rsid w:val="00CE1639"/>
    <w:pPr>
      <w:spacing w:after="200" w:line="276" w:lineRule="auto"/>
    </w:pPr>
  </w:style>
  <w:style w:type="paragraph" w:customStyle="1" w:styleId="33B24FEBFBE44545A2D7E533DED4BD376">
    <w:name w:val="33B24FEBFBE44545A2D7E533DED4BD376"/>
    <w:rsid w:val="00CE1639"/>
    <w:pPr>
      <w:spacing w:after="200" w:line="276" w:lineRule="auto"/>
    </w:pPr>
  </w:style>
  <w:style w:type="paragraph" w:customStyle="1" w:styleId="95C3D0D3D74E42268DB5E55C2C1618905">
    <w:name w:val="95C3D0D3D74E42268DB5E55C2C1618905"/>
    <w:rsid w:val="00CE1639"/>
    <w:pPr>
      <w:spacing w:after="200" w:line="276" w:lineRule="auto"/>
    </w:pPr>
  </w:style>
  <w:style w:type="paragraph" w:customStyle="1" w:styleId="253498E8C83042419E9074A905DF2FF35">
    <w:name w:val="253498E8C83042419E9074A905DF2FF35"/>
    <w:rsid w:val="00CE1639"/>
    <w:pPr>
      <w:spacing w:after="200" w:line="276" w:lineRule="auto"/>
    </w:pPr>
  </w:style>
  <w:style w:type="paragraph" w:customStyle="1" w:styleId="B335631F27294A2F99F52B5BA6B3BC5F5">
    <w:name w:val="B335631F27294A2F99F52B5BA6B3BC5F5"/>
    <w:rsid w:val="00CE1639"/>
    <w:pPr>
      <w:spacing w:after="200" w:line="276" w:lineRule="auto"/>
    </w:pPr>
  </w:style>
  <w:style w:type="paragraph" w:customStyle="1" w:styleId="A1A08283464344D8AF486D9B5CC2BAAB5">
    <w:name w:val="A1A08283464344D8AF486D9B5CC2BAAB5"/>
    <w:rsid w:val="00CE1639"/>
    <w:pPr>
      <w:spacing w:after="200" w:line="276" w:lineRule="auto"/>
    </w:pPr>
  </w:style>
  <w:style w:type="paragraph" w:customStyle="1" w:styleId="D81BF0E6FE3442039BABDC66670FFF0D5">
    <w:name w:val="D81BF0E6FE3442039BABDC66670FFF0D5"/>
    <w:rsid w:val="00CE1639"/>
    <w:pPr>
      <w:spacing w:after="200" w:line="276" w:lineRule="auto"/>
    </w:pPr>
  </w:style>
  <w:style w:type="paragraph" w:customStyle="1" w:styleId="D68A08BEDA9045CBBA0AA59C080ACB565">
    <w:name w:val="D68A08BEDA9045CBBA0AA59C080ACB565"/>
    <w:rsid w:val="00CE1639"/>
    <w:pPr>
      <w:spacing w:after="200" w:line="276" w:lineRule="auto"/>
    </w:pPr>
  </w:style>
  <w:style w:type="paragraph" w:customStyle="1" w:styleId="553F8DCD51A145FDA48DA2C3DDFA72F95">
    <w:name w:val="553F8DCD51A145FDA48DA2C3DDFA72F95"/>
    <w:rsid w:val="00CE1639"/>
    <w:pPr>
      <w:spacing w:after="200" w:line="276" w:lineRule="auto"/>
    </w:pPr>
  </w:style>
  <w:style w:type="paragraph" w:customStyle="1" w:styleId="B052F45FD5E44EB991A067077EAA23EC5">
    <w:name w:val="B052F45FD5E44EB991A067077EAA23EC5"/>
    <w:rsid w:val="00CE1639"/>
    <w:pPr>
      <w:spacing w:after="200" w:line="276" w:lineRule="auto"/>
    </w:pPr>
  </w:style>
  <w:style w:type="paragraph" w:customStyle="1" w:styleId="6CDDEC44BCA146C7B2CF8FC91090E7345">
    <w:name w:val="6CDDEC44BCA146C7B2CF8FC91090E7345"/>
    <w:rsid w:val="00CE1639"/>
    <w:pPr>
      <w:spacing w:after="200" w:line="276" w:lineRule="auto"/>
    </w:pPr>
  </w:style>
  <w:style w:type="paragraph" w:customStyle="1" w:styleId="D59AA98BFBFE4C96AE4B0ED934DA2C105">
    <w:name w:val="D59AA98BFBFE4C96AE4B0ED934DA2C105"/>
    <w:rsid w:val="00CE1639"/>
    <w:pPr>
      <w:spacing w:after="200" w:line="276" w:lineRule="auto"/>
    </w:pPr>
  </w:style>
  <w:style w:type="paragraph" w:customStyle="1" w:styleId="D0FC822CB1DB4B86AEA97D39D23B78785">
    <w:name w:val="D0FC822CB1DB4B86AEA97D39D23B78785"/>
    <w:rsid w:val="00CE1639"/>
    <w:pPr>
      <w:spacing w:after="200" w:line="276" w:lineRule="auto"/>
    </w:pPr>
  </w:style>
  <w:style w:type="paragraph" w:customStyle="1" w:styleId="40409FEADE30440DB9E89C1E4539BEF15">
    <w:name w:val="40409FEADE30440DB9E89C1E4539BEF15"/>
    <w:rsid w:val="00CE1639"/>
    <w:pPr>
      <w:spacing w:after="200" w:line="276" w:lineRule="auto"/>
    </w:pPr>
  </w:style>
  <w:style w:type="paragraph" w:customStyle="1" w:styleId="61C9730EC8034A00BD93CAF9C89F30D55">
    <w:name w:val="61C9730EC8034A00BD93CAF9C89F30D55"/>
    <w:rsid w:val="00CE1639"/>
    <w:pPr>
      <w:spacing w:after="200" w:line="276" w:lineRule="auto"/>
    </w:pPr>
  </w:style>
  <w:style w:type="paragraph" w:customStyle="1" w:styleId="FB2C3228D9CA4012A42FEC8D8CA498475">
    <w:name w:val="FB2C3228D9CA4012A42FEC8D8CA498475"/>
    <w:rsid w:val="00CE1639"/>
    <w:pPr>
      <w:spacing w:after="200" w:line="276" w:lineRule="auto"/>
    </w:pPr>
  </w:style>
  <w:style w:type="paragraph" w:customStyle="1" w:styleId="C9EF37C4E9ED42F0AE51C3FB807AC8945">
    <w:name w:val="C9EF37C4E9ED42F0AE51C3FB807AC8945"/>
    <w:rsid w:val="00CE1639"/>
    <w:pPr>
      <w:spacing w:after="200" w:line="276" w:lineRule="auto"/>
    </w:pPr>
  </w:style>
  <w:style w:type="paragraph" w:customStyle="1" w:styleId="6955F58B115C425FBC6B147D47E95D855">
    <w:name w:val="6955F58B115C425FBC6B147D47E95D855"/>
    <w:rsid w:val="00CE1639"/>
    <w:pPr>
      <w:spacing w:after="200" w:line="276" w:lineRule="auto"/>
    </w:pPr>
  </w:style>
  <w:style w:type="paragraph" w:customStyle="1" w:styleId="C592AA76BE1A4F6FAEA18B80AA9EEAA95">
    <w:name w:val="C592AA76BE1A4F6FAEA18B80AA9EEAA95"/>
    <w:rsid w:val="00CE1639"/>
    <w:pPr>
      <w:spacing w:after="200" w:line="276" w:lineRule="auto"/>
    </w:pPr>
  </w:style>
  <w:style w:type="paragraph" w:customStyle="1" w:styleId="4458E34E141B466580BFD839F14E0A2A5">
    <w:name w:val="4458E34E141B466580BFD839F14E0A2A5"/>
    <w:rsid w:val="00CE1639"/>
    <w:pPr>
      <w:spacing w:after="200" w:line="276" w:lineRule="auto"/>
    </w:pPr>
  </w:style>
  <w:style w:type="paragraph" w:customStyle="1" w:styleId="8627827531E94CB39B2066CA30DE3B593">
    <w:name w:val="8627827531E94CB39B2066CA30DE3B593"/>
    <w:rsid w:val="00CE1639"/>
    <w:pPr>
      <w:spacing w:after="200" w:line="276" w:lineRule="auto"/>
    </w:pPr>
  </w:style>
  <w:style w:type="paragraph" w:customStyle="1" w:styleId="D297C25EDD7E4D8F98833A11C0CB12605">
    <w:name w:val="D297C25EDD7E4D8F98833A11C0CB12605"/>
    <w:rsid w:val="00CE1639"/>
    <w:pPr>
      <w:spacing w:after="200" w:line="276" w:lineRule="auto"/>
    </w:pPr>
  </w:style>
  <w:style w:type="paragraph" w:customStyle="1" w:styleId="D2E5A85F0A424B10BE1CDB9EDA0E0C915">
    <w:name w:val="D2E5A85F0A424B10BE1CDB9EDA0E0C915"/>
    <w:rsid w:val="00CE1639"/>
    <w:pPr>
      <w:spacing w:after="200" w:line="276" w:lineRule="auto"/>
    </w:pPr>
  </w:style>
  <w:style w:type="paragraph" w:customStyle="1" w:styleId="DF0772169B014E5E9AE4C275CF01A3345">
    <w:name w:val="DF0772169B014E5E9AE4C275CF01A3345"/>
    <w:rsid w:val="00CE1639"/>
    <w:pPr>
      <w:spacing w:after="200" w:line="276" w:lineRule="auto"/>
    </w:pPr>
  </w:style>
  <w:style w:type="paragraph" w:customStyle="1" w:styleId="181C92DA7C7B49958724C06101400AA15">
    <w:name w:val="181C92DA7C7B49958724C06101400AA15"/>
    <w:rsid w:val="00CE1639"/>
    <w:pPr>
      <w:spacing w:after="200" w:line="276" w:lineRule="auto"/>
    </w:pPr>
  </w:style>
  <w:style w:type="paragraph" w:customStyle="1" w:styleId="068FBAC861654951A787BB80FCF572745">
    <w:name w:val="068FBAC861654951A787BB80FCF572745"/>
    <w:rsid w:val="00CE1639"/>
    <w:pPr>
      <w:spacing w:after="200" w:line="276" w:lineRule="auto"/>
    </w:pPr>
  </w:style>
  <w:style w:type="paragraph" w:customStyle="1" w:styleId="BFFDB8C26A4D4D158E1FBD8FDCD8A5933">
    <w:name w:val="BFFDB8C26A4D4D158E1FBD8FDCD8A5933"/>
    <w:rsid w:val="00CE1639"/>
    <w:pPr>
      <w:spacing w:after="200" w:line="276" w:lineRule="auto"/>
    </w:pPr>
  </w:style>
  <w:style w:type="paragraph" w:customStyle="1" w:styleId="D1666A0D1AFC466A9B35F885BC300C2A5">
    <w:name w:val="D1666A0D1AFC466A9B35F885BC300C2A5"/>
    <w:rsid w:val="00CE1639"/>
    <w:pPr>
      <w:spacing w:after="200" w:line="276" w:lineRule="auto"/>
    </w:pPr>
  </w:style>
  <w:style w:type="paragraph" w:customStyle="1" w:styleId="54B32C8D6EAF461A967E203482BBED2C2">
    <w:name w:val="54B32C8D6EAF461A967E203482BBED2C2"/>
    <w:rsid w:val="00CE1639"/>
    <w:pPr>
      <w:spacing w:after="200" w:line="276" w:lineRule="auto"/>
    </w:pPr>
  </w:style>
  <w:style w:type="paragraph" w:customStyle="1" w:styleId="54967AD219644EFEAF40D5FDF1526A4E2">
    <w:name w:val="54967AD219644EFEAF40D5FDF1526A4E2"/>
    <w:rsid w:val="00CE1639"/>
    <w:pPr>
      <w:spacing w:after="200" w:line="276" w:lineRule="auto"/>
    </w:pPr>
  </w:style>
  <w:style w:type="paragraph" w:customStyle="1" w:styleId="764E7948D7C341B0AB3C69697E12B3792">
    <w:name w:val="764E7948D7C341B0AB3C69697E12B3792"/>
    <w:rsid w:val="00CE1639"/>
    <w:pPr>
      <w:spacing w:after="200" w:line="276" w:lineRule="auto"/>
    </w:pPr>
  </w:style>
  <w:style w:type="paragraph" w:customStyle="1" w:styleId="EF307A23E74B4B99AC1634C8EDDEEABE5">
    <w:name w:val="EF307A23E74B4B99AC1634C8EDDEEABE5"/>
    <w:rsid w:val="00CE1639"/>
    <w:pPr>
      <w:spacing w:after="200" w:line="276" w:lineRule="auto"/>
    </w:pPr>
  </w:style>
  <w:style w:type="paragraph" w:customStyle="1" w:styleId="DDE3BCC48F3141C6B0B0C54C3D9FC3845">
    <w:name w:val="DDE3BCC48F3141C6B0B0C54C3D9FC3845"/>
    <w:rsid w:val="00CE1639"/>
    <w:pPr>
      <w:spacing w:after="200" w:line="276" w:lineRule="auto"/>
    </w:pPr>
  </w:style>
  <w:style w:type="paragraph" w:customStyle="1" w:styleId="589DADF131284E5983A48F99974CFBC25">
    <w:name w:val="589DADF131284E5983A48F99974CFBC25"/>
    <w:rsid w:val="00CE1639"/>
    <w:pPr>
      <w:spacing w:after="200" w:line="276" w:lineRule="auto"/>
    </w:pPr>
  </w:style>
  <w:style w:type="paragraph" w:customStyle="1" w:styleId="C475619E64FB42ADB156EB10553125F45">
    <w:name w:val="C475619E64FB42ADB156EB10553125F45"/>
    <w:rsid w:val="00CE1639"/>
    <w:pPr>
      <w:spacing w:after="200" w:line="276" w:lineRule="auto"/>
    </w:pPr>
  </w:style>
  <w:style w:type="paragraph" w:customStyle="1" w:styleId="F197B62FCB33418F94331202AE41ACBD5">
    <w:name w:val="F197B62FCB33418F94331202AE41ACBD5"/>
    <w:rsid w:val="00CE1639"/>
    <w:pPr>
      <w:spacing w:after="200" w:line="276" w:lineRule="auto"/>
    </w:pPr>
  </w:style>
  <w:style w:type="paragraph" w:customStyle="1" w:styleId="EF990AC868FB4AEDAAAAD813799CDEFD5">
    <w:name w:val="EF990AC868FB4AEDAAAAD813799CDEFD5"/>
    <w:rsid w:val="00CE1639"/>
    <w:pPr>
      <w:spacing w:after="200" w:line="276" w:lineRule="auto"/>
    </w:pPr>
  </w:style>
  <w:style w:type="paragraph" w:customStyle="1" w:styleId="8BE12D6F4B504073B0AF26E44946139C5">
    <w:name w:val="8BE12D6F4B504073B0AF26E44946139C5"/>
    <w:rsid w:val="00CE1639"/>
    <w:pPr>
      <w:spacing w:after="200" w:line="276" w:lineRule="auto"/>
    </w:pPr>
  </w:style>
  <w:style w:type="paragraph" w:customStyle="1" w:styleId="AB93FC235CDA4BDEA236D2A64F11E3375">
    <w:name w:val="AB93FC235CDA4BDEA236D2A64F11E3375"/>
    <w:rsid w:val="00CE1639"/>
    <w:pPr>
      <w:spacing w:after="200" w:line="276" w:lineRule="auto"/>
    </w:pPr>
  </w:style>
  <w:style w:type="paragraph" w:customStyle="1" w:styleId="B7151087BFAB466C8AD489D97726FD7D5">
    <w:name w:val="B7151087BFAB466C8AD489D97726FD7D5"/>
    <w:rsid w:val="00CE1639"/>
    <w:pPr>
      <w:spacing w:after="200" w:line="276" w:lineRule="auto"/>
    </w:pPr>
  </w:style>
  <w:style w:type="paragraph" w:customStyle="1" w:styleId="DBF7A78951804D1782B70D0113FDF31B5">
    <w:name w:val="DBF7A78951804D1782B70D0113FDF31B5"/>
    <w:rsid w:val="00CE1639"/>
    <w:pPr>
      <w:spacing w:after="200" w:line="276" w:lineRule="auto"/>
    </w:pPr>
  </w:style>
  <w:style w:type="paragraph" w:customStyle="1" w:styleId="D8473262A7604010B5004F3A46A688025">
    <w:name w:val="D8473262A7604010B5004F3A46A688025"/>
    <w:rsid w:val="00CE1639"/>
    <w:pPr>
      <w:spacing w:after="200" w:line="276" w:lineRule="auto"/>
    </w:pPr>
  </w:style>
  <w:style w:type="paragraph" w:customStyle="1" w:styleId="135E59A84A724A4EA8F5D1AC8D26DED45">
    <w:name w:val="135E59A84A724A4EA8F5D1AC8D26DED45"/>
    <w:rsid w:val="00CE1639"/>
    <w:pPr>
      <w:spacing w:after="200" w:line="276" w:lineRule="auto"/>
    </w:pPr>
  </w:style>
  <w:style w:type="paragraph" w:customStyle="1" w:styleId="4B94155B3F004F50B7BEC8840B13B1615">
    <w:name w:val="4B94155B3F004F50B7BEC8840B13B1615"/>
    <w:rsid w:val="00CE1639"/>
    <w:pPr>
      <w:spacing w:after="200" w:line="276" w:lineRule="auto"/>
    </w:pPr>
  </w:style>
  <w:style w:type="paragraph" w:customStyle="1" w:styleId="41F3B94A26CB4C19850EDF85B346C6C25">
    <w:name w:val="41F3B94A26CB4C19850EDF85B346C6C25"/>
    <w:rsid w:val="00CE1639"/>
    <w:pPr>
      <w:spacing w:after="200" w:line="276" w:lineRule="auto"/>
    </w:pPr>
  </w:style>
  <w:style w:type="paragraph" w:customStyle="1" w:styleId="DFA4FCA7ADED4C4D8E96CC217C6A5D485">
    <w:name w:val="DFA4FCA7ADED4C4D8E96CC217C6A5D485"/>
    <w:rsid w:val="00CE1639"/>
    <w:pPr>
      <w:spacing w:after="200" w:line="276" w:lineRule="auto"/>
    </w:pPr>
  </w:style>
  <w:style w:type="paragraph" w:customStyle="1" w:styleId="8F21CC03DDEC41F9860887C2FD63991E5">
    <w:name w:val="8F21CC03DDEC41F9860887C2FD63991E5"/>
    <w:rsid w:val="00CE1639"/>
    <w:pPr>
      <w:spacing w:after="200" w:line="276" w:lineRule="auto"/>
    </w:pPr>
  </w:style>
  <w:style w:type="paragraph" w:customStyle="1" w:styleId="3072858C767B47C1B3EF67A7B4B58BD85">
    <w:name w:val="3072858C767B47C1B3EF67A7B4B58BD85"/>
    <w:rsid w:val="00CE1639"/>
    <w:pPr>
      <w:spacing w:after="200" w:line="276" w:lineRule="auto"/>
    </w:pPr>
  </w:style>
  <w:style w:type="paragraph" w:customStyle="1" w:styleId="0FBD0517325D4A7DA3964CB3D8DF28705">
    <w:name w:val="0FBD0517325D4A7DA3964CB3D8DF28705"/>
    <w:rsid w:val="00CE1639"/>
    <w:pPr>
      <w:spacing w:after="200" w:line="276" w:lineRule="auto"/>
    </w:pPr>
  </w:style>
  <w:style w:type="paragraph" w:customStyle="1" w:styleId="D1268C8B7C3A48258C8D2568A4782CF15">
    <w:name w:val="D1268C8B7C3A48258C8D2568A4782CF15"/>
    <w:rsid w:val="00CE1639"/>
    <w:pPr>
      <w:spacing w:after="200" w:line="276" w:lineRule="auto"/>
    </w:pPr>
  </w:style>
  <w:style w:type="paragraph" w:customStyle="1" w:styleId="2B7C429AEFC14AB8B007B5D458D0F4925">
    <w:name w:val="2B7C429AEFC14AB8B007B5D458D0F4925"/>
    <w:rsid w:val="00CE1639"/>
    <w:pPr>
      <w:spacing w:after="200" w:line="276" w:lineRule="auto"/>
    </w:pPr>
  </w:style>
  <w:style w:type="paragraph" w:customStyle="1" w:styleId="1D3CA07C42FC4B8198599F8B056280B25">
    <w:name w:val="1D3CA07C42FC4B8198599F8B056280B25"/>
    <w:rsid w:val="00CE1639"/>
    <w:pPr>
      <w:spacing w:after="200" w:line="276" w:lineRule="auto"/>
    </w:pPr>
  </w:style>
  <w:style w:type="paragraph" w:customStyle="1" w:styleId="56100998329F4BCE95470721349527015">
    <w:name w:val="56100998329F4BCE95470721349527015"/>
    <w:rsid w:val="00CE1639"/>
    <w:pPr>
      <w:spacing w:after="200" w:line="276" w:lineRule="auto"/>
    </w:pPr>
  </w:style>
  <w:style w:type="paragraph" w:customStyle="1" w:styleId="D61A5368856246FC8013BB8A67D0B8CA5">
    <w:name w:val="D61A5368856246FC8013BB8A67D0B8CA5"/>
    <w:rsid w:val="00CE1639"/>
    <w:pPr>
      <w:spacing w:after="200" w:line="276" w:lineRule="auto"/>
    </w:pPr>
  </w:style>
  <w:style w:type="paragraph" w:customStyle="1" w:styleId="7D01726AED6B4F74960CB8162977AFF65">
    <w:name w:val="7D01726AED6B4F74960CB8162977AFF65"/>
    <w:rsid w:val="00CE1639"/>
    <w:pPr>
      <w:spacing w:after="200" w:line="276" w:lineRule="auto"/>
    </w:pPr>
  </w:style>
  <w:style w:type="paragraph" w:customStyle="1" w:styleId="C611DE52FBB846B2A106988CAECCF6DF5">
    <w:name w:val="C611DE52FBB846B2A106988CAECCF6DF5"/>
    <w:rsid w:val="00CE1639"/>
    <w:pPr>
      <w:spacing w:after="200" w:line="276" w:lineRule="auto"/>
    </w:pPr>
  </w:style>
  <w:style w:type="paragraph" w:customStyle="1" w:styleId="1F1D19BA9FF047A4BD96C992602EB9985">
    <w:name w:val="1F1D19BA9FF047A4BD96C992602EB9985"/>
    <w:rsid w:val="00CE1639"/>
    <w:pPr>
      <w:spacing w:after="200" w:line="276" w:lineRule="auto"/>
    </w:pPr>
  </w:style>
  <w:style w:type="paragraph" w:customStyle="1" w:styleId="CE0FCFBFFAAF4DE2B5C4F42E145586DE5">
    <w:name w:val="CE0FCFBFFAAF4DE2B5C4F42E145586DE5"/>
    <w:rsid w:val="00CE1639"/>
    <w:pPr>
      <w:spacing w:after="200" w:line="276" w:lineRule="auto"/>
    </w:pPr>
  </w:style>
  <w:style w:type="paragraph" w:customStyle="1" w:styleId="215A6D4D5B954E7AAC611F67939865215">
    <w:name w:val="215A6D4D5B954E7AAC611F67939865215"/>
    <w:rsid w:val="00CE1639"/>
    <w:pPr>
      <w:spacing w:after="200" w:line="276" w:lineRule="auto"/>
    </w:pPr>
  </w:style>
  <w:style w:type="paragraph" w:customStyle="1" w:styleId="FCEFDF7BD9434FF5932709F202CFA2435">
    <w:name w:val="FCEFDF7BD9434FF5932709F202CFA2435"/>
    <w:rsid w:val="00CE1639"/>
    <w:pPr>
      <w:spacing w:after="200" w:line="276" w:lineRule="auto"/>
    </w:pPr>
  </w:style>
  <w:style w:type="paragraph" w:customStyle="1" w:styleId="6C201FBAD7D84CC88CE9343C9463A4B35">
    <w:name w:val="6C201FBAD7D84CC88CE9343C9463A4B35"/>
    <w:rsid w:val="00CE1639"/>
    <w:pPr>
      <w:spacing w:after="200" w:line="276" w:lineRule="auto"/>
    </w:pPr>
  </w:style>
  <w:style w:type="paragraph" w:customStyle="1" w:styleId="D7C6D8CC0FC148FC943EE5E4E17825B95">
    <w:name w:val="D7C6D8CC0FC148FC943EE5E4E17825B95"/>
    <w:rsid w:val="00CE1639"/>
    <w:pPr>
      <w:spacing w:after="200" w:line="276" w:lineRule="auto"/>
    </w:pPr>
  </w:style>
  <w:style w:type="paragraph" w:customStyle="1" w:styleId="967EF32F25CA460EAB71DB47682F3E545">
    <w:name w:val="967EF32F25CA460EAB71DB47682F3E545"/>
    <w:rsid w:val="00CE1639"/>
    <w:pPr>
      <w:spacing w:after="200" w:line="276" w:lineRule="auto"/>
    </w:pPr>
  </w:style>
  <w:style w:type="paragraph" w:customStyle="1" w:styleId="A4DEF7C704DB40B293B19540CA95C2D65">
    <w:name w:val="A4DEF7C704DB40B293B19540CA95C2D65"/>
    <w:rsid w:val="00CE1639"/>
    <w:pPr>
      <w:spacing w:after="200" w:line="276" w:lineRule="auto"/>
    </w:pPr>
  </w:style>
  <w:style w:type="paragraph" w:customStyle="1" w:styleId="3A7D4BE569314F89B35517255A4CDE085">
    <w:name w:val="3A7D4BE569314F89B35517255A4CDE085"/>
    <w:rsid w:val="00CE1639"/>
    <w:pPr>
      <w:spacing w:after="200" w:line="276" w:lineRule="auto"/>
    </w:pPr>
  </w:style>
  <w:style w:type="paragraph" w:customStyle="1" w:styleId="2C70F9A7A51444D1B688F72229E15FCC5">
    <w:name w:val="2C70F9A7A51444D1B688F72229E15FCC5"/>
    <w:rsid w:val="00CE1639"/>
    <w:pPr>
      <w:spacing w:after="200" w:line="276" w:lineRule="auto"/>
    </w:pPr>
  </w:style>
  <w:style w:type="paragraph" w:customStyle="1" w:styleId="A56D23639BD74F5E9D7AB38C08498EE55">
    <w:name w:val="A56D23639BD74F5E9D7AB38C08498EE55"/>
    <w:rsid w:val="00CE1639"/>
    <w:pPr>
      <w:spacing w:after="200" w:line="276" w:lineRule="auto"/>
    </w:pPr>
  </w:style>
  <w:style w:type="paragraph" w:customStyle="1" w:styleId="614E9421971C49519DEA7CCB69C1C2B15">
    <w:name w:val="614E9421971C49519DEA7CCB69C1C2B15"/>
    <w:rsid w:val="00CE1639"/>
    <w:pPr>
      <w:spacing w:after="200" w:line="276" w:lineRule="auto"/>
    </w:pPr>
  </w:style>
  <w:style w:type="paragraph" w:customStyle="1" w:styleId="A1981FA7FE334163A3A8250D7633F69C5">
    <w:name w:val="A1981FA7FE334163A3A8250D7633F69C5"/>
    <w:rsid w:val="00CE1639"/>
    <w:pPr>
      <w:spacing w:after="200" w:line="276" w:lineRule="auto"/>
    </w:pPr>
  </w:style>
  <w:style w:type="paragraph" w:customStyle="1" w:styleId="F3CAC262247A498DAC350839197DB9C05">
    <w:name w:val="F3CAC262247A498DAC350839197DB9C05"/>
    <w:rsid w:val="00CE1639"/>
    <w:pPr>
      <w:spacing w:after="200" w:line="276" w:lineRule="auto"/>
    </w:pPr>
  </w:style>
  <w:style w:type="paragraph" w:customStyle="1" w:styleId="D0C56321844D43B0A940F9C270691EA95">
    <w:name w:val="D0C56321844D43B0A940F9C270691EA95"/>
    <w:rsid w:val="00CE1639"/>
    <w:pPr>
      <w:spacing w:after="200" w:line="276" w:lineRule="auto"/>
    </w:pPr>
  </w:style>
  <w:style w:type="paragraph" w:customStyle="1" w:styleId="9AEAA8A00F984FD5847384CF8071FCCB8">
    <w:name w:val="9AEAA8A00F984FD5847384CF8071FCCB8"/>
    <w:rsid w:val="00CE1639"/>
    <w:pPr>
      <w:spacing w:after="200" w:line="276" w:lineRule="auto"/>
    </w:pPr>
  </w:style>
  <w:style w:type="paragraph" w:customStyle="1" w:styleId="4ECD2E2A723443D8A94A3611D7AEE62D3">
    <w:name w:val="4ECD2E2A723443D8A94A3611D7AEE62D3"/>
    <w:rsid w:val="00CE1639"/>
    <w:pPr>
      <w:spacing w:after="200" w:line="276" w:lineRule="auto"/>
    </w:pPr>
  </w:style>
  <w:style w:type="paragraph" w:customStyle="1" w:styleId="9FED240ED8DB493AB11F00E518F2C7608">
    <w:name w:val="9FED240ED8DB493AB11F00E518F2C7608"/>
    <w:rsid w:val="00CE1639"/>
    <w:pPr>
      <w:spacing w:after="200" w:line="276" w:lineRule="auto"/>
    </w:pPr>
  </w:style>
  <w:style w:type="paragraph" w:customStyle="1" w:styleId="D98A882CE73A40798FBE6124278820938">
    <w:name w:val="D98A882CE73A40798FBE6124278820938"/>
    <w:rsid w:val="00CE1639"/>
    <w:pPr>
      <w:spacing w:after="200" w:line="276" w:lineRule="auto"/>
    </w:pPr>
  </w:style>
  <w:style w:type="paragraph" w:customStyle="1" w:styleId="C63AB792D8704E34A72EB2DDDCE53CD48">
    <w:name w:val="C63AB792D8704E34A72EB2DDDCE53CD48"/>
    <w:rsid w:val="00CE1639"/>
    <w:pPr>
      <w:spacing w:after="200" w:line="276" w:lineRule="auto"/>
    </w:pPr>
  </w:style>
  <w:style w:type="paragraph" w:customStyle="1" w:styleId="8325075121064DAAAEF164CED23B2A928">
    <w:name w:val="8325075121064DAAAEF164CED23B2A928"/>
    <w:rsid w:val="00CE1639"/>
    <w:pPr>
      <w:spacing w:after="200" w:line="276" w:lineRule="auto"/>
    </w:pPr>
  </w:style>
  <w:style w:type="paragraph" w:customStyle="1" w:styleId="F6F583F428324ED7B7212D51DE6729588">
    <w:name w:val="F6F583F428324ED7B7212D51DE6729588"/>
    <w:rsid w:val="00CE1639"/>
    <w:pPr>
      <w:spacing w:after="200" w:line="276" w:lineRule="auto"/>
    </w:pPr>
  </w:style>
  <w:style w:type="paragraph" w:customStyle="1" w:styleId="96A4351A239147228C2BFBF424DB1B677">
    <w:name w:val="96A4351A239147228C2BFBF424DB1B677"/>
    <w:rsid w:val="00CE1639"/>
    <w:pPr>
      <w:spacing w:after="200" w:line="276" w:lineRule="auto"/>
    </w:pPr>
  </w:style>
  <w:style w:type="paragraph" w:customStyle="1" w:styleId="B9A48EF9F3354B43B596B1EBC93E0E4E8">
    <w:name w:val="B9A48EF9F3354B43B596B1EBC93E0E4E8"/>
    <w:rsid w:val="00CE1639"/>
    <w:pPr>
      <w:spacing w:after="200" w:line="276" w:lineRule="auto"/>
    </w:pPr>
  </w:style>
  <w:style w:type="paragraph" w:customStyle="1" w:styleId="787A2DCDAB554E0EA58B0872C6E388998">
    <w:name w:val="787A2DCDAB554E0EA58B0872C6E388998"/>
    <w:rsid w:val="00CE1639"/>
    <w:pPr>
      <w:spacing w:after="200" w:line="276" w:lineRule="auto"/>
    </w:pPr>
  </w:style>
  <w:style w:type="paragraph" w:customStyle="1" w:styleId="F3110C8EF21E4CA89159D23FFD1392918">
    <w:name w:val="F3110C8EF21E4CA89159D23FFD1392918"/>
    <w:rsid w:val="00CE1639"/>
    <w:pPr>
      <w:spacing w:after="200" w:line="276" w:lineRule="auto"/>
    </w:pPr>
  </w:style>
  <w:style w:type="paragraph" w:customStyle="1" w:styleId="10BA430DF3F042408257D556DDA650E98">
    <w:name w:val="10BA430DF3F042408257D556DDA650E98"/>
    <w:rsid w:val="00CE1639"/>
    <w:pPr>
      <w:spacing w:after="200" w:line="276" w:lineRule="auto"/>
    </w:pPr>
  </w:style>
  <w:style w:type="paragraph" w:customStyle="1" w:styleId="28F6434D1F46457CB9A6E4A1A5BCEB468">
    <w:name w:val="28F6434D1F46457CB9A6E4A1A5BCEB468"/>
    <w:rsid w:val="00CE1639"/>
    <w:pPr>
      <w:spacing w:after="200" w:line="276" w:lineRule="auto"/>
    </w:pPr>
  </w:style>
  <w:style w:type="paragraph" w:customStyle="1" w:styleId="A4571C136C534AE09F94136F9C2E28938">
    <w:name w:val="A4571C136C534AE09F94136F9C2E28938"/>
    <w:rsid w:val="00CE1639"/>
    <w:pPr>
      <w:spacing w:after="200" w:line="276" w:lineRule="auto"/>
    </w:pPr>
  </w:style>
  <w:style w:type="paragraph" w:customStyle="1" w:styleId="32E44D96ADBC4BD0AF4E12DA5F70D3878">
    <w:name w:val="32E44D96ADBC4BD0AF4E12DA5F70D3878"/>
    <w:rsid w:val="00CE1639"/>
    <w:pPr>
      <w:spacing w:after="200" w:line="276" w:lineRule="auto"/>
    </w:pPr>
  </w:style>
  <w:style w:type="paragraph" w:customStyle="1" w:styleId="DACDF91E0E714B2E85D8C6CF3F3786FA8">
    <w:name w:val="DACDF91E0E714B2E85D8C6CF3F3786FA8"/>
    <w:rsid w:val="00CE1639"/>
    <w:pPr>
      <w:spacing w:after="200" w:line="276" w:lineRule="auto"/>
    </w:pPr>
  </w:style>
  <w:style w:type="paragraph" w:customStyle="1" w:styleId="4F891DA38BB04C7D80A1B2F6AF074ED18">
    <w:name w:val="4F891DA38BB04C7D80A1B2F6AF074ED18"/>
    <w:rsid w:val="00CE1639"/>
    <w:pPr>
      <w:spacing w:after="200" w:line="276" w:lineRule="auto"/>
    </w:pPr>
  </w:style>
  <w:style w:type="paragraph" w:customStyle="1" w:styleId="1D699CF0F0B8413BB79800EA3A63640D8">
    <w:name w:val="1D699CF0F0B8413BB79800EA3A63640D8"/>
    <w:rsid w:val="00CE1639"/>
    <w:pPr>
      <w:spacing w:after="200" w:line="276" w:lineRule="auto"/>
    </w:pPr>
  </w:style>
  <w:style w:type="paragraph" w:customStyle="1" w:styleId="A89EBA4095394ECE9127A0D7541173628">
    <w:name w:val="A89EBA4095394ECE9127A0D7541173628"/>
    <w:rsid w:val="00CE1639"/>
    <w:pPr>
      <w:spacing w:after="200" w:line="276" w:lineRule="auto"/>
    </w:pPr>
  </w:style>
  <w:style w:type="paragraph" w:customStyle="1" w:styleId="02153F2E9C414A6DB0981FFEC04CEECB8">
    <w:name w:val="02153F2E9C414A6DB0981FFEC04CEECB8"/>
    <w:rsid w:val="00CE1639"/>
    <w:pPr>
      <w:spacing w:after="200" w:line="276" w:lineRule="auto"/>
    </w:pPr>
  </w:style>
  <w:style w:type="paragraph" w:customStyle="1" w:styleId="821C01A538084D388305832953239DE38">
    <w:name w:val="821C01A538084D388305832953239DE38"/>
    <w:rsid w:val="00CE1639"/>
    <w:pPr>
      <w:spacing w:after="200" w:line="276" w:lineRule="auto"/>
    </w:pPr>
  </w:style>
  <w:style w:type="paragraph" w:customStyle="1" w:styleId="73EAD8219240427C807E16F8204FC8628">
    <w:name w:val="73EAD8219240427C807E16F8204FC8628"/>
    <w:rsid w:val="00CE1639"/>
    <w:pPr>
      <w:spacing w:after="200" w:line="276" w:lineRule="auto"/>
    </w:pPr>
  </w:style>
  <w:style w:type="paragraph" w:customStyle="1" w:styleId="E645CA21AC1C4AE89A74AB03DA98B7D28">
    <w:name w:val="E645CA21AC1C4AE89A74AB03DA98B7D28"/>
    <w:rsid w:val="00CE1639"/>
    <w:pPr>
      <w:spacing w:after="200" w:line="276" w:lineRule="auto"/>
    </w:pPr>
  </w:style>
  <w:style w:type="paragraph" w:customStyle="1" w:styleId="A324FD0689704622BAFCBADCED7AF21B8">
    <w:name w:val="A324FD0689704622BAFCBADCED7AF21B8"/>
    <w:rsid w:val="00CE1639"/>
    <w:pPr>
      <w:spacing w:after="200" w:line="276" w:lineRule="auto"/>
    </w:pPr>
  </w:style>
  <w:style w:type="paragraph" w:customStyle="1" w:styleId="154C2915D20B48869CF43F5F5D5FD5ED8">
    <w:name w:val="154C2915D20B48869CF43F5F5D5FD5ED8"/>
    <w:rsid w:val="00CE1639"/>
    <w:pPr>
      <w:spacing w:after="200" w:line="276" w:lineRule="auto"/>
    </w:pPr>
  </w:style>
  <w:style w:type="paragraph" w:customStyle="1" w:styleId="DAB8F682586D403ABEA919117D04ABCE8">
    <w:name w:val="DAB8F682586D403ABEA919117D04ABCE8"/>
    <w:rsid w:val="00CE1639"/>
    <w:pPr>
      <w:spacing w:after="200" w:line="276" w:lineRule="auto"/>
    </w:pPr>
  </w:style>
  <w:style w:type="paragraph" w:customStyle="1" w:styleId="F9A7C6BE2684490185F5FA589C6266F08">
    <w:name w:val="F9A7C6BE2684490185F5FA589C6266F08"/>
    <w:rsid w:val="00CE1639"/>
    <w:pPr>
      <w:spacing w:after="200" w:line="276" w:lineRule="auto"/>
    </w:pPr>
  </w:style>
  <w:style w:type="paragraph" w:customStyle="1" w:styleId="A1AA6F3CBE344494B5216E38E3B2B08F8">
    <w:name w:val="A1AA6F3CBE344494B5216E38E3B2B08F8"/>
    <w:rsid w:val="00CE1639"/>
    <w:pPr>
      <w:spacing w:after="200" w:line="276" w:lineRule="auto"/>
    </w:pPr>
  </w:style>
  <w:style w:type="paragraph" w:customStyle="1" w:styleId="CB016D15FE4846CC90F79D77ED7635058">
    <w:name w:val="CB016D15FE4846CC90F79D77ED7635058"/>
    <w:rsid w:val="00CE1639"/>
    <w:pPr>
      <w:spacing w:after="200" w:line="276" w:lineRule="auto"/>
    </w:pPr>
  </w:style>
  <w:style w:type="paragraph" w:customStyle="1" w:styleId="B9E4E539693B4280BB061C114AB9D24C8">
    <w:name w:val="B9E4E539693B4280BB061C114AB9D24C8"/>
    <w:rsid w:val="00CE1639"/>
    <w:pPr>
      <w:spacing w:after="200" w:line="276" w:lineRule="auto"/>
    </w:pPr>
  </w:style>
  <w:style w:type="paragraph" w:customStyle="1" w:styleId="185ADE67D8A4414B97D8694CF3C84BDC8">
    <w:name w:val="185ADE67D8A4414B97D8694CF3C84BDC8"/>
    <w:rsid w:val="00CE1639"/>
    <w:pPr>
      <w:spacing w:after="200" w:line="276" w:lineRule="auto"/>
    </w:pPr>
  </w:style>
  <w:style w:type="paragraph" w:customStyle="1" w:styleId="9BB06A0F134444FBB21AC941E54A39508">
    <w:name w:val="9BB06A0F134444FBB21AC941E54A39508"/>
    <w:rsid w:val="00CE1639"/>
    <w:pPr>
      <w:spacing w:after="200" w:line="276" w:lineRule="auto"/>
    </w:pPr>
  </w:style>
  <w:style w:type="paragraph" w:customStyle="1" w:styleId="108EE6F41228478492A8967852BC5E248">
    <w:name w:val="108EE6F41228478492A8967852BC5E248"/>
    <w:rsid w:val="00CE1639"/>
    <w:pPr>
      <w:spacing w:after="200" w:line="276" w:lineRule="auto"/>
    </w:pPr>
  </w:style>
  <w:style w:type="paragraph" w:customStyle="1" w:styleId="5273657B97D2404BBE9250ECD4187CC98">
    <w:name w:val="5273657B97D2404BBE9250ECD4187CC98"/>
    <w:rsid w:val="00CE1639"/>
    <w:pPr>
      <w:spacing w:after="200" w:line="276" w:lineRule="auto"/>
    </w:pPr>
  </w:style>
  <w:style w:type="paragraph" w:customStyle="1" w:styleId="A567BB517F1E4BF785FF66C1E7792A178">
    <w:name w:val="A567BB517F1E4BF785FF66C1E7792A178"/>
    <w:rsid w:val="00CE1639"/>
    <w:pPr>
      <w:spacing w:after="200" w:line="276" w:lineRule="auto"/>
    </w:pPr>
  </w:style>
  <w:style w:type="paragraph" w:customStyle="1" w:styleId="03C66FBF284A4175820230CCE36F2C8D8">
    <w:name w:val="03C66FBF284A4175820230CCE36F2C8D8"/>
    <w:rsid w:val="00CE1639"/>
    <w:pPr>
      <w:spacing w:after="200" w:line="276" w:lineRule="auto"/>
    </w:pPr>
  </w:style>
  <w:style w:type="paragraph" w:customStyle="1" w:styleId="31DF177FAF0347BB95CF91D2AB7D78C28">
    <w:name w:val="31DF177FAF0347BB95CF91D2AB7D78C28"/>
    <w:rsid w:val="00CE1639"/>
    <w:pPr>
      <w:spacing w:after="200" w:line="276" w:lineRule="auto"/>
    </w:pPr>
  </w:style>
  <w:style w:type="paragraph" w:customStyle="1" w:styleId="A332782B1F074770A5812841CCE9CC798">
    <w:name w:val="A332782B1F074770A5812841CCE9CC798"/>
    <w:rsid w:val="00CE1639"/>
    <w:pPr>
      <w:spacing w:after="200" w:line="276" w:lineRule="auto"/>
    </w:pPr>
  </w:style>
  <w:style w:type="paragraph" w:customStyle="1" w:styleId="CCE3552D061842C2967B081509A382E68">
    <w:name w:val="CCE3552D061842C2967B081509A382E68"/>
    <w:rsid w:val="00CE1639"/>
    <w:pPr>
      <w:spacing w:after="200" w:line="276" w:lineRule="auto"/>
    </w:pPr>
  </w:style>
  <w:style w:type="paragraph" w:customStyle="1" w:styleId="71A6A65BE0E9451EA4056DF5A0B215DB8">
    <w:name w:val="71A6A65BE0E9451EA4056DF5A0B215DB8"/>
    <w:rsid w:val="00CE1639"/>
    <w:pPr>
      <w:spacing w:after="200" w:line="276" w:lineRule="auto"/>
    </w:pPr>
  </w:style>
  <w:style w:type="paragraph" w:customStyle="1" w:styleId="98B2F9320AEF41379C884803AE0645AD8">
    <w:name w:val="98B2F9320AEF41379C884803AE0645AD8"/>
    <w:rsid w:val="00CE1639"/>
    <w:pPr>
      <w:spacing w:after="200" w:line="276" w:lineRule="auto"/>
    </w:pPr>
  </w:style>
  <w:style w:type="paragraph" w:customStyle="1" w:styleId="03B8FB460BB74860B6F0861A9BA954818">
    <w:name w:val="03B8FB460BB74860B6F0861A9BA954818"/>
    <w:rsid w:val="00CE1639"/>
    <w:pPr>
      <w:spacing w:after="200" w:line="276" w:lineRule="auto"/>
    </w:pPr>
  </w:style>
  <w:style w:type="paragraph" w:customStyle="1" w:styleId="365838D059914B72927A6B00C803FA487">
    <w:name w:val="365838D059914B72927A6B00C803FA487"/>
    <w:rsid w:val="00CE1639"/>
    <w:pPr>
      <w:spacing w:after="200" w:line="276" w:lineRule="auto"/>
    </w:pPr>
  </w:style>
  <w:style w:type="paragraph" w:customStyle="1" w:styleId="AB99E45E070E48929C869409C17287F97">
    <w:name w:val="AB99E45E070E48929C869409C17287F97"/>
    <w:rsid w:val="00CE1639"/>
    <w:pPr>
      <w:spacing w:after="200" w:line="276" w:lineRule="auto"/>
    </w:pPr>
  </w:style>
  <w:style w:type="paragraph" w:customStyle="1" w:styleId="085B87EF72544ABF8A2B748AE680300B7">
    <w:name w:val="085B87EF72544ABF8A2B748AE680300B7"/>
    <w:rsid w:val="00CE1639"/>
    <w:pPr>
      <w:spacing w:after="200" w:line="276" w:lineRule="auto"/>
    </w:pPr>
  </w:style>
  <w:style w:type="paragraph" w:customStyle="1" w:styleId="6648927EC89C40A2A6FB356A7AD7B48B7">
    <w:name w:val="6648927EC89C40A2A6FB356A7AD7B48B7"/>
    <w:rsid w:val="00CE1639"/>
    <w:pPr>
      <w:spacing w:after="200" w:line="276" w:lineRule="auto"/>
    </w:pPr>
  </w:style>
  <w:style w:type="paragraph" w:customStyle="1" w:styleId="3C8034A52A2D47C594AE99BBF21804D77">
    <w:name w:val="3C8034A52A2D47C594AE99BBF21804D77"/>
    <w:rsid w:val="00CE1639"/>
    <w:pPr>
      <w:spacing w:after="200" w:line="276" w:lineRule="auto"/>
    </w:pPr>
  </w:style>
  <w:style w:type="paragraph" w:customStyle="1" w:styleId="15B474D5CF204A1D84FDC03506B78CC07">
    <w:name w:val="15B474D5CF204A1D84FDC03506B78CC07"/>
    <w:rsid w:val="00CE1639"/>
    <w:pPr>
      <w:spacing w:after="200" w:line="276" w:lineRule="auto"/>
    </w:pPr>
  </w:style>
  <w:style w:type="paragraph" w:customStyle="1" w:styleId="86BE4C6528484093B462CCAC093FB7CE7">
    <w:name w:val="86BE4C6528484093B462CCAC093FB7CE7"/>
    <w:rsid w:val="00CE1639"/>
    <w:pPr>
      <w:spacing w:after="200" w:line="276" w:lineRule="auto"/>
    </w:pPr>
  </w:style>
  <w:style w:type="paragraph" w:customStyle="1" w:styleId="7A01521791F74460BDB3F581458F3A5A7">
    <w:name w:val="7A01521791F74460BDB3F581458F3A5A7"/>
    <w:rsid w:val="00CE1639"/>
    <w:pPr>
      <w:spacing w:after="200" w:line="276" w:lineRule="auto"/>
    </w:pPr>
  </w:style>
  <w:style w:type="paragraph" w:customStyle="1" w:styleId="81835CB1501A42C38BE02BEA9659E5727">
    <w:name w:val="81835CB1501A42C38BE02BEA9659E5727"/>
    <w:rsid w:val="00CE1639"/>
    <w:pPr>
      <w:spacing w:after="200" w:line="276" w:lineRule="auto"/>
    </w:pPr>
  </w:style>
  <w:style w:type="paragraph" w:customStyle="1" w:styleId="3FF8856B62A84265A5C84529C3C5D9627">
    <w:name w:val="3FF8856B62A84265A5C84529C3C5D9627"/>
    <w:rsid w:val="00CE1639"/>
    <w:pPr>
      <w:spacing w:after="200" w:line="276" w:lineRule="auto"/>
    </w:pPr>
  </w:style>
  <w:style w:type="paragraph" w:customStyle="1" w:styleId="38955F0542D44B0792AD27FD8AE499F17">
    <w:name w:val="38955F0542D44B0792AD27FD8AE499F17"/>
    <w:rsid w:val="00CE1639"/>
    <w:pPr>
      <w:spacing w:after="200" w:line="276" w:lineRule="auto"/>
    </w:pPr>
  </w:style>
  <w:style w:type="paragraph" w:customStyle="1" w:styleId="E5E2A85F79DA4834B7AFAFF950EE8B747">
    <w:name w:val="E5E2A85F79DA4834B7AFAFF950EE8B747"/>
    <w:rsid w:val="00CE1639"/>
    <w:pPr>
      <w:spacing w:after="200" w:line="276" w:lineRule="auto"/>
    </w:pPr>
  </w:style>
  <w:style w:type="paragraph" w:customStyle="1" w:styleId="B1E97A9144FD4775921D1B70AAF339187">
    <w:name w:val="B1E97A9144FD4775921D1B70AAF339187"/>
    <w:rsid w:val="00CE1639"/>
    <w:pPr>
      <w:spacing w:after="200" w:line="276" w:lineRule="auto"/>
    </w:pPr>
  </w:style>
  <w:style w:type="paragraph" w:customStyle="1" w:styleId="7F3933508D5C4608B34DBA7E8FFE0D607">
    <w:name w:val="7F3933508D5C4608B34DBA7E8FFE0D607"/>
    <w:rsid w:val="00CE1639"/>
    <w:pPr>
      <w:spacing w:after="200" w:line="276" w:lineRule="auto"/>
    </w:pPr>
  </w:style>
  <w:style w:type="paragraph" w:customStyle="1" w:styleId="ACBE0EFC4B5E428C871D26A9144B06507">
    <w:name w:val="ACBE0EFC4B5E428C871D26A9144B06507"/>
    <w:rsid w:val="00CE1639"/>
    <w:pPr>
      <w:spacing w:after="200" w:line="276" w:lineRule="auto"/>
    </w:pPr>
  </w:style>
  <w:style w:type="paragraph" w:customStyle="1" w:styleId="1984DE374F924E0C9BC4F99108886C9A7">
    <w:name w:val="1984DE374F924E0C9BC4F99108886C9A7"/>
    <w:rsid w:val="00CE1639"/>
    <w:pPr>
      <w:spacing w:after="200" w:line="276" w:lineRule="auto"/>
    </w:pPr>
  </w:style>
  <w:style w:type="paragraph" w:customStyle="1" w:styleId="EB375BA08DF64F1D965D0B750CA77E737">
    <w:name w:val="EB375BA08DF64F1D965D0B750CA77E737"/>
    <w:rsid w:val="00CE1639"/>
    <w:pPr>
      <w:spacing w:after="200" w:line="276" w:lineRule="auto"/>
    </w:pPr>
  </w:style>
  <w:style w:type="paragraph" w:customStyle="1" w:styleId="E6BD942427B6472CBCABA3B1EC8F8E617">
    <w:name w:val="E6BD942427B6472CBCABA3B1EC8F8E617"/>
    <w:rsid w:val="00CE1639"/>
    <w:pPr>
      <w:spacing w:after="200" w:line="276" w:lineRule="auto"/>
    </w:pPr>
  </w:style>
  <w:style w:type="paragraph" w:customStyle="1" w:styleId="6474EE482800414CBDA0B0858EC704037">
    <w:name w:val="6474EE482800414CBDA0B0858EC704037"/>
    <w:rsid w:val="00CE1639"/>
    <w:pPr>
      <w:spacing w:after="200" w:line="276" w:lineRule="auto"/>
    </w:pPr>
  </w:style>
  <w:style w:type="paragraph" w:customStyle="1" w:styleId="130EEA536A6A4B1C870DDBB247D1666F7">
    <w:name w:val="130EEA536A6A4B1C870DDBB247D1666F7"/>
    <w:rsid w:val="00CE1639"/>
    <w:pPr>
      <w:spacing w:after="200" w:line="276" w:lineRule="auto"/>
    </w:pPr>
  </w:style>
  <w:style w:type="paragraph" w:customStyle="1" w:styleId="5C3A7D73D147443AA194C06FB24994277">
    <w:name w:val="5C3A7D73D147443AA194C06FB24994277"/>
    <w:rsid w:val="00CE1639"/>
    <w:pPr>
      <w:spacing w:after="200" w:line="276" w:lineRule="auto"/>
    </w:pPr>
  </w:style>
  <w:style w:type="paragraph" w:customStyle="1" w:styleId="63F193555AD9499CB710078DC26953EF7">
    <w:name w:val="63F193555AD9499CB710078DC26953EF7"/>
    <w:rsid w:val="00CE1639"/>
    <w:pPr>
      <w:spacing w:after="200" w:line="276" w:lineRule="auto"/>
    </w:pPr>
  </w:style>
  <w:style w:type="paragraph" w:customStyle="1" w:styleId="577A7DFC1E1F40069740321DEF30D7047">
    <w:name w:val="577A7DFC1E1F40069740321DEF30D7047"/>
    <w:rsid w:val="00CE1639"/>
    <w:pPr>
      <w:spacing w:after="200" w:line="276" w:lineRule="auto"/>
    </w:pPr>
  </w:style>
  <w:style w:type="paragraph" w:customStyle="1" w:styleId="F313C84236FE4FF7AC3B18406F4AE6857">
    <w:name w:val="F313C84236FE4FF7AC3B18406F4AE6857"/>
    <w:rsid w:val="00CE1639"/>
    <w:pPr>
      <w:spacing w:after="200" w:line="276" w:lineRule="auto"/>
    </w:pPr>
  </w:style>
  <w:style w:type="paragraph" w:customStyle="1" w:styleId="BF0E036CDD4D45C3AB85A07BA2DD61637">
    <w:name w:val="BF0E036CDD4D45C3AB85A07BA2DD61637"/>
    <w:rsid w:val="00CE1639"/>
    <w:pPr>
      <w:spacing w:after="200" w:line="276" w:lineRule="auto"/>
    </w:pPr>
  </w:style>
  <w:style w:type="paragraph" w:customStyle="1" w:styleId="47669BF0FCBE406AAD1E10B9812106B47">
    <w:name w:val="47669BF0FCBE406AAD1E10B9812106B47"/>
    <w:rsid w:val="00CE1639"/>
    <w:pPr>
      <w:spacing w:after="200" w:line="276" w:lineRule="auto"/>
    </w:pPr>
  </w:style>
  <w:style w:type="paragraph" w:customStyle="1" w:styleId="DBE498F6C1F9478E9256B5C3C3B8D0FE7">
    <w:name w:val="DBE498F6C1F9478E9256B5C3C3B8D0FE7"/>
    <w:rsid w:val="00CE1639"/>
    <w:pPr>
      <w:spacing w:after="200" w:line="276" w:lineRule="auto"/>
    </w:pPr>
  </w:style>
  <w:style w:type="paragraph" w:customStyle="1" w:styleId="BDE1C10464E64A0C81164B77F9A4AA5C7">
    <w:name w:val="BDE1C10464E64A0C81164B77F9A4AA5C7"/>
    <w:rsid w:val="00CE1639"/>
    <w:pPr>
      <w:spacing w:after="200" w:line="276" w:lineRule="auto"/>
    </w:pPr>
  </w:style>
  <w:style w:type="paragraph" w:customStyle="1" w:styleId="648DBBF183FB40FAB6C79D4C05E49AA47">
    <w:name w:val="648DBBF183FB40FAB6C79D4C05E49AA47"/>
    <w:rsid w:val="00CE1639"/>
    <w:pPr>
      <w:spacing w:after="200" w:line="276" w:lineRule="auto"/>
    </w:pPr>
  </w:style>
  <w:style w:type="paragraph" w:customStyle="1" w:styleId="1C09BEC26D3548A89E225D009B56BFFB7">
    <w:name w:val="1C09BEC26D3548A89E225D009B56BFFB7"/>
    <w:rsid w:val="00CE1639"/>
    <w:pPr>
      <w:spacing w:after="200" w:line="276" w:lineRule="auto"/>
    </w:pPr>
  </w:style>
  <w:style w:type="paragraph" w:customStyle="1" w:styleId="860677CA9CD4419B8300F24B017CFBBE7">
    <w:name w:val="860677CA9CD4419B8300F24B017CFBBE7"/>
    <w:rsid w:val="00CE1639"/>
    <w:pPr>
      <w:spacing w:after="200" w:line="276" w:lineRule="auto"/>
    </w:pPr>
  </w:style>
  <w:style w:type="paragraph" w:customStyle="1" w:styleId="6C42C24885A6479A8C655EDA93D92F267">
    <w:name w:val="6C42C24885A6479A8C655EDA93D92F267"/>
    <w:rsid w:val="00CE1639"/>
    <w:pPr>
      <w:spacing w:after="200" w:line="276" w:lineRule="auto"/>
    </w:pPr>
  </w:style>
  <w:style w:type="paragraph" w:customStyle="1" w:styleId="AE78C549051C42ACAB0308BC3FBFBD267">
    <w:name w:val="AE78C549051C42ACAB0308BC3FBFBD267"/>
    <w:rsid w:val="00CE1639"/>
    <w:pPr>
      <w:spacing w:after="200" w:line="276" w:lineRule="auto"/>
    </w:pPr>
  </w:style>
  <w:style w:type="paragraph" w:customStyle="1" w:styleId="BE156BEC2F1543B3B84B3D0F6AB9DFA07">
    <w:name w:val="BE156BEC2F1543B3B84B3D0F6AB9DFA07"/>
    <w:rsid w:val="00CE1639"/>
    <w:pPr>
      <w:spacing w:after="200" w:line="276" w:lineRule="auto"/>
    </w:pPr>
  </w:style>
  <w:style w:type="paragraph" w:customStyle="1" w:styleId="AF0EAD1D64F34A3BAED0B738FADC88E57">
    <w:name w:val="AF0EAD1D64F34A3BAED0B738FADC88E57"/>
    <w:rsid w:val="00CE1639"/>
    <w:pPr>
      <w:spacing w:after="200" w:line="276" w:lineRule="auto"/>
    </w:pPr>
  </w:style>
  <w:style w:type="paragraph" w:customStyle="1" w:styleId="B30D077B9E80489CBC3921A2CB4E1EA97">
    <w:name w:val="B30D077B9E80489CBC3921A2CB4E1EA97"/>
    <w:rsid w:val="00CE1639"/>
    <w:pPr>
      <w:spacing w:after="200" w:line="276" w:lineRule="auto"/>
    </w:pPr>
  </w:style>
  <w:style w:type="paragraph" w:customStyle="1" w:styleId="6F253A2C3CB54B90B13DE772D5510E907">
    <w:name w:val="6F253A2C3CB54B90B13DE772D5510E907"/>
    <w:rsid w:val="00CE1639"/>
    <w:pPr>
      <w:spacing w:after="200" w:line="276" w:lineRule="auto"/>
    </w:pPr>
  </w:style>
  <w:style w:type="paragraph" w:customStyle="1" w:styleId="45527F50F168459E8AAF279EDE532CE77">
    <w:name w:val="45527F50F168459E8AAF279EDE532CE77"/>
    <w:rsid w:val="00CE1639"/>
    <w:pPr>
      <w:spacing w:after="200" w:line="276" w:lineRule="auto"/>
    </w:pPr>
  </w:style>
  <w:style w:type="paragraph" w:customStyle="1" w:styleId="223ED7C7FF504317987E8EEAB175823E7">
    <w:name w:val="223ED7C7FF504317987E8EEAB175823E7"/>
    <w:rsid w:val="00CE1639"/>
    <w:pPr>
      <w:spacing w:after="200" w:line="276" w:lineRule="auto"/>
    </w:pPr>
  </w:style>
  <w:style w:type="paragraph" w:customStyle="1" w:styleId="382561513D864E89A7F5B2ED35D0B4FB7">
    <w:name w:val="382561513D864E89A7F5B2ED35D0B4FB7"/>
    <w:rsid w:val="00CE1639"/>
    <w:pPr>
      <w:spacing w:after="200" w:line="276" w:lineRule="auto"/>
    </w:pPr>
  </w:style>
  <w:style w:type="paragraph" w:customStyle="1" w:styleId="6FB8029AD57A43688881BB3956AD75847">
    <w:name w:val="6FB8029AD57A43688881BB3956AD75847"/>
    <w:rsid w:val="00CE1639"/>
    <w:pPr>
      <w:spacing w:after="200" w:line="276" w:lineRule="auto"/>
    </w:pPr>
  </w:style>
  <w:style w:type="paragraph" w:customStyle="1" w:styleId="4E94F9A2603C4983BA3B0504CD2EAA1C7">
    <w:name w:val="4E94F9A2603C4983BA3B0504CD2EAA1C7"/>
    <w:rsid w:val="00CE1639"/>
    <w:pPr>
      <w:spacing w:after="200" w:line="276" w:lineRule="auto"/>
    </w:pPr>
  </w:style>
  <w:style w:type="paragraph" w:customStyle="1" w:styleId="E04E403C73F946B4851616310A6929B37">
    <w:name w:val="E04E403C73F946B4851616310A6929B37"/>
    <w:rsid w:val="00CE1639"/>
    <w:pPr>
      <w:spacing w:after="200" w:line="276" w:lineRule="auto"/>
    </w:pPr>
  </w:style>
  <w:style w:type="paragraph" w:customStyle="1" w:styleId="3ABA4D8D41C3426DAE8A6DAAE90D99497">
    <w:name w:val="3ABA4D8D41C3426DAE8A6DAAE90D99497"/>
    <w:rsid w:val="00CE1639"/>
    <w:pPr>
      <w:spacing w:after="200" w:line="276" w:lineRule="auto"/>
    </w:pPr>
  </w:style>
  <w:style w:type="paragraph" w:customStyle="1" w:styleId="5D2CE74C94BA4FF9BA3E7FF60B8F469F7">
    <w:name w:val="5D2CE74C94BA4FF9BA3E7FF60B8F469F7"/>
    <w:rsid w:val="00CE1639"/>
    <w:pPr>
      <w:spacing w:after="200" w:line="276" w:lineRule="auto"/>
    </w:pPr>
  </w:style>
  <w:style w:type="paragraph" w:customStyle="1" w:styleId="1A40ED76AD1B4809A5CD97D17ED8C1B47">
    <w:name w:val="1A40ED76AD1B4809A5CD97D17ED8C1B47"/>
    <w:rsid w:val="00CE1639"/>
    <w:pPr>
      <w:spacing w:after="200" w:line="276" w:lineRule="auto"/>
    </w:pPr>
  </w:style>
  <w:style w:type="paragraph" w:customStyle="1" w:styleId="45253DD0687D4008BDF37282EE6E10667">
    <w:name w:val="45253DD0687D4008BDF37282EE6E10667"/>
    <w:rsid w:val="00CE1639"/>
    <w:pPr>
      <w:spacing w:after="200" w:line="276" w:lineRule="auto"/>
    </w:pPr>
  </w:style>
  <w:style w:type="paragraph" w:customStyle="1" w:styleId="32C912404EA14AF19458E0297ED04D4B7">
    <w:name w:val="32C912404EA14AF19458E0297ED04D4B7"/>
    <w:rsid w:val="00CE1639"/>
    <w:pPr>
      <w:spacing w:after="200" w:line="276" w:lineRule="auto"/>
    </w:pPr>
  </w:style>
  <w:style w:type="paragraph" w:customStyle="1" w:styleId="7FBCCF483FE448D491FB31774444E29D7">
    <w:name w:val="7FBCCF483FE448D491FB31774444E29D7"/>
    <w:rsid w:val="00CE1639"/>
    <w:pPr>
      <w:spacing w:after="200" w:line="276" w:lineRule="auto"/>
    </w:pPr>
  </w:style>
  <w:style w:type="paragraph" w:customStyle="1" w:styleId="62BAD36F4F8A44C7B4EA7199E29B388F7">
    <w:name w:val="62BAD36F4F8A44C7B4EA7199E29B388F7"/>
    <w:rsid w:val="00CE1639"/>
    <w:pPr>
      <w:spacing w:after="200" w:line="276" w:lineRule="auto"/>
    </w:pPr>
  </w:style>
  <w:style w:type="paragraph" w:customStyle="1" w:styleId="33B24FEBFBE44545A2D7E533DED4BD377">
    <w:name w:val="33B24FEBFBE44545A2D7E533DED4BD377"/>
    <w:rsid w:val="00CE1639"/>
    <w:pPr>
      <w:spacing w:after="200" w:line="276" w:lineRule="auto"/>
    </w:pPr>
  </w:style>
  <w:style w:type="paragraph" w:customStyle="1" w:styleId="95C3D0D3D74E42268DB5E55C2C1618906">
    <w:name w:val="95C3D0D3D74E42268DB5E55C2C1618906"/>
    <w:rsid w:val="00CE1639"/>
    <w:pPr>
      <w:spacing w:after="200" w:line="276" w:lineRule="auto"/>
    </w:pPr>
  </w:style>
  <w:style w:type="paragraph" w:customStyle="1" w:styleId="253498E8C83042419E9074A905DF2FF36">
    <w:name w:val="253498E8C83042419E9074A905DF2FF36"/>
    <w:rsid w:val="00CE1639"/>
    <w:pPr>
      <w:spacing w:after="200" w:line="276" w:lineRule="auto"/>
    </w:pPr>
  </w:style>
  <w:style w:type="paragraph" w:customStyle="1" w:styleId="B335631F27294A2F99F52B5BA6B3BC5F6">
    <w:name w:val="B335631F27294A2F99F52B5BA6B3BC5F6"/>
    <w:rsid w:val="00CE1639"/>
    <w:pPr>
      <w:spacing w:after="200" w:line="276" w:lineRule="auto"/>
    </w:pPr>
  </w:style>
  <w:style w:type="paragraph" w:customStyle="1" w:styleId="A1A08283464344D8AF486D9B5CC2BAAB6">
    <w:name w:val="A1A08283464344D8AF486D9B5CC2BAAB6"/>
    <w:rsid w:val="00CE1639"/>
    <w:pPr>
      <w:spacing w:after="200" w:line="276" w:lineRule="auto"/>
    </w:pPr>
  </w:style>
  <w:style w:type="paragraph" w:customStyle="1" w:styleId="D81BF0E6FE3442039BABDC66670FFF0D6">
    <w:name w:val="D81BF0E6FE3442039BABDC66670FFF0D6"/>
    <w:rsid w:val="00CE1639"/>
    <w:pPr>
      <w:spacing w:after="200" w:line="276" w:lineRule="auto"/>
    </w:pPr>
  </w:style>
  <w:style w:type="paragraph" w:customStyle="1" w:styleId="D68A08BEDA9045CBBA0AA59C080ACB566">
    <w:name w:val="D68A08BEDA9045CBBA0AA59C080ACB566"/>
    <w:rsid w:val="00CE1639"/>
    <w:pPr>
      <w:spacing w:after="200" w:line="276" w:lineRule="auto"/>
    </w:pPr>
  </w:style>
  <w:style w:type="paragraph" w:customStyle="1" w:styleId="553F8DCD51A145FDA48DA2C3DDFA72F96">
    <w:name w:val="553F8DCD51A145FDA48DA2C3DDFA72F96"/>
    <w:rsid w:val="00CE1639"/>
    <w:pPr>
      <w:spacing w:after="200" w:line="276" w:lineRule="auto"/>
    </w:pPr>
  </w:style>
  <w:style w:type="paragraph" w:customStyle="1" w:styleId="B052F45FD5E44EB991A067077EAA23EC6">
    <w:name w:val="B052F45FD5E44EB991A067077EAA23EC6"/>
    <w:rsid w:val="00CE1639"/>
    <w:pPr>
      <w:spacing w:after="200" w:line="276" w:lineRule="auto"/>
    </w:pPr>
  </w:style>
  <w:style w:type="paragraph" w:customStyle="1" w:styleId="6CDDEC44BCA146C7B2CF8FC91090E7346">
    <w:name w:val="6CDDEC44BCA146C7B2CF8FC91090E7346"/>
    <w:rsid w:val="00CE1639"/>
    <w:pPr>
      <w:spacing w:after="200" w:line="276" w:lineRule="auto"/>
    </w:pPr>
  </w:style>
  <w:style w:type="paragraph" w:customStyle="1" w:styleId="D59AA98BFBFE4C96AE4B0ED934DA2C106">
    <w:name w:val="D59AA98BFBFE4C96AE4B0ED934DA2C106"/>
    <w:rsid w:val="00CE1639"/>
    <w:pPr>
      <w:spacing w:after="200" w:line="276" w:lineRule="auto"/>
    </w:pPr>
  </w:style>
  <w:style w:type="paragraph" w:customStyle="1" w:styleId="D0FC822CB1DB4B86AEA97D39D23B78786">
    <w:name w:val="D0FC822CB1DB4B86AEA97D39D23B78786"/>
    <w:rsid w:val="00CE1639"/>
    <w:pPr>
      <w:spacing w:after="200" w:line="276" w:lineRule="auto"/>
    </w:pPr>
  </w:style>
  <w:style w:type="paragraph" w:customStyle="1" w:styleId="40409FEADE30440DB9E89C1E4539BEF16">
    <w:name w:val="40409FEADE30440DB9E89C1E4539BEF16"/>
    <w:rsid w:val="00CE1639"/>
    <w:pPr>
      <w:spacing w:after="200" w:line="276" w:lineRule="auto"/>
    </w:pPr>
  </w:style>
  <w:style w:type="paragraph" w:customStyle="1" w:styleId="61C9730EC8034A00BD93CAF9C89F30D56">
    <w:name w:val="61C9730EC8034A00BD93CAF9C89F30D56"/>
    <w:rsid w:val="00CE1639"/>
    <w:pPr>
      <w:spacing w:after="200" w:line="276" w:lineRule="auto"/>
    </w:pPr>
  </w:style>
  <w:style w:type="paragraph" w:customStyle="1" w:styleId="FB2C3228D9CA4012A42FEC8D8CA498476">
    <w:name w:val="FB2C3228D9CA4012A42FEC8D8CA498476"/>
    <w:rsid w:val="00CE1639"/>
    <w:pPr>
      <w:spacing w:after="200" w:line="276" w:lineRule="auto"/>
    </w:pPr>
  </w:style>
  <w:style w:type="paragraph" w:customStyle="1" w:styleId="C9EF37C4E9ED42F0AE51C3FB807AC8946">
    <w:name w:val="C9EF37C4E9ED42F0AE51C3FB807AC8946"/>
    <w:rsid w:val="00CE1639"/>
    <w:pPr>
      <w:spacing w:after="200" w:line="276" w:lineRule="auto"/>
    </w:pPr>
  </w:style>
  <w:style w:type="paragraph" w:customStyle="1" w:styleId="6955F58B115C425FBC6B147D47E95D856">
    <w:name w:val="6955F58B115C425FBC6B147D47E95D856"/>
    <w:rsid w:val="00CE1639"/>
    <w:pPr>
      <w:spacing w:after="200" w:line="276" w:lineRule="auto"/>
    </w:pPr>
  </w:style>
  <w:style w:type="paragraph" w:customStyle="1" w:styleId="C592AA76BE1A4F6FAEA18B80AA9EEAA96">
    <w:name w:val="C592AA76BE1A4F6FAEA18B80AA9EEAA96"/>
    <w:rsid w:val="00CE1639"/>
    <w:pPr>
      <w:spacing w:after="200" w:line="276" w:lineRule="auto"/>
    </w:pPr>
  </w:style>
  <w:style w:type="paragraph" w:customStyle="1" w:styleId="4458E34E141B466580BFD839F14E0A2A6">
    <w:name w:val="4458E34E141B466580BFD839F14E0A2A6"/>
    <w:rsid w:val="00CE1639"/>
    <w:pPr>
      <w:spacing w:after="200" w:line="276" w:lineRule="auto"/>
    </w:pPr>
  </w:style>
  <w:style w:type="paragraph" w:customStyle="1" w:styleId="8627827531E94CB39B2066CA30DE3B594">
    <w:name w:val="8627827531E94CB39B2066CA30DE3B594"/>
    <w:rsid w:val="00CE1639"/>
    <w:pPr>
      <w:spacing w:after="200" w:line="276" w:lineRule="auto"/>
    </w:pPr>
  </w:style>
  <w:style w:type="paragraph" w:customStyle="1" w:styleId="D297C25EDD7E4D8F98833A11C0CB12606">
    <w:name w:val="D297C25EDD7E4D8F98833A11C0CB12606"/>
    <w:rsid w:val="00CE1639"/>
    <w:pPr>
      <w:spacing w:after="200" w:line="276" w:lineRule="auto"/>
    </w:pPr>
  </w:style>
  <w:style w:type="paragraph" w:customStyle="1" w:styleId="D2E5A85F0A424B10BE1CDB9EDA0E0C916">
    <w:name w:val="D2E5A85F0A424B10BE1CDB9EDA0E0C916"/>
    <w:rsid w:val="00CE1639"/>
    <w:pPr>
      <w:spacing w:after="200" w:line="276" w:lineRule="auto"/>
    </w:pPr>
  </w:style>
  <w:style w:type="paragraph" w:customStyle="1" w:styleId="DF0772169B014E5E9AE4C275CF01A3346">
    <w:name w:val="DF0772169B014E5E9AE4C275CF01A3346"/>
    <w:rsid w:val="00CE1639"/>
    <w:pPr>
      <w:spacing w:after="200" w:line="276" w:lineRule="auto"/>
    </w:pPr>
  </w:style>
  <w:style w:type="paragraph" w:customStyle="1" w:styleId="181C92DA7C7B49958724C06101400AA16">
    <w:name w:val="181C92DA7C7B49958724C06101400AA16"/>
    <w:rsid w:val="00CE1639"/>
    <w:pPr>
      <w:spacing w:after="200" w:line="276" w:lineRule="auto"/>
    </w:pPr>
  </w:style>
  <w:style w:type="paragraph" w:customStyle="1" w:styleId="068FBAC861654951A787BB80FCF572746">
    <w:name w:val="068FBAC861654951A787BB80FCF572746"/>
    <w:rsid w:val="00CE1639"/>
    <w:pPr>
      <w:spacing w:after="200" w:line="276" w:lineRule="auto"/>
    </w:pPr>
  </w:style>
  <w:style w:type="paragraph" w:customStyle="1" w:styleId="BFFDB8C26A4D4D158E1FBD8FDCD8A5934">
    <w:name w:val="BFFDB8C26A4D4D158E1FBD8FDCD8A5934"/>
    <w:rsid w:val="00CE1639"/>
    <w:pPr>
      <w:spacing w:after="200" w:line="276" w:lineRule="auto"/>
    </w:pPr>
  </w:style>
  <w:style w:type="paragraph" w:customStyle="1" w:styleId="D1666A0D1AFC466A9B35F885BC300C2A6">
    <w:name w:val="D1666A0D1AFC466A9B35F885BC300C2A6"/>
    <w:rsid w:val="00CE1639"/>
    <w:pPr>
      <w:spacing w:after="200" w:line="276" w:lineRule="auto"/>
    </w:pPr>
  </w:style>
  <w:style w:type="paragraph" w:customStyle="1" w:styleId="54B32C8D6EAF461A967E203482BBED2C3">
    <w:name w:val="54B32C8D6EAF461A967E203482BBED2C3"/>
    <w:rsid w:val="00CE1639"/>
    <w:pPr>
      <w:spacing w:after="200" w:line="276" w:lineRule="auto"/>
    </w:pPr>
  </w:style>
  <w:style w:type="paragraph" w:customStyle="1" w:styleId="54967AD219644EFEAF40D5FDF1526A4E3">
    <w:name w:val="54967AD219644EFEAF40D5FDF1526A4E3"/>
    <w:rsid w:val="00CE1639"/>
    <w:pPr>
      <w:spacing w:after="200" w:line="276" w:lineRule="auto"/>
    </w:pPr>
  </w:style>
  <w:style w:type="paragraph" w:customStyle="1" w:styleId="764E7948D7C341B0AB3C69697E12B3793">
    <w:name w:val="764E7948D7C341B0AB3C69697E12B3793"/>
    <w:rsid w:val="00CE1639"/>
    <w:pPr>
      <w:spacing w:after="200" w:line="276" w:lineRule="auto"/>
    </w:pPr>
  </w:style>
  <w:style w:type="paragraph" w:customStyle="1" w:styleId="EF307A23E74B4B99AC1634C8EDDEEABE6">
    <w:name w:val="EF307A23E74B4B99AC1634C8EDDEEABE6"/>
    <w:rsid w:val="00CE1639"/>
    <w:pPr>
      <w:spacing w:after="200" w:line="276" w:lineRule="auto"/>
    </w:pPr>
  </w:style>
  <w:style w:type="paragraph" w:customStyle="1" w:styleId="DDE3BCC48F3141C6B0B0C54C3D9FC3846">
    <w:name w:val="DDE3BCC48F3141C6B0B0C54C3D9FC3846"/>
    <w:rsid w:val="00CE1639"/>
    <w:pPr>
      <w:spacing w:after="200" w:line="276" w:lineRule="auto"/>
    </w:pPr>
  </w:style>
  <w:style w:type="paragraph" w:customStyle="1" w:styleId="589DADF131284E5983A48F99974CFBC26">
    <w:name w:val="589DADF131284E5983A48F99974CFBC26"/>
    <w:rsid w:val="00CE1639"/>
    <w:pPr>
      <w:spacing w:after="200" w:line="276" w:lineRule="auto"/>
    </w:pPr>
  </w:style>
  <w:style w:type="paragraph" w:customStyle="1" w:styleId="C475619E64FB42ADB156EB10553125F46">
    <w:name w:val="C475619E64FB42ADB156EB10553125F46"/>
    <w:rsid w:val="00CE1639"/>
    <w:pPr>
      <w:spacing w:after="200" w:line="276" w:lineRule="auto"/>
    </w:pPr>
  </w:style>
  <w:style w:type="paragraph" w:customStyle="1" w:styleId="F197B62FCB33418F94331202AE41ACBD6">
    <w:name w:val="F197B62FCB33418F94331202AE41ACBD6"/>
    <w:rsid w:val="00CE1639"/>
    <w:pPr>
      <w:spacing w:after="200" w:line="276" w:lineRule="auto"/>
    </w:pPr>
  </w:style>
  <w:style w:type="paragraph" w:customStyle="1" w:styleId="EF990AC868FB4AEDAAAAD813799CDEFD6">
    <w:name w:val="EF990AC868FB4AEDAAAAD813799CDEFD6"/>
    <w:rsid w:val="00CE1639"/>
    <w:pPr>
      <w:spacing w:after="200" w:line="276" w:lineRule="auto"/>
    </w:pPr>
  </w:style>
  <w:style w:type="paragraph" w:customStyle="1" w:styleId="8BE12D6F4B504073B0AF26E44946139C6">
    <w:name w:val="8BE12D6F4B504073B0AF26E44946139C6"/>
    <w:rsid w:val="00CE1639"/>
    <w:pPr>
      <w:spacing w:after="200" w:line="276" w:lineRule="auto"/>
    </w:pPr>
  </w:style>
  <w:style w:type="paragraph" w:customStyle="1" w:styleId="AB93FC235CDA4BDEA236D2A64F11E3376">
    <w:name w:val="AB93FC235CDA4BDEA236D2A64F11E3376"/>
    <w:rsid w:val="00CE1639"/>
    <w:pPr>
      <w:spacing w:after="200" w:line="276" w:lineRule="auto"/>
    </w:pPr>
  </w:style>
  <w:style w:type="paragraph" w:customStyle="1" w:styleId="B7151087BFAB466C8AD489D97726FD7D6">
    <w:name w:val="B7151087BFAB466C8AD489D97726FD7D6"/>
    <w:rsid w:val="00CE1639"/>
    <w:pPr>
      <w:spacing w:after="200" w:line="276" w:lineRule="auto"/>
    </w:pPr>
  </w:style>
  <w:style w:type="paragraph" w:customStyle="1" w:styleId="DBF7A78951804D1782B70D0113FDF31B6">
    <w:name w:val="DBF7A78951804D1782B70D0113FDF31B6"/>
    <w:rsid w:val="00CE1639"/>
    <w:pPr>
      <w:spacing w:after="200" w:line="276" w:lineRule="auto"/>
    </w:pPr>
  </w:style>
  <w:style w:type="paragraph" w:customStyle="1" w:styleId="D8473262A7604010B5004F3A46A688026">
    <w:name w:val="D8473262A7604010B5004F3A46A688026"/>
    <w:rsid w:val="00CE1639"/>
    <w:pPr>
      <w:spacing w:after="200" w:line="276" w:lineRule="auto"/>
    </w:pPr>
  </w:style>
  <w:style w:type="paragraph" w:customStyle="1" w:styleId="135E59A84A724A4EA8F5D1AC8D26DED46">
    <w:name w:val="135E59A84A724A4EA8F5D1AC8D26DED46"/>
    <w:rsid w:val="00CE1639"/>
    <w:pPr>
      <w:spacing w:after="200" w:line="276" w:lineRule="auto"/>
    </w:pPr>
  </w:style>
  <w:style w:type="paragraph" w:customStyle="1" w:styleId="4B94155B3F004F50B7BEC8840B13B1616">
    <w:name w:val="4B94155B3F004F50B7BEC8840B13B1616"/>
    <w:rsid w:val="00CE1639"/>
    <w:pPr>
      <w:spacing w:after="200" w:line="276" w:lineRule="auto"/>
    </w:pPr>
  </w:style>
  <w:style w:type="paragraph" w:customStyle="1" w:styleId="41F3B94A26CB4C19850EDF85B346C6C26">
    <w:name w:val="41F3B94A26CB4C19850EDF85B346C6C26"/>
    <w:rsid w:val="00CE1639"/>
    <w:pPr>
      <w:spacing w:after="200" w:line="276" w:lineRule="auto"/>
    </w:pPr>
  </w:style>
  <w:style w:type="paragraph" w:customStyle="1" w:styleId="DFA4FCA7ADED4C4D8E96CC217C6A5D486">
    <w:name w:val="DFA4FCA7ADED4C4D8E96CC217C6A5D486"/>
    <w:rsid w:val="00CE1639"/>
    <w:pPr>
      <w:spacing w:after="200" w:line="276" w:lineRule="auto"/>
    </w:pPr>
  </w:style>
  <w:style w:type="paragraph" w:customStyle="1" w:styleId="8F21CC03DDEC41F9860887C2FD63991E6">
    <w:name w:val="8F21CC03DDEC41F9860887C2FD63991E6"/>
    <w:rsid w:val="00CE1639"/>
    <w:pPr>
      <w:spacing w:after="200" w:line="276" w:lineRule="auto"/>
    </w:pPr>
  </w:style>
  <w:style w:type="paragraph" w:customStyle="1" w:styleId="3072858C767B47C1B3EF67A7B4B58BD86">
    <w:name w:val="3072858C767B47C1B3EF67A7B4B58BD86"/>
    <w:rsid w:val="00CE1639"/>
    <w:pPr>
      <w:spacing w:after="200" w:line="276" w:lineRule="auto"/>
    </w:pPr>
  </w:style>
  <w:style w:type="paragraph" w:customStyle="1" w:styleId="0FBD0517325D4A7DA3964CB3D8DF28706">
    <w:name w:val="0FBD0517325D4A7DA3964CB3D8DF28706"/>
    <w:rsid w:val="00CE1639"/>
    <w:pPr>
      <w:spacing w:after="200" w:line="276" w:lineRule="auto"/>
    </w:pPr>
  </w:style>
  <w:style w:type="paragraph" w:customStyle="1" w:styleId="D1268C8B7C3A48258C8D2568A4782CF16">
    <w:name w:val="D1268C8B7C3A48258C8D2568A4782CF16"/>
    <w:rsid w:val="00CE1639"/>
    <w:pPr>
      <w:spacing w:after="200" w:line="276" w:lineRule="auto"/>
    </w:pPr>
  </w:style>
  <w:style w:type="paragraph" w:customStyle="1" w:styleId="2B7C429AEFC14AB8B007B5D458D0F4926">
    <w:name w:val="2B7C429AEFC14AB8B007B5D458D0F4926"/>
    <w:rsid w:val="00CE1639"/>
    <w:pPr>
      <w:spacing w:after="200" w:line="276" w:lineRule="auto"/>
    </w:pPr>
  </w:style>
  <w:style w:type="paragraph" w:customStyle="1" w:styleId="1D3CA07C42FC4B8198599F8B056280B26">
    <w:name w:val="1D3CA07C42FC4B8198599F8B056280B26"/>
    <w:rsid w:val="00CE1639"/>
    <w:pPr>
      <w:spacing w:after="200" w:line="276" w:lineRule="auto"/>
    </w:pPr>
  </w:style>
  <w:style w:type="paragraph" w:customStyle="1" w:styleId="56100998329F4BCE95470721349527016">
    <w:name w:val="56100998329F4BCE95470721349527016"/>
    <w:rsid w:val="00CE1639"/>
    <w:pPr>
      <w:spacing w:after="200" w:line="276" w:lineRule="auto"/>
    </w:pPr>
  </w:style>
  <w:style w:type="paragraph" w:customStyle="1" w:styleId="D61A5368856246FC8013BB8A67D0B8CA6">
    <w:name w:val="D61A5368856246FC8013BB8A67D0B8CA6"/>
    <w:rsid w:val="00CE1639"/>
    <w:pPr>
      <w:spacing w:after="200" w:line="276" w:lineRule="auto"/>
    </w:pPr>
  </w:style>
  <w:style w:type="paragraph" w:customStyle="1" w:styleId="7D01726AED6B4F74960CB8162977AFF66">
    <w:name w:val="7D01726AED6B4F74960CB8162977AFF66"/>
    <w:rsid w:val="00CE1639"/>
    <w:pPr>
      <w:spacing w:after="200" w:line="276" w:lineRule="auto"/>
    </w:pPr>
  </w:style>
  <w:style w:type="paragraph" w:customStyle="1" w:styleId="C611DE52FBB846B2A106988CAECCF6DF6">
    <w:name w:val="C611DE52FBB846B2A106988CAECCF6DF6"/>
    <w:rsid w:val="00CE1639"/>
    <w:pPr>
      <w:spacing w:after="200" w:line="276" w:lineRule="auto"/>
    </w:pPr>
  </w:style>
  <w:style w:type="paragraph" w:customStyle="1" w:styleId="1F1D19BA9FF047A4BD96C992602EB9986">
    <w:name w:val="1F1D19BA9FF047A4BD96C992602EB9986"/>
    <w:rsid w:val="00CE1639"/>
    <w:pPr>
      <w:spacing w:after="200" w:line="276" w:lineRule="auto"/>
    </w:pPr>
  </w:style>
  <w:style w:type="paragraph" w:customStyle="1" w:styleId="CE0FCFBFFAAF4DE2B5C4F42E145586DE6">
    <w:name w:val="CE0FCFBFFAAF4DE2B5C4F42E145586DE6"/>
    <w:rsid w:val="00CE1639"/>
    <w:pPr>
      <w:spacing w:after="200" w:line="276" w:lineRule="auto"/>
    </w:pPr>
  </w:style>
  <w:style w:type="paragraph" w:customStyle="1" w:styleId="215A6D4D5B954E7AAC611F67939865216">
    <w:name w:val="215A6D4D5B954E7AAC611F67939865216"/>
    <w:rsid w:val="00CE1639"/>
    <w:pPr>
      <w:spacing w:after="200" w:line="276" w:lineRule="auto"/>
    </w:pPr>
  </w:style>
  <w:style w:type="paragraph" w:customStyle="1" w:styleId="FCEFDF7BD9434FF5932709F202CFA2436">
    <w:name w:val="FCEFDF7BD9434FF5932709F202CFA2436"/>
    <w:rsid w:val="00CE1639"/>
    <w:pPr>
      <w:spacing w:after="200" w:line="276" w:lineRule="auto"/>
    </w:pPr>
  </w:style>
  <w:style w:type="paragraph" w:customStyle="1" w:styleId="6C201FBAD7D84CC88CE9343C9463A4B36">
    <w:name w:val="6C201FBAD7D84CC88CE9343C9463A4B36"/>
    <w:rsid w:val="00CE1639"/>
    <w:pPr>
      <w:spacing w:after="200" w:line="276" w:lineRule="auto"/>
    </w:pPr>
  </w:style>
  <w:style w:type="paragraph" w:customStyle="1" w:styleId="D7C6D8CC0FC148FC943EE5E4E17825B96">
    <w:name w:val="D7C6D8CC0FC148FC943EE5E4E17825B96"/>
    <w:rsid w:val="00CE1639"/>
    <w:pPr>
      <w:spacing w:after="200" w:line="276" w:lineRule="auto"/>
    </w:pPr>
  </w:style>
  <w:style w:type="paragraph" w:customStyle="1" w:styleId="967EF32F25CA460EAB71DB47682F3E546">
    <w:name w:val="967EF32F25CA460EAB71DB47682F3E546"/>
    <w:rsid w:val="00CE1639"/>
    <w:pPr>
      <w:spacing w:after="200" w:line="276" w:lineRule="auto"/>
    </w:pPr>
  </w:style>
  <w:style w:type="paragraph" w:customStyle="1" w:styleId="A4DEF7C704DB40B293B19540CA95C2D66">
    <w:name w:val="A4DEF7C704DB40B293B19540CA95C2D66"/>
    <w:rsid w:val="00CE1639"/>
    <w:pPr>
      <w:spacing w:after="200" w:line="276" w:lineRule="auto"/>
    </w:pPr>
  </w:style>
  <w:style w:type="paragraph" w:customStyle="1" w:styleId="3A7D4BE569314F89B35517255A4CDE086">
    <w:name w:val="3A7D4BE569314F89B35517255A4CDE086"/>
    <w:rsid w:val="00CE1639"/>
    <w:pPr>
      <w:spacing w:after="200" w:line="276" w:lineRule="auto"/>
    </w:pPr>
  </w:style>
  <w:style w:type="paragraph" w:customStyle="1" w:styleId="2C70F9A7A51444D1B688F72229E15FCC6">
    <w:name w:val="2C70F9A7A51444D1B688F72229E15FCC6"/>
    <w:rsid w:val="00CE1639"/>
    <w:pPr>
      <w:spacing w:after="200" w:line="276" w:lineRule="auto"/>
    </w:pPr>
  </w:style>
  <w:style w:type="paragraph" w:customStyle="1" w:styleId="A56D23639BD74F5E9D7AB38C08498EE56">
    <w:name w:val="A56D23639BD74F5E9D7AB38C08498EE56"/>
    <w:rsid w:val="00CE1639"/>
    <w:pPr>
      <w:spacing w:after="200" w:line="276" w:lineRule="auto"/>
    </w:pPr>
  </w:style>
  <w:style w:type="paragraph" w:customStyle="1" w:styleId="614E9421971C49519DEA7CCB69C1C2B16">
    <w:name w:val="614E9421971C49519DEA7CCB69C1C2B16"/>
    <w:rsid w:val="00CE1639"/>
    <w:pPr>
      <w:spacing w:after="200" w:line="276" w:lineRule="auto"/>
    </w:pPr>
  </w:style>
  <w:style w:type="paragraph" w:customStyle="1" w:styleId="A1981FA7FE334163A3A8250D7633F69C6">
    <w:name w:val="A1981FA7FE334163A3A8250D7633F69C6"/>
    <w:rsid w:val="00CE1639"/>
    <w:pPr>
      <w:spacing w:after="200" w:line="276" w:lineRule="auto"/>
    </w:pPr>
  </w:style>
  <w:style w:type="paragraph" w:customStyle="1" w:styleId="F3CAC262247A498DAC350839197DB9C06">
    <w:name w:val="F3CAC262247A498DAC350839197DB9C06"/>
    <w:rsid w:val="00CE1639"/>
    <w:pPr>
      <w:spacing w:after="200" w:line="276" w:lineRule="auto"/>
    </w:pPr>
  </w:style>
  <w:style w:type="paragraph" w:customStyle="1" w:styleId="D0C56321844D43B0A940F9C270691EA96">
    <w:name w:val="D0C56321844D43B0A940F9C270691EA96"/>
    <w:rsid w:val="00CE1639"/>
    <w:pPr>
      <w:spacing w:after="200" w:line="276" w:lineRule="auto"/>
    </w:pPr>
  </w:style>
  <w:style w:type="paragraph" w:customStyle="1" w:styleId="9AEAA8A00F984FD5847384CF8071FCCB9">
    <w:name w:val="9AEAA8A00F984FD5847384CF8071FCCB9"/>
    <w:rsid w:val="002177E5"/>
    <w:pPr>
      <w:spacing w:after="200" w:line="276" w:lineRule="auto"/>
    </w:pPr>
  </w:style>
  <w:style w:type="paragraph" w:customStyle="1" w:styleId="4ECD2E2A723443D8A94A3611D7AEE62D4">
    <w:name w:val="4ECD2E2A723443D8A94A3611D7AEE62D4"/>
    <w:rsid w:val="002177E5"/>
    <w:pPr>
      <w:spacing w:after="200" w:line="276" w:lineRule="auto"/>
    </w:pPr>
  </w:style>
  <w:style w:type="paragraph" w:customStyle="1" w:styleId="9FED240ED8DB493AB11F00E518F2C7609">
    <w:name w:val="9FED240ED8DB493AB11F00E518F2C7609"/>
    <w:rsid w:val="002177E5"/>
    <w:pPr>
      <w:spacing w:after="200" w:line="276" w:lineRule="auto"/>
    </w:pPr>
  </w:style>
  <w:style w:type="paragraph" w:customStyle="1" w:styleId="D98A882CE73A40798FBE6124278820939">
    <w:name w:val="D98A882CE73A40798FBE6124278820939"/>
    <w:rsid w:val="002177E5"/>
    <w:pPr>
      <w:spacing w:after="200" w:line="276" w:lineRule="auto"/>
    </w:pPr>
  </w:style>
  <w:style w:type="paragraph" w:customStyle="1" w:styleId="C63AB792D8704E34A72EB2DDDCE53CD49">
    <w:name w:val="C63AB792D8704E34A72EB2DDDCE53CD49"/>
    <w:rsid w:val="002177E5"/>
    <w:pPr>
      <w:spacing w:after="200" w:line="276" w:lineRule="auto"/>
    </w:pPr>
  </w:style>
  <w:style w:type="paragraph" w:customStyle="1" w:styleId="8325075121064DAAAEF164CED23B2A929">
    <w:name w:val="8325075121064DAAAEF164CED23B2A929"/>
    <w:rsid w:val="002177E5"/>
    <w:pPr>
      <w:spacing w:after="200" w:line="276" w:lineRule="auto"/>
    </w:pPr>
  </w:style>
  <w:style w:type="paragraph" w:customStyle="1" w:styleId="F6F583F428324ED7B7212D51DE6729589">
    <w:name w:val="F6F583F428324ED7B7212D51DE6729589"/>
    <w:rsid w:val="002177E5"/>
    <w:pPr>
      <w:spacing w:after="200" w:line="276" w:lineRule="auto"/>
    </w:pPr>
  </w:style>
  <w:style w:type="paragraph" w:customStyle="1" w:styleId="96A4351A239147228C2BFBF424DB1B678">
    <w:name w:val="96A4351A239147228C2BFBF424DB1B678"/>
    <w:rsid w:val="002177E5"/>
    <w:pPr>
      <w:spacing w:after="200" w:line="276" w:lineRule="auto"/>
    </w:pPr>
  </w:style>
  <w:style w:type="paragraph" w:customStyle="1" w:styleId="B9A48EF9F3354B43B596B1EBC93E0E4E9">
    <w:name w:val="B9A48EF9F3354B43B596B1EBC93E0E4E9"/>
    <w:rsid w:val="002177E5"/>
    <w:pPr>
      <w:spacing w:after="200" w:line="276" w:lineRule="auto"/>
    </w:pPr>
  </w:style>
  <w:style w:type="paragraph" w:customStyle="1" w:styleId="787A2DCDAB554E0EA58B0872C6E388999">
    <w:name w:val="787A2DCDAB554E0EA58B0872C6E388999"/>
    <w:rsid w:val="002177E5"/>
    <w:pPr>
      <w:spacing w:after="200" w:line="276" w:lineRule="auto"/>
    </w:pPr>
  </w:style>
  <w:style w:type="paragraph" w:customStyle="1" w:styleId="F3110C8EF21E4CA89159D23FFD1392919">
    <w:name w:val="F3110C8EF21E4CA89159D23FFD1392919"/>
    <w:rsid w:val="002177E5"/>
    <w:pPr>
      <w:spacing w:after="200" w:line="276" w:lineRule="auto"/>
    </w:pPr>
  </w:style>
  <w:style w:type="paragraph" w:customStyle="1" w:styleId="10BA430DF3F042408257D556DDA650E99">
    <w:name w:val="10BA430DF3F042408257D556DDA650E99"/>
    <w:rsid w:val="002177E5"/>
    <w:pPr>
      <w:spacing w:after="200" w:line="276" w:lineRule="auto"/>
    </w:pPr>
  </w:style>
  <w:style w:type="paragraph" w:customStyle="1" w:styleId="28F6434D1F46457CB9A6E4A1A5BCEB469">
    <w:name w:val="28F6434D1F46457CB9A6E4A1A5BCEB469"/>
    <w:rsid w:val="002177E5"/>
    <w:pPr>
      <w:spacing w:after="200" w:line="276" w:lineRule="auto"/>
    </w:pPr>
  </w:style>
  <w:style w:type="paragraph" w:customStyle="1" w:styleId="32E44D96ADBC4BD0AF4E12DA5F70D3879">
    <w:name w:val="32E44D96ADBC4BD0AF4E12DA5F70D3879"/>
    <w:rsid w:val="002177E5"/>
    <w:pPr>
      <w:spacing w:after="200" w:line="276" w:lineRule="auto"/>
    </w:pPr>
  </w:style>
  <w:style w:type="paragraph" w:customStyle="1" w:styleId="DACDF91E0E714B2E85D8C6CF3F3786FA9">
    <w:name w:val="DACDF91E0E714B2E85D8C6CF3F3786FA9"/>
    <w:rsid w:val="002177E5"/>
    <w:pPr>
      <w:spacing w:after="200" w:line="276" w:lineRule="auto"/>
    </w:pPr>
  </w:style>
  <w:style w:type="paragraph" w:customStyle="1" w:styleId="4F891DA38BB04C7D80A1B2F6AF074ED19">
    <w:name w:val="4F891DA38BB04C7D80A1B2F6AF074ED19"/>
    <w:rsid w:val="002177E5"/>
    <w:pPr>
      <w:spacing w:after="200" w:line="276" w:lineRule="auto"/>
    </w:pPr>
  </w:style>
  <w:style w:type="paragraph" w:customStyle="1" w:styleId="1D699CF0F0B8413BB79800EA3A63640D9">
    <w:name w:val="1D699CF0F0B8413BB79800EA3A63640D9"/>
    <w:rsid w:val="002177E5"/>
    <w:pPr>
      <w:spacing w:after="200" w:line="276" w:lineRule="auto"/>
    </w:pPr>
  </w:style>
  <w:style w:type="paragraph" w:customStyle="1" w:styleId="A89EBA4095394ECE9127A0D7541173629">
    <w:name w:val="A89EBA4095394ECE9127A0D7541173629"/>
    <w:rsid w:val="002177E5"/>
    <w:pPr>
      <w:spacing w:after="200" w:line="276" w:lineRule="auto"/>
    </w:pPr>
  </w:style>
  <w:style w:type="paragraph" w:customStyle="1" w:styleId="02153F2E9C414A6DB0981FFEC04CEECB9">
    <w:name w:val="02153F2E9C414A6DB0981FFEC04CEECB9"/>
    <w:rsid w:val="002177E5"/>
    <w:pPr>
      <w:spacing w:after="200" w:line="276" w:lineRule="auto"/>
    </w:pPr>
  </w:style>
  <w:style w:type="paragraph" w:customStyle="1" w:styleId="821C01A538084D388305832953239DE39">
    <w:name w:val="821C01A538084D388305832953239DE39"/>
    <w:rsid w:val="002177E5"/>
    <w:pPr>
      <w:spacing w:after="200" w:line="276" w:lineRule="auto"/>
    </w:pPr>
  </w:style>
  <w:style w:type="paragraph" w:customStyle="1" w:styleId="73EAD8219240427C807E16F8204FC8629">
    <w:name w:val="73EAD8219240427C807E16F8204FC8629"/>
    <w:rsid w:val="002177E5"/>
    <w:pPr>
      <w:spacing w:after="200" w:line="276" w:lineRule="auto"/>
    </w:pPr>
  </w:style>
  <w:style w:type="paragraph" w:customStyle="1" w:styleId="E645CA21AC1C4AE89A74AB03DA98B7D29">
    <w:name w:val="E645CA21AC1C4AE89A74AB03DA98B7D29"/>
    <w:rsid w:val="002177E5"/>
    <w:pPr>
      <w:spacing w:after="200" w:line="276" w:lineRule="auto"/>
    </w:pPr>
  </w:style>
  <w:style w:type="paragraph" w:customStyle="1" w:styleId="A324FD0689704622BAFCBADCED7AF21B9">
    <w:name w:val="A324FD0689704622BAFCBADCED7AF21B9"/>
    <w:rsid w:val="002177E5"/>
    <w:pPr>
      <w:spacing w:after="200" w:line="276" w:lineRule="auto"/>
    </w:pPr>
  </w:style>
  <w:style w:type="paragraph" w:customStyle="1" w:styleId="154C2915D20B48869CF43F5F5D5FD5ED9">
    <w:name w:val="154C2915D20B48869CF43F5F5D5FD5ED9"/>
    <w:rsid w:val="002177E5"/>
    <w:pPr>
      <w:spacing w:after="200" w:line="276" w:lineRule="auto"/>
    </w:pPr>
  </w:style>
  <w:style w:type="paragraph" w:customStyle="1" w:styleId="DAB8F682586D403ABEA919117D04ABCE9">
    <w:name w:val="DAB8F682586D403ABEA919117D04ABCE9"/>
    <w:rsid w:val="002177E5"/>
    <w:pPr>
      <w:spacing w:after="200" w:line="276" w:lineRule="auto"/>
    </w:pPr>
  </w:style>
  <w:style w:type="paragraph" w:customStyle="1" w:styleId="F9A7C6BE2684490185F5FA589C6266F09">
    <w:name w:val="F9A7C6BE2684490185F5FA589C6266F09"/>
    <w:rsid w:val="002177E5"/>
    <w:pPr>
      <w:spacing w:after="200" w:line="276" w:lineRule="auto"/>
    </w:pPr>
  </w:style>
  <w:style w:type="paragraph" w:customStyle="1" w:styleId="A1AA6F3CBE344494B5216E38E3B2B08F9">
    <w:name w:val="A1AA6F3CBE344494B5216E38E3B2B08F9"/>
    <w:rsid w:val="002177E5"/>
    <w:pPr>
      <w:spacing w:after="200" w:line="276" w:lineRule="auto"/>
    </w:pPr>
  </w:style>
  <w:style w:type="paragraph" w:customStyle="1" w:styleId="CB016D15FE4846CC90F79D77ED7635059">
    <w:name w:val="CB016D15FE4846CC90F79D77ED7635059"/>
    <w:rsid w:val="002177E5"/>
    <w:pPr>
      <w:spacing w:after="200" w:line="276" w:lineRule="auto"/>
    </w:pPr>
  </w:style>
  <w:style w:type="paragraph" w:customStyle="1" w:styleId="B9E4E539693B4280BB061C114AB9D24C9">
    <w:name w:val="B9E4E539693B4280BB061C114AB9D24C9"/>
    <w:rsid w:val="002177E5"/>
    <w:pPr>
      <w:spacing w:after="200" w:line="276" w:lineRule="auto"/>
    </w:pPr>
  </w:style>
  <w:style w:type="paragraph" w:customStyle="1" w:styleId="185ADE67D8A4414B97D8694CF3C84BDC9">
    <w:name w:val="185ADE67D8A4414B97D8694CF3C84BDC9"/>
    <w:rsid w:val="002177E5"/>
    <w:pPr>
      <w:spacing w:after="200" w:line="276" w:lineRule="auto"/>
    </w:pPr>
  </w:style>
  <w:style w:type="paragraph" w:customStyle="1" w:styleId="9BB06A0F134444FBB21AC941E54A39509">
    <w:name w:val="9BB06A0F134444FBB21AC941E54A39509"/>
    <w:rsid w:val="002177E5"/>
    <w:pPr>
      <w:spacing w:after="200" w:line="276" w:lineRule="auto"/>
    </w:pPr>
  </w:style>
  <w:style w:type="paragraph" w:customStyle="1" w:styleId="108EE6F41228478492A8967852BC5E249">
    <w:name w:val="108EE6F41228478492A8967852BC5E249"/>
    <w:rsid w:val="002177E5"/>
    <w:pPr>
      <w:spacing w:after="200" w:line="276" w:lineRule="auto"/>
    </w:pPr>
  </w:style>
  <w:style w:type="paragraph" w:customStyle="1" w:styleId="5273657B97D2404BBE9250ECD4187CC99">
    <w:name w:val="5273657B97D2404BBE9250ECD4187CC99"/>
    <w:rsid w:val="002177E5"/>
    <w:pPr>
      <w:spacing w:after="200" w:line="276" w:lineRule="auto"/>
    </w:pPr>
  </w:style>
  <w:style w:type="paragraph" w:customStyle="1" w:styleId="A567BB517F1E4BF785FF66C1E7792A179">
    <w:name w:val="A567BB517F1E4BF785FF66C1E7792A179"/>
    <w:rsid w:val="002177E5"/>
    <w:pPr>
      <w:spacing w:after="200" w:line="276" w:lineRule="auto"/>
    </w:pPr>
  </w:style>
  <w:style w:type="paragraph" w:customStyle="1" w:styleId="03C66FBF284A4175820230CCE36F2C8D9">
    <w:name w:val="03C66FBF284A4175820230CCE36F2C8D9"/>
    <w:rsid w:val="002177E5"/>
    <w:pPr>
      <w:spacing w:after="200" w:line="276" w:lineRule="auto"/>
    </w:pPr>
  </w:style>
  <w:style w:type="paragraph" w:customStyle="1" w:styleId="31DF177FAF0347BB95CF91D2AB7D78C29">
    <w:name w:val="31DF177FAF0347BB95CF91D2AB7D78C29"/>
    <w:rsid w:val="002177E5"/>
    <w:pPr>
      <w:spacing w:after="200" w:line="276" w:lineRule="auto"/>
    </w:pPr>
  </w:style>
  <w:style w:type="paragraph" w:customStyle="1" w:styleId="A332782B1F074770A5812841CCE9CC799">
    <w:name w:val="A332782B1F074770A5812841CCE9CC799"/>
    <w:rsid w:val="002177E5"/>
    <w:pPr>
      <w:spacing w:after="200" w:line="276" w:lineRule="auto"/>
    </w:pPr>
  </w:style>
  <w:style w:type="paragraph" w:customStyle="1" w:styleId="CCE3552D061842C2967B081509A382E69">
    <w:name w:val="CCE3552D061842C2967B081509A382E69"/>
    <w:rsid w:val="002177E5"/>
    <w:pPr>
      <w:spacing w:after="200" w:line="276" w:lineRule="auto"/>
    </w:pPr>
  </w:style>
  <w:style w:type="paragraph" w:customStyle="1" w:styleId="71A6A65BE0E9451EA4056DF5A0B215DB9">
    <w:name w:val="71A6A65BE0E9451EA4056DF5A0B215DB9"/>
    <w:rsid w:val="002177E5"/>
    <w:pPr>
      <w:spacing w:after="200" w:line="276" w:lineRule="auto"/>
    </w:pPr>
  </w:style>
  <w:style w:type="paragraph" w:customStyle="1" w:styleId="98B2F9320AEF41379C884803AE0645AD9">
    <w:name w:val="98B2F9320AEF41379C884803AE0645AD9"/>
    <w:rsid w:val="002177E5"/>
    <w:pPr>
      <w:spacing w:after="200" w:line="276" w:lineRule="auto"/>
    </w:pPr>
  </w:style>
  <w:style w:type="paragraph" w:customStyle="1" w:styleId="03B8FB460BB74860B6F0861A9BA954819">
    <w:name w:val="03B8FB460BB74860B6F0861A9BA954819"/>
    <w:rsid w:val="002177E5"/>
    <w:pPr>
      <w:spacing w:after="200" w:line="276" w:lineRule="auto"/>
    </w:pPr>
  </w:style>
  <w:style w:type="paragraph" w:customStyle="1" w:styleId="365838D059914B72927A6B00C803FA488">
    <w:name w:val="365838D059914B72927A6B00C803FA488"/>
    <w:rsid w:val="002177E5"/>
    <w:pPr>
      <w:spacing w:after="200" w:line="276" w:lineRule="auto"/>
    </w:pPr>
  </w:style>
  <w:style w:type="paragraph" w:customStyle="1" w:styleId="AB99E45E070E48929C869409C17287F98">
    <w:name w:val="AB99E45E070E48929C869409C17287F98"/>
    <w:rsid w:val="002177E5"/>
    <w:pPr>
      <w:spacing w:after="200" w:line="276" w:lineRule="auto"/>
    </w:pPr>
  </w:style>
  <w:style w:type="paragraph" w:customStyle="1" w:styleId="085B87EF72544ABF8A2B748AE680300B8">
    <w:name w:val="085B87EF72544ABF8A2B748AE680300B8"/>
    <w:rsid w:val="002177E5"/>
    <w:pPr>
      <w:spacing w:after="200" w:line="276" w:lineRule="auto"/>
    </w:pPr>
  </w:style>
  <w:style w:type="paragraph" w:customStyle="1" w:styleId="6648927EC89C40A2A6FB356A7AD7B48B8">
    <w:name w:val="6648927EC89C40A2A6FB356A7AD7B48B8"/>
    <w:rsid w:val="002177E5"/>
    <w:pPr>
      <w:spacing w:after="200" w:line="276" w:lineRule="auto"/>
    </w:pPr>
  </w:style>
  <w:style w:type="paragraph" w:customStyle="1" w:styleId="3C8034A52A2D47C594AE99BBF21804D78">
    <w:name w:val="3C8034A52A2D47C594AE99BBF21804D78"/>
    <w:rsid w:val="002177E5"/>
    <w:pPr>
      <w:spacing w:after="200" w:line="276" w:lineRule="auto"/>
    </w:pPr>
  </w:style>
  <w:style w:type="paragraph" w:customStyle="1" w:styleId="15B474D5CF204A1D84FDC03506B78CC08">
    <w:name w:val="15B474D5CF204A1D84FDC03506B78CC08"/>
    <w:rsid w:val="002177E5"/>
    <w:pPr>
      <w:spacing w:after="200" w:line="276" w:lineRule="auto"/>
    </w:pPr>
  </w:style>
  <w:style w:type="paragraph" w:customStyle="1" w:styleId="86BE4C6528484093B462CCAC093FB7CE8">
    <w:name w:val="86BE4C6528484093B462CCAC093FB7CE8"/>
    <w:rsid w:val="002177E5"/>
    <w:pPr>
      <w:spacing w:after="200" w:line="276" w:lineRule="auto"/>
    </w:pPr>
  </w:style>
  <w:style w:type="paragraph" w:customStyle="1" w:styleId="7A01521791F74460BDB3F581458F3A5A8">
    <w:name w:val="7A01521791F74460BDB3F581458F3A5A8"/>
    <w:rsid w:val="002177E5"/>
    <w:pPr>
      <w:spacing w:after="200" w:line="276" w:lineRule="auto"/>
    </w:pPr>
  </w:style>
  <w:style w:type="paragraph" w:customStyle="1" w:styleId="81835CB1501A42C38BE02BEA9659E5728">
    <w:name w:val="81835CB1501A42C38BE02BEA9659E5728"/>
    <w:rsid w:val="002177E5"/>
    <w:pPr>
      <w:spacing w:after="200" w:line="276" w:lineRule="auto"/>
    </w:pPr>
  </w:style>
  <w:style w:type="paragraph" w:customStyle="1" w:styleId="3FF8856B62A84265A5C84529C3C5D9628">
    <w:name w:val="3FF8856B62A84265A5C84529C3C5D9628"/>
    <w:rsid w:val="002177E5"/>
    <w:pPr>
      <w:spacing w:after="200" w:line="276" w:lineRule="auto"/>
    </w:pPr>
  </w:style>
  <w:style w:type="paragraph" w:customStyle="1" w:styleId="38955F0542D44B0792AD27FD8AE499F18">
    <w:name w:val="38955F0542D44B0792AD27FD8AE499F18"/>
    <w:rsid w:val="002177E5"/>
    <w:pPr>
      <w:spacing w:after="200" w:line="276" w:lineRule="auto"/>
    </w:pPr>
  </w:style>
  <w:style w:type="paragraph" w:customStyle="1" w:styleId="E5E2A85F79DA4834B7AFAFF950EE8B748">
    <w:name w:val="E5E2A85F79DA4834B7AFAFF950EE8B748"/>
    <w:rsid w:val="002177E5"/>
    <w:pPr>
      <w:spacing w:after="200" w:line="276" w:lineRule="auto"/>
    </w:pPr>
  </w:style>
  <w:style w:type="paragraph" w:customStyle="1" w:styleId="B1E97A9144FD4775921D1B70AAF339188">
    <w:name w:val="B1E97A9144FD4775921D1B70AAF339188"/>
    <w:rsid w:val="002177E5"/>
    <w:pPr>
      <w:spacing w:after="200" w:line="276" w:lineRule="auto"/>
    </w:pPr>
  </w:style>
  <w:style w:type="paragraph" w:customStyle="1" w:styleId="7F3933508D5C4608B34DBA7E8FFE0D608">
    <w:name w:val="7F3933508D5C4608B34DBA7E8FFE0D608"/>
    <w:rsid w:val="002177E5"/>
    <w:pPr>
      <w:spacing w:after="200" w:line="276" w:lineRule="auto"/>
    </w:pPr>
  </w:style>
  <w:style w:type="paragraph" w:customStyle="1" w:styleId="ACBE0EFC4B5E428C871D26A9144B06508">
    <w:name w:val="ACBE0EFC4B5E428C871D26A9144B06508"/>
    <w:rsid w:val="002177E5"/>
    <w:pPr>
      <w:spacing w:after="200" w:line="276" w:lineRule="auto"/>
    </w:pPr>
  </w:style>
  <w:style w:type="paragraph" w:customStyle="1" w:styleId="1984DE374F924E0C9BC4F99108886C9A8">
    <w:name w:val="1984DE374F924E0C9BC4F99108886C9A8"/>
    <w:rsid w:val="002177E5"/>
    <w:pPr>
      <w:spacing w:after="200" w:line="276" w:lineRule="auto"/>
    </w:pPr>
  </w:style>
  <w:style w:type="paragraph" w:customStyle="1" w:styleId="EB375BA08DF64F1D965D0B750CA77E738">
    <w:name w:val="EB375BA08DF64F1D965D0B750CA77E738"/>
    <w:rsid w:val="002177E5"/>
    <w:pPr>
      <w:spacing w:after="200" w:line="276" w:lineRule="auto"/>
    </w:pPr>
  </w:style>
  <w:style w:type="paragraph" w:customStyle="1" w:styleId="E6BD942427B6472CBCABA3B1EC8F8E618">
    <w:name w:val="E6BD942427B6472CBCABA3B1EC8F8E618"/>
    <w:rsid w:val="002177E5"/>
    <w:pPr>
      <w:spacing w:after="200" w:line="276" w:lineRule="auto"/>
    </w:pPr>
  </w:style>
  <w:style w:type="paragraph" w:customStyle="1" w:styleId="6474EE482800414CBDA0B0858EC704038">
    <w:name w:val="6474EE482800414CBDA0B0858EC704038"/>
    <w:rsid w:val="002177E5"/>
    <w:pPr>
      <w:spacing w:after="200" w:line="276" w:lineRule="auto"/>
    </w:pPr>
  </w:style>
  <w:style w:type="paragraph" w:customStyle="1" w:styleId="130EEA536A6A4B1C870DDBB247D1666F8">
    <w:name w:val="130EEA536A6A4B1C870DDBB247D1666F8"/>
    <w:rsid w:val="002177E5"/>
    <w:pPr>
      <w:spacing w:after="200" w:line="276" w:lineRule="auto"/>
    </w:pPr>
  </w:style>
  <w:style w:type="paragraph" w:customStyle="1" w:styleId="5C3A7D73D147443AA194C06FB24994278">
    <w:name w:val="5C3A7D73D147443AA194C06FB24994278"/>
    <w:rsid w:val="002177E5"/>
    <w:pPr>
      <w:spacing w:after="200" w:line="276" w:lineRule="auto"/>
    </w:pPr>
  </w:style>
  <w:style w:type="paragraph" w:customStyle="1" w:styleId="63F193555AD9499CB710078DC26953EF8">
    <w:name w:val="63F193555AD9499CB710078DC26953EF8"/>
    <w:rsid w:val="002177E5"/>
    <w:pPr>
      <w:spacing w:after="200" w:line="276" w:lineRule="auto"/>
    </w:pPr>
  </w:style>
  <w:style w:type="paragraph" w:customStyle="1" w:styleId="577A7DFC1E1F40069740321DEF30D7048">
    <w:name w:val="577A7DFC1E1F40069740321DEF30D7048"/>
    <w:rsid w:val="002177E5"/>
    <w:pPr>
      <w:spacing w:after="200" w:line="276" w:lineRule="auto"/>
    </w:pPr>
  </w:style>
  <w:style w:type="paragraph" w:customStyle="1" w:styleId="F313C84236FE4FF7AC3B18406F4AE6858">
    <w:name w:val="F313C84236FE4FF7AC3B18406F4AE6858"/>
    <w:rsid w:val="002177E5"/>
    <w:pPr>
      <w:spacing w:after="200" w:line="276" w:lineRule="auto"/>
    </w:pPr>
  </w:style>
  <w:style w:type="paragraph" w:customStyle="1" w:styleId="BF0E036CDD4D45C3AB85A07BA2DD61638">
    <w:name w:val="BF0E036CDD4D45C3AB85A07BA2DD61638"/>
    <w:rsid w:val="002177E5"/>
    <w:pPr>
      <w:spacing w:after="200" w:line="276" w:lineRule="auto"/>
    </w:pPr>
  </w:style>
  <w:style w:type="paragraph" w:customStyle="1" w:styleId="47669BF0FCBE406AAD1E10B9812106B48">
    <w:name w:val="47669BF0FCBE406AAD1E10B9812106B48"/>
    <w:rsid w:val="002177E5"/>
    <w:pPr>
      <w:spacing w:after="200" w:line="276" w:lineRule="auto"/>
    </w:pPr>
  </w:style>
  <w:style w:type="paragraph" w:customStyle="1" w:styleId="DBE498F6C1F9478E9256B5C3C3B8D0FE8">
    <w:name w:val="DBE498F6C1F9478E9256B5C3C3B8D0FE8"/>
    <w:rsid w:val="002177E5"/>
    <w:pPr>
      <w:spacing w:after="200" w:line="276" w:lineRule="auto"/>
    </w:pPr>
  </w:style>
  <w:style w:type="paragraph" w:customStyle="1" w:styleId="BDE1C10464E64A0C81164B77F9A4AA5C8">
    <w:name w:val="BDE1C10464E64A0C81164B77F9A4AA5C8"/>
    <w:rsid w:val="002177E5"/>
    <w:pPr>
      <w:spacing w:after="200" w:line="276" w:lineRule="auto"/>
    </w:pPr>
  </w:style>
  <w:style w:type="paragraph" w:customStyle="1" w:styleId="648DBBF183FB40FAB6C79D4C05E49AA48">
    <w:name w:val="648DBBF183FB40FAB6C79D4C05E49AA48"/>
    <w:rsid w:val="002177E5"/>
    <w:pPr>
      <w:spacing w:after="200" w:line="276" w:lineRule="auto"/>
    </w:pPr>
  </w:style>
  <w:style w:type="paragraph" w:customStyle="1" w:styleId="1C09BEC26D3548A89E225D009B56BFFB8">
    <w:name w:val="1C09BEC26D3548A89E225D009B56BFFB8"/>
    <w:rsid w:val="002177E5"/>
    <w:pPr>
      <w:spacing w:after="200" w:line="276" w:lineRule="auto"/>
    </w:pPr>
  </w:style>
  <w:style w:type="paragraph" w:customStyle="1" w:styleId="860677CA9CD4419B8300F24B017CFBBE8">
    <w:name w:val="860677CA9CD4419B8300F24B017CFBBE8"/>
    <w:rsid w:val="002177E5"/>
    <w:pPr>
      <w:spacing w:after="200" w:line="276" w:lineRule="auto"/>
    </w:pPr>
  </w:style>
  <w:style w:type="paragraph" w:customStyle="1" w:styleId="6C42C24885A6479A8C655EDA93D92F268">
    <w:name w:val="6C42C24885A6479A8C655EDA93D92F268"/>
    <w:rsid w:val="002177E5"/>
    <w:pPr>
      <w:spacing w:after="200" w:line="276" w:lineRule="auto"/>
    </w:pPr>
  </w:style>
  <w:style w:type="paragraph" w:customStyle="1" w:styleId="AE78C549051C42ACAB0308BC3FBFBD268">
    <w:name w:val="AE78C549051C42ACAB0308BC3FBFBD268"/>
    <w:rsid w:val="002177E5"/>
    <w:pPr>
      <w:spacing w:after="200" w:line="276" w:lineRule="auto"/>
    </w:pPr>
  </w:style>
  <w:style w:type="paragraph" w:customStyle="1" w:styleId="BE156BEC2F1543B3B84B3D0F6AB9DFA08">
    <w:name w:val="BE156BEC2F1543B3B84B3D0F6AB9DFA08"/>
    <w:rsid w:val="002177E5"/>
    <w:pPr>
      <w:spacing w:after="200" w:line="276" w:lineRule="auto"/>
    </w:pPr>
  </w:style>
  <w:style w:type="paragraph" w:customStyle="1" w:styleId="AF0EAD1D64F34A3BAED0B738FADC88E58">
    <w:name w:val="AF0EAD1D64F34A3BAED0B738FADC88E58"/>
    <w:rsid w:val="002177E5"/>
    <w:pPr>
      <w:spacing w:after="200" w:line="276" w:lineRule="auto"/>
    </w:pPr>
  </w:style>
  <w:style w:type="paragraph" w:customStyle="1" w:styleId="B30D077B9E80489CBC3921A2CB4E1EA98">
    <w:name w:val="B30D077B9E80489CBC3921A2CB4E1EA98"/>
    <w:rsid w:val="002177E5"/>
    <w:pPr>
      <w:spacing w:after="200" w:line="276" w:lineRule="auto"/>
    </w:pPr>
  </w:style>
  <w:style w:type="paragraph" w:customStyle="1" w:styleId="6F253A2C3CB54B90B13DE772D5510E908">
    <w:name w:val="6F253A2C3CB54B90B13DE772D5510E908"/>
    <w:rsid w:val="002177E5"/>
    <w:pPr>
      <w:spacing w:after="200" w:line="276" w:lineRule="auto"/>
    </w:pPr>
  </w:style>
  <w:style w:type="paragraph" w:customStyle="1" w:styleId="45527F50F168459E8AAF279EDE532CE78">
    <w:name w:val="45527F50F168459E8AAF279EDE532CE78"/>
    <w:rsid w:val="002177E5"/>
    <w:pPr>
      <w:spacing w:after="200" w:line="276" w:lineRule="auto"/>
    </w:pPr>
  </w:style>
  <w:style w:type="paragraph" w:customStyle="1" w:styleId="223ED7C7FF504317987E8EEAB175823E8">
    <w:name w:val="223ED7C7FF504317987E8EEAB175823E8"/>
    <w:rsid w:val="002177E5"/>
    <w:pPr>
      <w:spacing w:after="200" w:line="276" w:lineRule="auto"/>
    </w:pPr>
  </w:style>
  <w:style w:type="paragraph" w:customStyle="1" w:styleId="382561513D864E89A7F5B2ED35D0B4FB8">
    <w:name w:val="382561513D864E89A7F5B2ED35D0B4FB8"/>
    <w:rsid w:val="002177E5"/>
    <w:pPr>
      <w:spacing w:after="200" w:line="276" w:lineRule="auto"/>
    </w:pPr>
  </w:style>
  <w:style w:type="paragraph" w:customStyle="1" w:styleId="6FB8029AD57A43688881BB3956AD75848">
    <w:name w:val="6FB8029AD57A43688881BB3956AD75848"/>
    <w:rsid w:val="002177E5"/>
    <w:pPr>
      <w:spacing w:after="200" w:line="276" w:lineRule="auto"/>
    </w:pPr>
  </w:style>
  <w:style w:type="paragraph" w:customStyle="1" w:styleId="4E94F9A2603C4983BA3B0504CD2EAA1C8">
    <w:name w:val="4E94F9A2603C4983BA3B0504CD2EAA1C8"/>
    <w:rsid w:val="002177E5"/>
    <w:pPr>
      <w:spacing w:after="200" w:line="276" w:lineRule="auto"/>
    </w:pPr>
  </w:style>
  <w:style w:type="paragraph" w:customStyle="1" w:styleId="E04E403C73F946B4851616310A6929B38">
    <w:name w:val="E04E403C73F946B4851616310A6929B38"/>
    <w:rsid w:val="002177E5"/>
    <w:pPr>
      <w:spacing w:after="200" w:line="276" w:lineRule="auto"/>
    </w:pPr>
  </w:style>
  <w:style w:type="paragraph" w:customStyle="1" w:styleId="3ABA4D8D41C3426DAE8A6DAAE90D99498">
    <w:name w:val="3ABA4D8D41C3426DAE8A6DAAE90D99498"/>
    <w:rsid w:val="002177E5"/>
    <w:pPr>
      <w:spacing w:after="200" w:line="276" w:lineRule="auto"/>
    </w:pPr>
  </w:style>
  <w:style w:type="paragraph" w:customStyle="1" w:styleId="5D2CE74C94BA4FF9BA3E7FF60B8F469F8">
    <w:name w:val="5D2CE74C94BA4FF9BA3E7FF60B8F469F8"/>
    <w:rsid w:val="002177E5"/>
    <w:pPr>
      <w:spacing w:after="200" w:line="276" w:lineRule="auto"/>
    </w:pPr>
  </w:style>
  <w:style w:type="paragraph" w:customStyle="1" w:styleId="1A40ED76AD1B4809A5CD97D17ED8C1B48">
    <w:name w:val="1A40ED76AD1B4809A5CD97D17ED8C1B48"/>
    <w:rsid w:val="002177E5"/>
    <w:pPr>
      <w:spacing w:after="200" w:line="276" w:lineRule="auto"/>
    </w:pPr>
  </w:style>
  <w:style w:type="paragraph" w:customStyle="1" w:styleId="45253DD0687D4008BDF37282EE6E10668">
    <w:name w:val="45253DD0687D4008BDF37282EE6E10668"/>
    <w:rsid w:val="002177E5"/>
    <w:pPr>
      <w:spacing w:after="200" w:line="276" w:lineRule="auto"/>
    </w:pPr>
  </w:style>
  <w:style w:type="paragraph" w:customStyle="1" w:styleId="32C912404EA14AF19458E0297ED04D4B8">
    <w:name w:val="32C912404EA14AF19458E0297ED04D4B8"/>
    <w:rsid w:val="002177E5"/>
    <w:pPr>
      <w:spacing w:after="200" w:line="276" w:lineRule="auto"/>
    </w:pPr>
  </w:style>
  <w:style w:type="paragraph" w:customStyle="1" w:styleId="7FBCCF483FE448D491FB31774444E29D8">
    <w:name w:val="7FBCCF483FE448D491FB31774444E29D8"/>
    <w:rsid w:val="002177E5"/>
    <w:pPr>
      <w:spacing w:after="200" w:line="276" w:lineRule="auto"/>
    </w:pPr>
  </w:style>
  <w:style w:type="paragraph" w:customStyle="1" w:styleId="62BAD36F4F8A44C7B4EA7199E29B388F8">
    <w:name w:val="62BAD36F4F8A44C7B4EA7199E29B388F8"/>
    <w:rsid w:val="002177E5"/>
    <w:pPr>
      <w:spacing w:after="200" w:line="276" w:lineRule="auto"/>
    </w:pPr>
  </w:style>
  <w:style w:type="paragraph" w:customStyle="1" w:styleId="33B24FEBFBE44545A2D7E533DED4BD378">
    <w:name w:val="33B24FEBFBE44545A2D7E533DED4BD378"/>
    <w:rsid w:val="002177E5"/>
    <w:pPr>
      <w:spacing w:after="200" w:line="276" w:lineRule="auto"/>
    </w:pPr>
  </w:style>
  <w:style w:type="paragraph" w:customStyle="1" w:styleId="95C3D0D3D74E42268DB5E55C2C1618907">
    <w:name w:val="95C3D0D3D74E42268DB5E55C2C1618907"/>
    <w:rsid w:val="002177E5"/>
    <w:pPr>
      <w:spacing w:after="200" w:line="276" w:lineRule="auto"/>
    </w:pPr>
  </w:style>
  <w:style w:type="paragraph" w:customStyle="1" w:styleId="253498E8C83042419E9074A905DF2FF37">
    <w:name w:val="253498E8C83042419E9074A905DF2FF37"/>
    <w:rsid w:val="002177E5"/>
    <w:pPr>
      <w:spacing w:after="200" w:line="276" w:lineRule="auto"/>
    </w:pPr>
  </w:style>
  <w:style w:type="paragraph" w:customStyle="1" w:styleId="B335631F27294A2F99F52B5BA6B3BC5F7">
    <w:name w:val="B335631F27294A2F99F52B5BA6B3BC5F7"/>
    <w:rsid w:val="002177E5"/>
    <w:pPr>
      <w:spacing w:after="200" w:line="276" w:lineRule="auto"/>
    </w:pPr>
  </w:style>
  <w:style w:type="paragraph" w:customStyle="1" w:styleId="A1A08283464344D8AF486D9B5CC2BAAB7">
    <w:name w:val="A1A08283464344D8AF486D9B5CC2BAAB7"/>
    <w:rsid w:val="002177E5"/>
    <w:pPr>
      <w:spacing w:after="200" w:line="276" w:lineRule="auto"/>
    </w:pPr>
  </w:style>
  <w:style w:type="paragraph" w:customStyle="1" w:styleId="D81BF0E6FE3442039BABDC66670FFF0D7">
    <w:name w:val="D81BF0E6FE3442039BABDC66670FFF0D7"/>
    <w:rsid w:val="002177E5"/>
    <w:pPr>
      <w:spacing w:after="200" w:line="276" w:lineRule="auto"/>
    </w:pPr>
  </w:style>
  <w:style w:type="paragraph" w:customStyle="1" w:styleId="D68A08BEDA9045CBBA0AA59C080ACB567">
    <w:name w:val="D68A08BEDA9045CBBA0AA59C080ACB567"/>
    <w:rsid w:val="002177E5"/>
    <w:pPr>
      <w:spacing w:after="200" w:line="276" w:lineRule="auto"/>
    </w:pPr>
  </w:style>
  <w:style w:type="paragraph" w:customStyle="1" w:styleId="553F8DCD51A145FDA48DA2C3DDFA72F97">
    <w:name w:val="553F8DCD51A145FDA48DA2C3DDFA72F97"/>
    <w:rsid w:val="002177E5"/>
    <w:pPr>
      <w:spacing w:after="200" w:line="276" w:lineRule="auto"/>
    </w:pPr>
  </w:style>
  <w:style w:type="paragraph" w:customStyle="1" w:styleId="B052F45FD5E44EB991A067077EAA23EC7">
    <w:name w:val="B052F45FD5E44EB991A067077EAA23EC7"/>
    <w:rsid w:val="002177E5"/>
    <w:pPr>
      <w:spacing w:after="200" w:line="276" w:lineRule="auto"/>
    </w:pPr>
  </w:style>
  <w:style w:type="paragraph" w:customStyle="1" w:styleId="6CDDEC44BCA146C7B2CF8FC91090E7347">
    <w:name w:val="6CDDEC44BCA146C7B2CF8FC91090E7347"/>
    <w:rsid w:val="002177E5"/>
    <w:pPr>
      <w:spacing w:after="200" w:line="276" w:lineRule="auto"/>
    </w:pPr>
  </w:style>
  <w:style w:type="paragraph" w:customStyle="1" w:styleId="D59AA98BFBFE4C96AE4B0ED934DA2C107">
    <w:name w:val="D59AA98BFBFE4C96AE4B0ED934DA2C107"/>
    <w:rsid w:val="002177E5"/>
    <w:pPr>
      <w:spacing w:after="200" w:line="276" w:lineRule="auto"/>
    </w:pPr>
  </w:style>
  <w:style w:type="paragraph" w:customStyle="1" w:styleId="D0FC822CB1DB4B86AEA97D39D23B78787">
    <w:name w:val="D0FC822CB1DB4B86AEA97D39D23B78787"/>
    <w:rsid w:val="002177E5"/>
    <w:pPr>
      <w:spacing w:after="200" w:line="276" w:lineRule="auto"/>
    </w:pPr>
  </w:style>
  <w:style w:type="paragraph" w:customStyle="1" w:styleId="40409FEADE30440DB9E89C1E4539BEF17">
    <w:name w:val="40409FEADE30440DB9E89C1E4539BEF17"/>
    <w:rsid w:val="002177E5"/>
    <w:pPr>
      <w:spacing w:after="200" w:line="276" w:lineRule="auto"/>
    </w:pPr>
  </w:style>
  <w:style w:type="paragraph" w:customStyle="1" w:styleId="61C9730EC8034A00BD93CAF9C89F30D57">
    <w:name w:val="61C9730EC8034A00BD93CAF9C89F30D57"/>
    <w:rsid w:val="002177E5"/>
    <w:pPr>
      <w:spacing w:after="200" w:line="276" w:lineRule="auto"/>
    </w:pPr>
  </w:style>
  <w:style w:type="paragraph" w:customStyle="1" w:styleId="FB2C3228D9CA4012A42FEC8D8CA498477">
    <w:name w:val="FB2C3228D9CA4012A42FEC8D8CA498477"/>
    <w:rsid w:val="002177E5"/>
    <w:pPr>
      <w:spacing w:after="200" w:line="276" w:lineRule="auto"/>
    </w:pPr>
  </w:style>
  <w:style w:type="paragraph" w:customStyle="1" w:styleId="C9EF37C4E9ED42F0AE51C3FB807AC8947">
    <w:name w:val="C9EF37C4E9ED42F0AE51C3FB807AC8947"/>
    <w:rsid w:val="002177E5"/>
    <w:pPr>
      <w:spacing w:after="200" w:line="276" w:lineRule="auto"/>
    </w:pPr>
  </w:style>
  <w:style w:type="paragraph" w:customStyle="1" w:styleId="6955F58B115C425FBC6B147D47E95D857">
    <w:name w:val="6955F58B115C425FBC6B147D47E95D857"/>
    <w:rsid w:val="002177E5"/>
    <w:pPr>
      <w:spacing w:after="200" w:line="276" w:lineRule="auto"/>
    </w:pPr>
  </w:style>
  <w:style w:type="paragraph" w:customStyle="1" w:styleId="C592AA76BE1A4F6FAEA18B80AA9EEAA97">
    <w:name w:val="C592AA76BE1A4F6FAEA18B80AA9EEAA97"/>
    <w:rsid w:val="002177E5"/>
    <w:pPr>
      <w:spacing w:after="200" w:line="276" w:lineRule="auto"/>
    </w:pPr>
  </w:style>
  <w:style w:type="paragraph" w:customStyle="1" w:styleId="4458E34E141B466580BFD839F14E0A2A7">
    <w:name w:val="4458E34E141B466580BFD839F14E0A2A7"/>
    <w:rsid w:val="002177E5"/>
    <w:pPr>
      <w:spacing w:after="200" w:line="276" w:lineRule="auto"/>
    </w:pPr>
  </w:style>
  <w:style w:type="paragraph" w:customStyle="1" w:styleId="8627827531E94CB39B2066CA30DE3B595">
    <w:name w:val="8627827531E94CB39B2066CA30DE3B595"/>
    <w:rsid w:val="002177E5"/>
    <w:pPr>
      <w:spacing w:after="200" w:line="276" w:lineRule="auto"/>
    </w:pPr>
  </w:style>
  <w:style w:type="paragraph" w:customStyle="1" w:styleId="1C6E7260716445318A69FE9FF0933F42">
    <w:name w:val="1C6E7260716445318A69FE9FF0933F42"/>
    <w:rsid w:val="002177E5"/>
    <w:pPr>
      <w:spacing w:after="200" w:line="276" w:lineRule="auto"/>
    </w:pPr>
  </w:style>
  <w:style w:type="paragraph" w:customStyle="1" w:styleId="D2E5A85F0A424B10BE1CDB9EDA0E0C917">
    <w:name w:val="D2E5A85F0A424B10BE1CDB9EDA0E0C917"/>
    <w:rsid w:val="002177E5"/>
    <w:pPr>
      <w:spacing w:after="200" w:line="276" w:lineRule="auto"/>
    </w:pPr>
  </w:style>
  <w:style w:type="paragraph" w:customStyle="1" w:styleId="DF0772169B014E5E9AE4C275CF01A3347">
    <w:name w:val="DF0772169B014E5E9AE4C275CF01A3347"/>
    <w:rsid w:val="002177E5"/>
    <w:pPr>
      <w:spacing w:after="200" w:line="276" w:lineRule="auto"/>
    </w:pPr>
  </w:style>
  <w:style w:type="paragraph" w:customStyle="1" w:styleId="F039819EF1A446FD8D252F45BD2360DD">
    <w:name w:val="F039819EF1A446FD8D252F45BD2360DD"/>
    <w:rsid w:val="002177E5"/>
    <w:pPr>
      <w:spacing w:after="200" w:line="276" w:lineRule="auto"/>
    </w:pPr>
  </w:style>
  <w:style w:type="paragraph" w:customStyle="1" w:styleId="068FBAC861654951A787BB80FCF572747">
    <w:name w:val="068FBAC861654951A787BB80FCF572747"/>
    <w:rsid w:val="002177E5"/>
    <w:pPr>
      <w:spacing w:after="200" w:line="276" w:lineRule="auto"/>
    </w:pPr>
  </w:style>
  <w:style w:type="paragraph" w:customStyle="1" w:styleId="BFFDB8C26A4D4D158E1FBD8FDCD8A5935">
    <w:name w:val="BFFDB8C26A4D4D158E1FBD8FDCD8A5935"/>
    <w:rsid w:val="002177E5"/>
    <w:pPr>
      <w:spacing w:after="200" w:line="276" w:lineRule="auto"/>
    </w:pPr>
  </w:style>
  <w:style w:type="paragraph" w:customStyle="1" w:styleId="0364C0214CBB4A05A15AD02996CDFAEE">
    <w:name w:val="0364C0214CBB4A05A15AD02996CDFAEE"/>
    <w:rsid w:val="002177E5"/>
    <w:pPr>
      <w:spacing w:after="200" w:line="276" w:lineRule="auto"/>
    </w:pPr>
  </w:style>
  <w:style w:type="paragraph" w:customStyle="1" w:styleId="54B32C8D6EAF461A967E203482BBED2C4">
    <w:name w:val="54B32C8D6EAF461A967E203482BBED2C4"/>
    <w:rsid w:val="002177E5"/>
    <w:pPr>
      <w:spacing w:after="200" w:line="276" w:lineRule="auto"/>
    </w:pPr>
  </w:style>
  <w:style w:type="paragraph" w:customStyle="1" w:styleId="54967AD219644EFEAF40D5FDF1526A4E4">
    <w:name w:val="54967AD219644EFEAF40D5FDF1526A4E4"/>
    <w:rsid w:val="002177E5"/>
    <w:pPr>
      <w:spacing w:after="200" w:line="276" w:lineRule="auto"/>
    </w:pPr>
  </w:style>
  <w:style w:type="paragraph" w:customStyle="1" w:styleId="764E7948D7C341B0AB3C69697E12B3794">
    <w:name w:val="764E7948D7C341B0AB3C69697E12B3794"/>
    <w:rsid w:val="002177E5"/>
    <w:pPr>
      <w:spacing w:after="200" w:line="276" w:lineRule="auto"/>
    </w:pPr>
  </w:style>
  <w:style w:type="paragraph" w:customStyle="1" w:styleId="EF307A23E74B4B99AC1634C8EDDEEABE7">
    <w:name w:val="EF307A23E74B4B99AC1634C8EDDEEABE7"/>
    <w:rsid w:val="002177E5"/>
    <w:pPr>
      <w:spacing w:after="200" w:line="276" w:lineRule="auto"/>
    </w:pPr>
  </w:style>
  <w:style w:type="paragraph" w:customStyle="1" w:styleId="DDE3BCC48F3141C6B0B0C54C3D9FC3847">
    <w:name w:val="DDE3BCC48F3141C6B0B0C54C3D9FC3847"/>
    <w:rsid w:val="002177E5"/>
    <w:pPr>
      <w:spacing w:after="200" w:line="276" w:lineRule="auto"/>
    </w:pPr>
  </w:style>
  <w:style w:type="paragraph" w:customStyle="1" w:styleId="589DADF131284E5983A48F99974CFBC27">
    <w:name w:val="589DADF131284E5983A48F99974CFBC27"/>
    <w:rsid w:val="002177E5"/>
    <w:pPr>
      <w:spacing w:after="200" w:line="276" w:lineRule="auto"/>
    </w:pPr>
  </w:style>
  <w:style w:type="paragraph" w:customStyle="1" w:styleId="C475619E64FB42ADB156EB10553125F47">
    <w:name w:val="C475619E64FB42ADB156EB10553125F47"/>
    <w:rsid w:val="002177E5"/>
    <w:pPr>
      <w:spacing w:after="200" w:line="276" w:lineRule="auto"/>
    </w:pPr>
  </w:style>
  <w:style w:type="paragraph" w:customStyle="1" w:styleId="F197B62FCB33418F94331202AE41ACBD7">
    <w:name w:val="F197B62FCB33418F94331202AE41ACBD7"/>
    <w:rsid w:val="002177E5"/>
    <w:pPr>
      <w:spacing w:after="200" w:line="276" w:lineRule="auto"/>
    </w:pPr>
  </w:style>
  <w:style w:type="paragraph" w:customStyle="1" w:styleId="EF990AC868FB4AEDAAAAD813799CDEFD7">
    <w:name w:val="EF990AC868FB4AEDAAAAD813799CDEFD7"/>
    <w:rsid w:val="002177E5"/>
    <w:pPr>
      <w:spacing w:after="200" w:line="276" w:lineRule="auto"/>
    </w:pPr>
  </w:style>
  <w:style w:type="paragraph" w:customStyle="1" w:styleId="8BE12D6F4B504073B0AF26E44946139C7">
    <w:name w:val="8BE12D6F4B504073B0AF26E44946139C7"/>
    <w:rsid w:val="002177E5"/>
    <w:pPr>
      <w:spacing w:after="200" w:line="276" w:lineRule="auto"/>
    </w:pPr>
  </w:style>
  <w:style w:type="paragraph" w:customStyle="1" w:styleId="AB93FC235CDA4BDEA236D2A64F11E3377">
    <w:name w:val="AB93FC235CDA4BDEA236D2A64F11E3377"/>
    <w:rsid w:val="002177E5"/>
    <w:pPr>
      <w:spacing w:after="200" w:line="276" w:lineRule="auto"/>
    </w:pPr>
  </w:style>
  <w:style w:type="paragraph" w:customStyle="1" w:styleId="B7151087BFAB466C8AD489D97726FD7D7">
    <w:name w:val="B7151087BFAB466C8AD489D97726FD7D7"/>
    <w:rsid w:val="002177E5"/>
    <w:pPr>
      <w:spacing w:after="200" w:line="276" w:lineRule="auto"/>
    </w:pPr>
  </w:style>
  <w:style w:type="paragraph" w:customStyle="1" w:styleId="DBF7A78951804D1782B70D0113FDF31B7">
    <w:name w:val="DBF7A78951804D1782B70D0113FDF31B7"/>
    <w:rsid w:val="002177E5"/>
    <w:pPr>
      <w:spacing w:after="200" w:line="276" w:lineRule="auto"/>
    </w:pPr>
  </w:style>
  <w:style w:type="paragraph" w:customStyle="1" w:styleId="D8473262A7604010B5004F3A46A688027">
    <w:name w:val="D8473262A7604010B5004F3A46A688027"/>
    <w:rsid w:val="002177E5"/>
    <w:pPr>
      <w:spacing w:after="200" w:line="276" w:lineRule="auto"/>
    </w:pPr>
  </w:style>
  <w:style w:type="paragraph" w:customStyle="1" w:styleId="135E59A84A724A4EA8F5D1AC8D26DED47">
    <w:name w:val="135E59A84A724A4EA8F5D1AC8D26DED47"/>
    <w:rsid w:val="002177E5"/>
    <w:pPr>
      <w:spacing w:after="200" w:line="276" w:lineRule="auto"/>
    </w:pPr>
  </w:style>
  <w:style w:type="paragraph" w:customStyle="1" w:styleId="4B94155B3F004F50B7BEC8840B13B1617">
    <w:name w:val="4B94155B3F004F50B7BEC8840B13B1617"/>
    <w:rsid w:val="002177E5"/>
    <w:pPr>
      <w:spacing w:after="200" w:line="276" w:lineRule="auto"/>
    </w:pPr>
  </w:style>
  <w:style w:type="paragraph" w:customStyle="1" w:styleId="41F3B94A26CB4C19850EDF85B346C6C27">
    <w:name w:val="41F3B94A26CB4C19850EDF85B346C6C27"/>
    <w:rsid w:val="002177E5"/>
    <w:pPr>
      <w:spacing w:after="200" w:line="276" w:lineRule="auto"/>
    </w:pPr>
  </w:style>
  <w:style w:type="paragraph" w:customStyle="1" w:styleId="DFA4FCA7ADED4C4D8E96CC217C6A5D487">
    <w:name w:val="DFA4FCA7ADED4C4D8E96CC217C6A5D487"/>
    <w:rsid w:val="002177E5"/>
    <w:pPr>
      <w:spacing w:after="200" w:line="276" w:lineRule="auto"/>
    </w:pPr>
  </w:style>
  <w:style w:type="paragraph" w:customStyle="1" w:styleId="8F21CC03DDEC41F9860887C2FD63991E7">
    <w:name w:val="8F21CC03DDEC41F9860887C2FD63991E7"/>
    <w:rsid w:val="002177E5"/>
    <w:pPr>
      <w:spacing w:after="200" w:line="276" w:lineRule="auto"/>
    </w:pPr>
  </w:style>
  <w:style w:type="paragraph" w:customStyle="1" w:styleId="3072858C767B47C1B3EF67A7B4B58BD87">
    <w:name w:val="3072858C767B47C1B3EF67A7B4B58BD87"/>
    <w:rsid w:val="002177E5"/>
    <w:pPr>
      <w:spacing w:after="200" w:line="276" w:lineRule="auto"/>
    </w:pPr>
  </w:style>
  <w:style w:type="paragraph" w:customStyle="1" w:styleId="0FBD0517325D4A7DA3964CB3D8DF28707">
    <w:name w:val="0FBD0517325D4A7DA3964CB3D8DF28707"/>
    <w:rsid w:val="002177E5"/>
    <w:pPr>
      <w:spacing w:after="200" w:line="276" w:lineRule="auto"/>
    </w:pPr>
  </w:style>
  <w:style w:type="paragraph" w:customStyle="1" w:styleId="D1268C8B7C3A48258C8D2568A4782CF17">
    <w:name w:val="D1268C8B7C3A48258C8D2568A4782CF17"/>
    <w:rsid w:val="002177E5"/>
    <w:pPr>
      <w:spacing w:after="200" w:line="276" w:lineRule="auto"/>
    </w:pPr>
  </w:style>
  <w:style w:type="paragraph" w:customStyle="1" w:styleId="2B7C429AEFC14AB8B007B5D458D0F4927">
    <w:name w:val="2B7C429AEFC14AB8B007B5D458D0F4927"/>
    <w:rsid w:val="002177E5"/>
    <w:pPr>
      <w:spacing w:after="200" w:line="276" w:lineRule="auto"/>
    </w:pPr>
  </w:style>
  <w:style w:type="paragraph" w:customStyle="1" w:styleId="1D3CA07C42FC4B8198599F8B056280B27">
    <w:name w:val="1D3CA07C42FC4B8198599F8B056280B27"/>
    <w:rsid w:val="002177E5"/>
    <w:pPr>
      <w:spacing w:after="200" w:line="276" w:lineRule="auto"/>
    </w:pPr>
  </w:style>
  <w:style w:type="paragraph" w:customStyle="1" w:styleId="56100998329F4BCE95470721349527017">
    <w:name w:val="56100998329F4BCE95470721349527017"/>
    <w:rsid w:val="002177E5"/>
    <w:pPr>
      <w:spacing w:after="200" w:line="276" w:lineRule="auto"/>
    </w:pPr>
  </w:style>
  <w:style w:type="paragraph" w:customStyle="1" w:styleId="D61A5368856246FC8013BB8A67D0B8CA7">
    <w:name w:val="D61A5368856246FC8013BB8A67D0B8CA7"/>
    <w:rsid w:val="002177E5"/>
    <w:pPr>
      <w:spacing w:after="200" w:line="276" w:lineRule="auto"/>
    </w:pPr>
  </w:style>
  <w:style w:type="paragraph" w:customStyle="1" w:styleId="7D01726AED6B4F74960CB8162977AFF67">
    <w:name w:val="7D01726AED6B4F74960CB8162977AFF67"/>
    <w:rsid w:val="002177E5"/>
    <w:pPr>
      <w:spacing w:after="200" w:line="276" w:lineRule="auto"/>
    </w:pPr>
  </w:style>
  <w:style w:type="paragraph" w:customStyle="1" w:styleId="C611DE52FBB846B2A106988CAECCF6DF7">
    <w:name w:val="C611DE52FBB846B2A106988CAECCF6DF7"/>
    <w:rsid w:val="002177E5"/>
    <w:pPr>
      <w:spacing w:after="200" w:line="276" w:lineRule="auto"/>
    </w:pPr>
  </w:style>
  <w:style w:type="paragraph" w:customStyle="1" w:styleId="1F1D19BA9FF047A4BD96C992602EB9987">
    <w:name w:val="1F1D19BA9FF047A4BD96C992602EB9987"/>
    <w:rsid w:val="002177E5"/>
    <w:pPr>
      <w:spacing w:after="200" w:line="276" w:lineRule="auto"/>
    </w:pPr>
  </w:style>
  <w:style w:type="paragraph" w:customStyle="1" w:styleId="CE0FCFBFFAAF4DE2B5C4F42E145586DE7">
    <w:name w:val="CE0FCFBFFAAF4DE2B5C4F42E145586DE7"/>
    <w:rsid w:val="002177E5"/>
    <w:pPr>
      <w:spacing w:after="200" w:line="276" w:lineRule="auto"/>
    </w:pPr>
  </w:style>
  <w:style w:type="paragraph" w:customStyle="1" w:styleId="215A6D4D5B954E7AAC611F67939865217">
    <w:name w:val="215A6D4D5B954E7AAC611F67939865217"/>
    <w:rsid w:val="002177E5"/>
    <w:pPr>
      <w:spacing w:after="200" w:line="276" w:lineRule="auto"/>
    </w:pPr>
  </w:style>
  <w:style w:type="paragraph" w:customStyle="1" w:styleId="FCEFDF7BD9434FF5932709F202CFA2437">
    <w:name w:val="FCEFDF7BD9434FF5932709F202CFA2437"/>
    <w:rsid w:val="002177E5"/>
    <w:pPr>
      <w:spacing w:after="200" w:line="276" w:lineRule="auto"/>
    </w:pPr>
  </w:style>
  <w:style w:type="paragraph" w:customStyle="1" w:styleId="6C201FBAD7D84CC88CE9343C9463A4B37">
    <w:name w:val="6C201FBAD7D84CC88CE9343C9463A4B37"/>
    <w:rsid w:val="002177E5"/>
    <w:pPr>
      <w:spacing w:after="200" w:line="276" w:lineRule="auto"/>
    </w:pPr>
  </w:style>
  <w:style w:type="paragraph" w:customStyle="1" w:styleId="D7C6D8CC0FC148FC943EE5E4E17825B97">
    <w:name w:val="D7C6D8CC0FC148FC943EE5E4E17825B97"/>
    <w:rsid w:val="002177E5"/>
    <w:pPr>
      <w:spacing w:after="200" w:line="276" w:lineRule="auto"/>
    </w:pPr>
  </w:style>
  <w:style w:type="paragraph" w:customStyle="1" w:styleId="967EF32F25CA460EAB71DB47682F3E547">
    <w:name w:val="967EF32F25CA460EAB71DB47682F3E547"/>
    <w:rsid w:val="002177E5"/>
    <w:pPr>
      <w:spacing w:after="200" w:line="276" w:lineRule="auto"/>
    </w:pPr>
  </w:style>
  <w:style w:type="paragraph" w:customStyle="1" w:styleId="A4DEF7C704DB40B293B19540CA95C2D67">
    <w:name w:val="A4DEF7C704DB40B293B19540CA95C2D67"/>
    <w:rsid w:val="002177E5"/>
    <w:pPr>
      <w:spacing w:after="200" w:line="276" w:lineRule="auto"/>
    </w:pPr>
  </w:style>
  <w:style w:type="paragraph" w:customStyle="1" w:styleId="3A7D4BE569314F89B35517255A4CDE087">
    <w:name w:val="3A7D4BE569314F89B35517255A4CDE087"/>
    <w:rsid w:val="002177E5"/>
    <w:pPr>
      <w:spacing w:after="200" w:line="276" w:lineRule="auto"/>
    </w:pPr>
  </w:style>
  <w:style w:type="paragraph" w:customStyle="1" w:styleId="2C70F9A7A51444D1B688F72229E15FCC7">
    <w:name w:val="2C70F9A7A51444D1B688F72229E15FCC7"/>
    <w:rsid w:val="002177E5"/>
    <w:pPr>
      <w:spacing w:after="200" w:line="276" w:lineRule="auto"/>
    </w:pPr>
  </w:style>
  <w:style w:type="paragraph" w:customStyle="1" w:styleId="A56D23639BD74F5E9D7AB38C08498EE57">
    <w:name w:val="A56D23639BD74F5E9D7AB38C08498EE57"/>
    <w:rsid w:val="002177E5"/>
    <w:pPr>
      <w:spacing w:after="200" w:line="276" w:lineRule="auto"/>
    </w:pPr>
  </w:style>
  <w:style w:type="paragraph" w:customStyle="1" w:styleId="614E9421971C49519DEA7CCB69C1C2B17">
    <w:name w:val="614E9421971C49519DEA7CCB69C1C2B17"/>
    <w:rsid w:val="002177E5"/>
    <w:pPr>
      <w:spacing w:after="200" w:line="276" w:lineRule="auto"/>
    </w:pPr>
  </w:style>
  <w:style w:type="paragraph" w:customStyle="1" w:styleId="A1981FA7FE334163A3A8250D7633F69C7">
    <w:name w:val="A1981FA7FE334163A3A8250D7633F69C7"/>
    <w:rsid w:val="002177E5"/>
    <w:pPr>
      <w:spacing w:after="200" w:line="276" w:lineRule="auto"/>
    </w:pPr>
  </w:style>
  <w:style w:type="paragraph" w:customStyle="1" w:styleId="F3CAC262247A498DAC350839197DB9C07">
    <w:name w:val="F3CAC262247A498DAC350839197DB9C07"/>
    <w:rsid w:val="002177E5"/>
    <w:pPr>
      <w:spacing w:after="200" w:line="276" w:lineRule="auto"/>
    </w:pPr>
  </w:style>
  <w:style w:type="paragraph" w:customStyle="1" w:styleId="D0C56321844D43B0A940F9C270691EA97">
    <w:name w:val="D0C56321844D43B0A940F9C270691EA97"/>
    <w:rsid w:val="002177E5"/>
    <w:pPr>
      <w:spacing w:after="200" w:line="276" w:lineRule="auto"/>
    </w:pPr>
  </w:style>
  <w:style w:type="paragraph" w:customStyle="1" w:styleId="9AEAA8A00F984FD5847384CF8071FCCB10">
    <w:name w:val="9AEAA8A00F984FD5847384CF8071FCCB10"/>
    <w:rsid w:val="002177E5"/>
    <w:pPr>
      <w:spacing w:after="200" w:line="276" w:lineRule="auto"/>
    </w:pPr>
  </w:style>
  <w:style w:type="paragraph" w:customStyle="1" w:styleId="4ECD2E2A723443D8A94A3611D7AEE62D5">
    <w:name w:val="4ECD2E2A723443D8A94A3611D7AEE62D5"/>
    <w:rsid w:val="002177E5"/>
    <w:pPr>
      <w:spacing w:after="200" w:line="276" w:lineRule="auto"/>
    </w:pPr>
  </w:style>
  <w:style w:type="paragraph" w:customStyle="1" w:styleId="9FED240ED8DB493AB11F00E518F2C76010">
    <w:name w:val="9FED240ED8DB493AB11F00E518F2C76010"/>
    <w:rsid w:val="002177E5"/>
    <w:pPr>
      <w:spacing w:after="200" w:line="276" w:lineRule="auto"/>
    </w:pPr>
  </w:style>
  <w:style w:type="paragraph" w:customStyle="1" w:styleId="D98A882CE73A40798FBE61242788209310">
    <w:name w:val="D98A882CE73A40798FBE61242788209310"/>
    <w:rsid w:val="002177E5"/>
    <w:pPr>
      <w:spacing w:after="200" w:line="276" w:lineRule="auto"/>
    </w:pPr>
  </w:style>
  <w:style w:type="paragraph" w:customStyle="1" w:styleId="C63AB792D8704E34A72EB2DDDCE53CD410">
    <w:name w:val="C63AB792D8704E34A72EB2DDDCE53CD410"/>
    <w:rsid w:val="002177E5"/>
    <w:pPr>
      <w:spacing w:after="200" w:line="276" w:lineRule="auto"/>
    </w:pPr>
  </w:style>
  <w:style w:type="paragraph" w:customStyle="1" w:styleId="8325075121064DAAAEF164CED23B2A9210">
    <w:name w:val="8325075121064DAAAEF164CED23B2A9210"/>
    <w:rsid w:val="002177E5"/>
    <w:pPr>
      <w:spacing w:after="200" w:line="276" w:lineRule="auto"/>
    </w:pPr>
  </w:style>
  <w:style w:type="paragraph" w:customStyle="1" w:styleId="F6F583F428324ED7B7212D51DE67295810">
    <w:name w:val="F6F583F428324ED7B7212D51DE67295810"/>
    <w:rsid w:val="002177E5"/>
    <w:pPr>
      <w:spacing w:after="200" w:line="276" w:lineRule="auto"/>
    </w:pPr>
  </w:style>
  <w:style w:type="paragraph" w:customStyle="1" w:styleId="96A4351A239147228C2BFBF424DB1B679">
    <w:name w:val="96A4351A239147228C2BFBF424DB1B679"/>
    <w:rsid w:val="002177E5"/>
    <w:pPr>
      <w:spacing w:after="200" w:line="276" w:lineRule="auto"/>
    </w:pPr>
  </w:style>
  <w:style w:type="paragraph" w:customStyle="1" w:styleId="B9A48EF9F3354B43B596B1EBC93E0E4E10">
    <w:name w:val="B9A48EF9F3354B43B596B1EBC93E0E4E10"/>
    <w:rsid w:val="002177E5"/>
    <w:pPr>
      <w:spacing w:after="200" w:line="276" w:lineRule="auto"/>
    </w:pPr>
  </w:style>
  <w:style w:type="paragraph" w:customStyle="1" w:styleId="787A2DCDAB554E0EA58B0872C6E3889910">
    <w:name w:val="787A2DCDAB554E0EA58B0872C6E3889910"/>
    <w:rsid w:val="002177E5"/>
    <w:pPr>
      <w:spacing w:after="200" w:line="276" w:lineRule="auto"/>
    </w:pPr>
  </w:style>
  <w:style w:type="paragraph" w:customStyle="1" w:styleId="F3110C8EF21E4CA89159D23FFD13929110">
    <w:name w:val="F3110C8EF21E4CA89159D23FFD13929110"/>
    <w:rsid w:val="002177E5"/>
    <w:pPr>
      <w:spacing w:after="200" w:line="276" w:lineRule="auto"/>
    </w:pPr>
  </w:style>
  <w:style w:type="paragraph" w:customStyle="1" w:styleId="10BA430DF3F042408257D556DDA650E910">
    <w:name w:val="10BA430DF3F042408257D556DDA650E910"/>
    <w:rsid w:val="002177E5"/>
    <w:pPr>
      <w:spacing w:after="200" w:line="276" w:lineRule="auto"/>
    </w:pPr>
  </w:style>
  <w:style w:type="paragraph" w:customStyle="1" w:styleId="28F6434D1F46457CB9A6E4A1A5BCEB4610">
    <w:name w:val="28F6434D1F46457CB9A6E4A1A5BCEB4610"/>
    <w:rsid w:val="002177E5"/>
    <w:pPr>
      <w:spacing w:after="200" w:line="276" w:lineRule="auto"/>
    </w:pPr>
  </w:style>
  <w:style w:type="paragraph" w:customStyle="1" w:styleId="32E44D96ADBC4BD0AF4E12DA5F70D38710">
    <w:name w:val="32E44D96ADBC4BD0AF4E12DA5F70D38710"/>
    <w:rsid w:val="002177E5"/>
    <w:pPr>
      <w:spacing w:after="200" w:line="276" w:lineRule="auto"/>
    </w:pPr>
  </w:style>
  <w:style w:type="paragraph" w:customStyle="1" w:styleId="DACDF91E0E714B2E85D8C6CF3F3786FA10">
    <w:name w:val="DACDF91E0E714B2E85D8C6CF3F3786FA10"/>
    <w:rsid w:val="002177E5"/>
    <w:pPr>
      <w:spacing w:after="200" w:line="276" w:lineRule="auto"/>
    </w:pPr>
  </w:style>
  <w:style w:type="paragraph" w:customStyle="1" w:styleId="4F891DA38BB04C7D80A1B2F6AF074ED110">
    <w:name w:val="4F891DA38BB04C7D80A1B2F6AF074ED110"/>
    <w:rsid w:val="002177E5"/>
    <w:pPr>
      <w:spacing w:after="200" w:line="276" w:lineRule="auto"/>
    </w:pPr>
  </w:style>
  <w:style w:type="paragraph" w:customStyle="1" w:styleId="1D699CF0F0B8413BB79800EA3A63640D10">
    <w:name w:val="1D699CF0F0B8413BB79800EA3A63640D10"/>
    <w:rsid w:val="002177E5"/>
    <w:pPr>
      <w:spacing w:after="200" w:line="276" w:lineRule="auto"/>
    </w:pPr>
  </w:style>
  <w:style w:type="paragraph" w:customStyle="1" w:styleId="A89EBA4095394ECE9127A0D75411736210">
    <w:name w:val="A89EBA4095394ECE9127A0D75411736210"/>
    <w:rsid w:val="002177E5"/>
    <w:pPr>
      <w:spacing w:after="200" w:line="276" w:lineRule="auto"/>
    </w:pPr>
  </w:style>
  <w:style w:type="paragraph" w:customStyle="1" w:styleId="02153F2E9C414A6DB0981FFEC04CEECB10">
    <w:name w:val="02153F2E9C414A6DB0981FFEC04CEECB10"/>
    <w:rsid w:val="002177E5"/>
    <w:pPr>
      <w:spacing w:after="200" w:line="276" w:lineRule="auto"/>
    </w:pPr>
  </w:style>
  <w:style w:type="paragraph" w:customStyle="1" w:styleId="821C01A538084D388305832953239DE310">
    <w:name w:val="821C01A538084D388305832953239DE310"/>
    <w:rsid w:val="002177E5"/>
    <w:pPr>
      <w:spacing w:after="200" w:line="276" w:lineRule="auto"/>
    </w:pPr>
  </w:style>
  <w:style w:type="paragraph" w:customStyle="1" w:styleId="73EAD8219240427C807E16F8204FC86210">
    <w:name w:val="73EAD8219240427C807E16F8204FC86210"/>
    <w:rsid w:val="002177E5"/>
    <w:pPr>
      <w:spacing w:after="200" w:line="276" w:lineRule="auto"/>
    </w:pPr>
  </w:style>
  <w:style w:type="paragraph" w:customStyle="1" w:styleId="E645CA21AC1C4AE89A74AB03DA98B7D210">
    <w:name w:val="E645CA21AC1C4AE89A74AB03DA98B7D210"/>
    <w:rsid w:val="002177E5"/>
    <w:pPr>
      <w:spacing w:after="200" w:line="276" w:lineRule="auto"/>
    </w:pPr>
  </w:style>
  <w:style w:type="paragraph" w:customStyle="1" w:styleId="A324FD0689704622BAFCBADCED7AF21B10">
    <w:name w:val="A324FD0689704622BAFCBADCED7AF21B10"/>
    <w:rsid w:val="002177E5"/>
    <w:pPr>
      <w:spacing w:after="200" w:line="276" w:lineRule="auto"/>
    </w:pPr>
  </w:style>
  <w:style w:type="paragraph" w:customStyle="1" w:styleId="154C2915D20B48869CF43F5F5D5FD5ED10">
    <w:name w:val="154C2915D20B48869CF43F5F5D5FD5ED10"/>
    <w:rsid w:val="002177E5"/>
    <w:pPr>
      <w:spacing w:after="200" w:line="276" w:lineRule="auto"/>
    </w:pPr>
  </w:style>
  <w:style w:type="paragraph" w:customStyle="1" w:styleId="DAB8F682586D403ABEA919117D04ABCE10">
    <w:name w:val="DAB8F682586D403ABEA919117D04ABCE10"/>
    <w:rsid w:val="002177E5"/>
    <w:pPr>
      <w:spacing w:after="200" w:line="276" w:lineRule="auto"/>
    </w:pPr>
  </w:style>
  <w:style w:type="paragraph" w:customStyle="1" w:styleId="F9A7C6BE2684490185F5FA589C6266F010">
    <w:name w:val="F9A7C6BE2684490185F5FA589C6266F010"/>
    <w:rsid w:val="002177E5"/>
    <w:pPr>
      <w:spacing w:after="200" w:line="276" w:lineRule="auto"/>
    </w:pPr>
  </w:style>
  <w:style w:type="paragraph" w:customStyle="1" w:styleId="A1AA6F3CBE344494B5216E38E3B2B08F10">
    <w:name w:val="A1AA6F3CBE344494B5216E38E3B2B08F10"/>
    <w:rsid w:val="002177E5"/>
    <w:pPr>
      <w:spacing w:after="200" w:line="276" w:lineRule="auto"/>
    </w:pPr>
  </w:style>
  <w:style w:type="paragraph" w:customStyle="1" w:styleId="CB016D15FE4846CC90F79D77ED76350510">
    <w:name w:val="CB016D15FE4846CC90F79D77ED76350510"/>
    <w:rsid w:val="002177E5"/>
    <w:pPr>
      <w:spacing w:after="200" w:line="276" w:lineRule="auto"/>
    </w:pPr>
  </w:style>
  <w:style w:type="paragraph" w:customStyle="1" w:styleId="B9E4E539693B4280BB061C114AB9D24C10">
    <w:name w:val="B9E4E539693B4280BB061C114AB9D24C10"/>
    <w:rsid w:val="002177E5"/>
    <w:pPr>
      <w:spacing w:after="200" w:line="276" w:lineRule="auto"/>
    </w:pPr>
  </w:style>
  <w:style w:type="paragraph" w:customStyle="1" w:styleId="185ADE67D8A4414B97D8694CF3C84BDC10">
    <w:name w:val="185ADE67D8A4414B97D8694CF3C84BDC10"/>
    <w:rsid w:val="002177E5"/>
    <w:pPr>
      <w:spacing w:after="200" w:line="276" w:lineRule="auto"/>
    </w:pPr>
  </w:style>
  <w:style w:type="paragraph" w:customStyle="1" w:styleId="9BB06A0F134444FBB21AC941E54A395010">
    <w:name w:val="9BB06A0F134444FBB21AC941E54A395010"/>
    <w:rsid w:val="002177E5"/>
    <w:pPr>
      <w:spacing w:after="200" w:line="276" w:lineRule="auto"/>
    </w:pPr>
  </w:style>
  <w:style w:type="paragraph" w:customStyle="1" w:styleId="108EE6F41228478492A8967852BC5E2410">
    <w:name w:val="108EE6F41228478492A8967852BC5E2410"/>
    <w:rsid w:val="002177E5"/>
    <w:pPr>
      <w:spacing w:after="200" w:line="276" w:lineRule="auto"/>
    </w:pPr>
  </w:style>
  <w:style w:type="paragraph" w:customStyle="1" w:styleId="5273657B97D2404BBE9250ECD4187CC910">
    <w:name w:val="5273657B97D2404BBE9250ECD4187CC910"/>
    <w:rsid w:val="002177E5"/>
    <w:pPr>
      <w:spacing w:after="200" w:line="276" w:lineRule="auto"/>
    </w:pPr>
  </w:style>
  <w:style w:type="paragraph" w:customStyle="1" w:styleId="A567BB517F1E4BF785FF66C1E7792A1710">
    <w:name w:val="A567BB517F1E4BF785FF66C1E7792A1710"/>
    <w:rsid w:val="002177E5"/>
    <w:pPr>
      <w:spacing w:after="200" w:line="276" w:lineRule="auto"/>
    </w:pPr>
  </w:style>
  <w:style w:type="paragraph" w:customStyle="1" w:styleId="03C66FBF284A4175820230CCE36F2C8D10">
    <w:name w:val="03C66FBF284A4175820230CCE36F2C8D10"/>
    <w:rsid w:val="002177E5"/>
    <w:pPr>
      <w:spacing w:after="200" w:line="276" w:lineRule="auto"/>
    </w:pPr>
  </w:style>
  <w:style w:type="paragraph" w:customStyle="1" w:styleId="31DF177FAF0347BB95CF91D2AB7D78C210">
    <w:name w:val="31DF177FAF0347BB95CF91D2AB7D78C210"/>
    <w:rsid w:val="002177E5"/>
    <w:pPr>
      <w:spacing w:after="200" w:line="276" w:lineRule="auto"/>
    </w:pPr>
  </w:style>
  <w:style w:type="paragraph" w:customStyle="1" w:styleId="A332782B1F074770A5812841CCE9CC7910">
    <w:name w:val="A332782B1F074770A5812841CCE9CC7910"/>
    <w:rsid w:val="002177E5"/>
    <w:pPr>
      <w:spacing w:after="200" w:line="276" w:lineRule="auto"/>
    </w:pPr>
  </w:style>
  <w:style w:type="paragraph" w:customStyle="1" w:styleId="CCE3552D061842C2967B081509A382E610">
    <w:name w:val="CCE3552D061842C2967B081509A382E610"/>
    <w:rsid w:val="002177E5"/>
    <w:pPr>
      <w:spacing w:after="200" w:line="276" w:lineRule="auto"/>
    </w:pPr>
  </w:style>
  <w:style w:type="paragraph" w:customStyle="1" w:styleId="71A6A65BE0E9451EA4056DF5A0B215DB10">
    <w:name w:val="71A6A65BE0E9451EA4056DF5A0B215DB10"/>
    <w:rsid w:val="002177E5"/>
    <w:pPr>
      <w:spacing w:after="200" w:line="276" w:lineRule="auto"/>
    </w:pPr>
  </w:style>
  <w:style w:type="paragraph" w:customStyle="1" w:styleId="98B2F9320AEF41379C884803AE0645AD10">
    <w:name w:val="98B2F9320AEF41379C884803AE0645AD10"/>
    <w:rsid w:val="002177E5"/>
    <w:pPr>
      <w:spacing w:after="200" w:line="276" w:lineRule="auto"/>
    </w:pPr>
  </w:style>
  <w:style w:type="paragraph" w:customStyle="1" w:styleId="03B8FB460BB74860B6F0861A9BA9548110">
    <w:name w:val="03B8FB460BB74860B6F0861A9BA9548110"/>
    <w:rsid w:val="002177E5"/>
    <w:pPr>
      <w:spacing w:after="200" w:line="276" w:lineRule="auto"/>
    </w:pPr>
  </w:style>
  <w:style w:type="paragraph" w:customStyle="1" w:styleId="365838D059914B72927A6B00C803FA489">
    <w:name w:val="365838D059914B72927A6B00C803FA489"/>
    <w:rsid w:val="002177E5"/>
    <w:pPr>
      <w:spacing w:after="200" w:line="276" w:lineRule="auto"/>
    </w:pPr>
  </w:style>
  <w:style w:type="paragraph" w:customStyle="1" w:styleId="AB99E45E070E48929C869409C17287F99">
    <w:name w:val="AB99E45E070E48929C869409C17287F99"/>
    <w:rsid w:val="002177E5"/>
    <w:pPr>
      <w:spacing w:after="200" w:line="276" w:lineRule="auto"/>
    </w:pPr>
  </w:style>
  <w:style w:type="paragraph" w:customStyle="1" w:styleId="085B87EF72544ABF8A2B748AE680300B9">
    <w:name w:val="085B87EF72544ABF8A2B748AE680300B9"/>
    <w:rsid w:val="002177E5"/>
    <w:pPr>
      <w:spacing w:after="200" w:line="276" w:lineRule="auto"/>
    </w:pPr>
  </w:style>
  <w:style w:type="paragraph" w:customStyle="1" w:styleId="6648927EC89C40A2A6FB356A7AD7B48B9">
    <w:name w:val="6648927EC89C40A2A6FB356A7AD7B48B9"/>
    <w:rsid w:val="002177E5"/>
    <w:pPr>
      <w:spacing w:after="200" w:line="276" w:lineRule="auto"/>
    </w:pPr>
  </w:style>
  <w:style w:type="paragraph" w:customStyle="1" w:styleId="3C8034A52A2D47C594AE99BBF21804D79">
    <w:name w:val="3C8034A52A2D47C594AE99BBF21804D79"/>
    <w:rsid w:val="002177E5"/>
    <w:pPr>
      <w:spacing w:after="200" w:line="276" w:lineRule="auto"/>
    </w:pPr>
  </w:style>
  <w:style w:type="paragraph" w:customStyle="1" w:styleId="15B474D5CF204A1D84FDC03506B78CC09">
    <w:name w:val="15B474D5CF204A1D84FDC03506B78CC09"/>
    <w:rsid w:val="002177E5"/>
    <w:pPr>
      <w:spacing w:after="200" w:line="276" w:lineRule="auto"/>
    </w:pPr>
  </w:style>
  <w:style w:type="paragraph" w:customStyle="1" w:styleId="86BE4C6528484093B462CCAC093FB7CE9">
    <w:name w:val="86BE4C6528484093B462CCAC093FB7CE9"/>
    <w:rsid w:val="002177E5"/>
    <w:pPr>
      <w:spacing w:after="200" w:line="276" w:lineRule="auto"/>
    </w:pPr>
  </w:style>
  <w:style w:type="paragraph" w:customStyle="1" w:styleId="7A01521791F74460BDB3F581458F3A5A9">
    <w:name w:val="7A01521791F74460BDB3F581458F3A5A9"/>
    <w:rsid w:val="002177E5"/>
    <w:pPr>
      <w:spacing w:after="200" w:line="276" w:lineRule="auto"/>
    </w:pPr>
  </w:style>
  <w:style w:type="paragraph" w:customStyle="1" w:styleId="81835CB1501A42C38BE02BEA9659E5729">
    <w:name w:val="81835CB1501A42C38BE02BEA9659E5729"/>
    <w:rsid w:val="002177E5"/>
    <w:pPr>
      <w:spacing w:after="200" w:line="276" w:lineRule="auto"/>
    </w:pPr>
  </w:style>
  <w:style w:type="paragraph" w:customStyle="1" w:styleId="3FF8856B62A84265A5C84529C3C5D9629">
    <w:name w:val="3FF8856B62A84265A5C84529C3C5D9629"/>
    <w:rsid w:val="002177E5"/>
    <w:pPr>
      <w:spacing w:after="200" w:line="276" w:lineRule="auto"/>
    </w:pPr>
  </w:style>
  <w:style w:type="paragraph" w:customStyle="1" w:styleId="38955F0542D44B0792AD27FD8AE499F19">
    <w:name w:val="38955F0542D44B0792AD27FD8AE499F19"/>
    <w:rsid w:val="002177E5"/>
    <w:pPr>
      <w:spacing w:after="200" w:line="276" w:lineRule="auto"/>
    </w:pPr>
  </w:style>
  <w:style w:type="paragraph" w:customStyle="1" w:styleId="E5E2A85F79DA4834B7AFAFF950EE8B749">
    <w:name w:val="E5E2A85F79DA4834B7AFAFF950EE8B749"/>
    <w:rsid w:val="002177E5"/>
    <w:pPr>
      <w:spacing w:after="200" w:line="276" w:lineRule="auto"/>
    </w:pPr>
  </w:style>
  <w:style w:type="paragraph" w:customStyle="1" w:styleId="B1E97A9144FD4775921D1B70AAF339189">
    <w:name w:val="B1E97A9144FD4775921D1B70AAF339189"/>
    <w:rsid w:val="002177E5"/>
    <w:pPr>
      <w:spacing w:after="200" w:line="276" w:lineRule="auto"/>
    </w:pPr>
  </w:style>
  <w:style w:type="paragraph" w:customStyle="1" w:styleId="7F3933508D5C4608B34DBA7E8FFE0D609">
    <w:name w:val="7F3933508D5C4608B34DBA7E8FFE0D609"/>
    <w:rsid w:val="002177E5"/>
    <w:pPr>
      <w:spacing w:after="200" w:line="276" w:lineRule="auto"/>
    </w:pPr>
  </w:style>
  <w:style w:type="paragraph" w:customStyle="1" w:styleId="ACBE0EFC4B5E428C871D26A9144B06509">
    <w:name w:val="ACBE0EFC4B5E428C871D26A9144B06509"/>
    <w:rsid w:val="002177E5"/>
    <w:pPr>
      <w:spacing w:after="200" w:line="276" w:lineRule="auto"/>
    </w:pPr>
  </w:style>
  <w:style w:type="paragraph" w:customStyle="1" w:styleId="1984DE374F924E0C9BC4F99108886C9A9">
    <w:name w:val="1984DE374F924E0C9BC4F99108886C9A9"/>
    <w:rsid w:val="002177E5"/>
    <w:pPr>
      <w:spacing w:after="200" w:line="276" w:lineRule="auto"/>
    </w:pPr>
  </w:style>
  <w:style w:type="paragraph" w:customStyle="1" w:styleId="EB375BA08DF64F1D965D0B750CA77E739">
    <w:name w:val="EB375BA08DF64F1D965D0B750CA77E739"/>
    <w:rsid w:val="002177E5"/>
    <w:pPr>
      <w:spacing w:after="200" w:line="276" w:lineRule="auto"/>
    </w:pPr>
  </w:style>
  <w:style w:type="paragraph" w:customStyle="1" w:styleId="E6BD942427B6472CBCABA3B1EC8F8E619">
    <w:name w:val="E6BD942427B6472CBCABA3B1EC8F8E619"/>
    <w:rsid w:val="002177E5"/>
    <w:pPr>
      <w:spacing w:after="200" w:line="276" w:lineRule="auto"/>
    </w:pPr>
  </w:style>
  <w:style w:type="paragraph" w:customStyle="1" w:styleId="6474EE482800414CBDA0B0858EC704039">
    <w:name w:val="6474EE482800414CBDA0B0858EC704039"/>
    <w:rsid w:val="002177E5"/>
    <w:pPr>
      <w:spacing w:after="200" w:line="276" w:lineRule="auto"/>
    </w:pPr>
  </w:style>
  <w:style w:type="paragraph" w:customStyle="1" w:styleId="130EEA536A6A4B1C870DDBB247D1666F9">
    <w:name w:val="130EEA536A6A4B1C870DDBB247D1666F9"/>
    <w:rsid w:val="002177E5"/>
    <w:pPr>
      <w:spacing w:after="200" w:line="276" w:lineRule="auto"/>
    </w:pPr>
  </w:style>
  <w:style w:type="paragraph" w:customStyle="1" w:styleId="5C3A7D73D147443AA194C06FB24994279">
    <w:name w:val="5C3A7D73D147443AA194C06FB24994279"/>
    <w:rsid w:val="002177E5"/>
    <w:pPr>
      <w:spacing w:after="200" w:line="276" w:lineRule="auto"/>
    </w:pPr>
  </w:style>
  <w:style w:type="paragraph" w:customStyle="1" w:styleId="63F193555AD9499CB710078DC26953EF9">
    <w:name w:val="63F193555AD9499CB710078DC26953EF9"/>
    <w:rsid w:val="002177E5"/>
    <w:pPr>
      <w:spacing w:after="200" w:line="276" w:lineRule="auto"/>
    </w:pPr>
  </w:style>
  <w:style w:type="paragraph" w:customStyle="1" w:styleId="577A7DFC1E1F40069740321DEF30D7049">
    <w:name w:val="577A7DFC1E1F40069740321DEF30D7049"/>
    <w:rsid w:val="002177E5"/>
    <w:pPr>
      <w:spacing w:after="200" w:line="276" w:lineRule="auto"/>
    </w:pPr>
  </w:style>
  <w:style w:type="paragraph" w:customStyle="1" w:styleId="F313C84236FE4FF7AC3B18406F4AE6859">
    <w:name w:val="F313C84236FE4FF7AC3B18406F4AE6859"/>
    <w:rsid w:val="002177E5"/>
    <w:pPr>
      <w:spacing w:after="200" w:line="276" w:lineRule="auto"/>
    </w:pPr>
  </w:style>
  <w:style w:type="paragraph" w:customStyle="1" w:styleId="BF0E036CDD4D45C3AB85A07BA2DD61639">
    <w:name w:val="BF0E036CDD4D45C3AB85A07BA2DD61639"/>
    <w:rsid w:val="002177E5"/>
    <w:pPr>
      <w:spacing w:after="200" w:line="276" w:lineRule="auto"/>
    </w:pPr>
  </w:style>
  <w:style w:type="paragraph" w:customStyle="1" w:styleId="47669BF0FCBE406AAD1E10B9812106B49">
    <w:name w:val="47669BF0FCBE406AAD1E10B9812106B49"/>
    <w:rsid w:val="002177E5"/>
    <w:pPr>
      <w:spacing w:after="200" w:line="276" w:lineRule="auto"/>
    </w:pPr>
  </w:style>
  <w:style w:type="paragraph" w:customStyle="1" w:styleId="DBE498F6C1F9478E9256B5C3C3B8D0FE9">
    <w:name w:val="DBE498F6C1F9478E9256B5C3C3B8D0FE9"/>
    <w:rsid w:val="002177E5"/>
    <w:pPr>
      <w:spacing w:after="200" w:line="276" w:lineRule="auto"/>
    </w:pPr>
  </w:style>
  <w:style w:type="paragraph" w:customStyle="1" w:styleId="BDE1C10464E64A0C81164B77F9A4AA5C9">
    <w:name w:val="BDE1C10464E64A0C81164B77F9A4AA5C9"/>
    <w:rsid w:val="002177E5"/>
    <w:pPr>
      <w:spacing w:after="200" w:line="276" w:lineRule="auto"/>
    </w:pPr>
  </w:style>
  <w:style w:type="paragraph" w:customStyle="1" w:styleId="648DBBF183FB40FAB6C79D4C05E49AA49">
    <w:name w:val="648DBBF183FB40FAB6C79D4C05E49AA49"/>
    <w:rsid w:val="002177E5"/>
    <w:pPr>
      <w:spacing w:after="200" w:line="276" w:lineRule="auto"/>
    </w:pPr>
  </w:style>
  <w:style w:type="paragraph" w:customStyle="1" w:styleId="1C09BEC26D3548A89E225D009B56BFFB9">
    <w:name w:val="1C09BEC26D3548A89E225D009B56BFFB9"/>
    <w:rsid w:val="002177E5"/>
    <w:pPr>
      <w:spacing w:after="200" w:line="276" w:lineRule="auto"/>
    </w:pPr>
  </w:style>
  <w:style w:type="paragraph" w:customStyle="1" w:styleId="860677CA9CD4419B8300F24B017CFBBE9">
    <w:name w:val="860677CA9CD4419B8300F24B017CFBBE9"/>
    <w:rsid w:val="002177E5"/>
    <w:pPr>
      <w:spacing w:after="200" w:line="276" w:lineRule="auto"/>
    </w:pPr>
  </w:style>
  <w:style w:type="paragraph" w:customStyle="1" w:styleId="6C42C24885A6479A8C655EDA93D92F269">
    <w:name w:val="6C42C24885A6479A8C655EDA93D92F269"/>
    <w:rsid w:val="002177E5"/>
    <w:pPr>
      <w:spacing w:after="200" w:line="276" w:lineRule="auto"/>
    </w:pPr>
  </w:style>
  <w:style w:type="paragraph" w:customStyle="1" w:styleId="AE78C549051C42ACAB0308BC3FBFBD269">
    <w:name w:val="AE78C549051C42ACAB0308BC3FBFBD269"/>
    <w:rsid w:val="002177E5"/>
    <w:pPr>
      <w:spacing w:after="200" w:line="276" w:lineRule="auto"/>
    </w:pPr>
  </w:style>
  <w:style w:type="paragraph" w:customStyle="1" w:styleId="BE156BEC2F1543B3B84B3D0F6AB9DFA09">
    <w:name w:val="BE156BEC2F1543B3B84B3D0F6AB9DFA09"/>
    <w:rsid w:val="002177E5"/>
    <w:pPr>
      <w:spacing w:after="200" w:line="276" w:lineRule="auto"/>
    </w:pPr>
  </w:style>
  <w:style w:type="paragraph" w:customStyle="1" w:styleId="AF0EAD1D64F34A3BAED0B738FADC88E59">
    <w:name w:val="AF0EAD1D64F34A3BAED0B738FADC88E59"/>
    <w:rsid w:val="002177E5"/>
    <w:pPr>
      <w:spacing w:after="200" w:line="276" w:lineRule="auto"/>
    </w:pPr>
  </w:style>
  <w:style w:type="paragraph" w:customStyle="1" w:styleId="B30D077B9E80489CBC3921A2CB4E1EA99">
    <w:name w:val="B30D077B9E80489CBC3921A2CB4E1EA99"/>
    <w:rsid w:val="002177E5"/>
    <w:pPr>
      <w:spacing w:after="200" w:line="276" w:lineRule="auto"/>
    </w:pPr>
  </w:style>
  <w:style w:type="paragraph" w:customStyle="1" w:styleId="6F253A2C3CB54B90B13DE772D5510E909">
    <w:name w:val="6F253A2C3CB54B90B13DE772D5510E909"/>
    <w:rsid w:val="002177E5"/>
    <w:pPr>
      <w:spacing w:after="200" w:line="276" w:lineRule="auto"/>
    </w:pPr>
  </w:style>
  <w:style w:type="paragraph" w:customStyle="1" w:styleId="45527F50F168459E8AAF279EDE532CE79">
    <w:name w:val="45527F50F168459E8AAF279EDE532CE79"/>
    <w:rsid w:val="002177E5"/>
    <w:pPr>
      <w:spacing w:after="200" w:line="276" w:lineRule="auto"/>
    </w:pPr>
  </w:style>
  <w:style w:type="paragraph" w:customStyle="1" w:styleId="223ED7C7FF504317987E8EEAB175823E9">
    <w:name w:val="223ED7C7FF504317987E8EEAB175823E9"/>
    <w:rsid w:val="002177E5"/>
    <w:pPr>
      <w:spacing w:after="200" w:line="276" w:lineRule="auto"/>
    </w:pPr>
  </w:style>
  <w:style w:type="paragraph" w:customStyle="1" w:styleId="382561513D864E89A7F5B2ED35D0B4FB9">
    <w:name w:val="382561513D864E89A7F5B2ED35D0B4FB9"/>
    <w:rsid w:val="002177E5"/>
    <w:pPr>
      <w:spacing w:after="200" w:line="276" w:lineRule="auto"/>
    </w:pPr>
  </w:style>
  <w:style w:type="paragraph" w:customStyle="1" w:styleId="6FB8029AD57A43688881BB3956AD75849">
    <w:name w:val="6FB8029AD57A43688881BB3956AD75849"/>
    <w:rsid w:val="002177E5"/>
    <w:pPr>
      <w:spacing w:after="200" w:line="276" w:lineRule="auto"/>
    </w:pPr>
  </w:style>
  <w:style w:type="paragraph" w:customStyle="1" w:styleId="4E94F9A2603C4983BA3B0504CD2EAA1C9">
    <w:name w:val="4E94F9A2603C4983BA3B0504CD2EAA1C9"/>
    <w:rsid w:val="002177E5"/>
    <w:pPr>
      <w:spacing w:after="200" w:line="276" w:lineRule="auto"/>
    </w:pPr>
  </w:style>
  <w:style w:type="paragraph" w:customStyle="1" w:styleId="E04E403C73F946B4851616310A6929B39">
    <w:name w:val="E04E403C73F946B4851616310A6929B39"/>
    <w:rsid w:val="002177E5"/>
    <w:pPr>
      <w:spacing w:after="200" w:line="276" w:lineRule="auto"/>
    </w:pPr>
  </w:style>
  <w:style w:type="paragraph" w:customStyle="1" w:styleId="3ABA4D8D41C3426DAE8A6DAAE90D99499">
    <w:name w:val="3ABA4D8D41C3426DAE8A6DAAE90D99499"/>
    <w:rsid w:val="002177E5"/>
    <w:pPr>
      <w:spacing w:after="200" w:line="276" w:lineRule="auto"/>
    </w:pPr>
  </w:style>
  <w:style w:type="paragraph" w:customStyle="1" w:styleId="5D2CE74C94BA4FF9BA3E7FF60B8F469F9">
    <w:name w:val="5D2CE74C94BA4FF9BA3E7FF60B8F469F9"/>
    <w:rsid w:val="002177E5"/>
    <w:pPr>
      <w:spacing w:after="200" w:line="276" w:lineRule="auto"/>
    </w:pPr>
  </w:style>
  <w:style w:type="paragraph" w:customStyle="1" w:styleId="1A40ED76AD1B4809A5CD97D17ED8C1B49">
    <w:name w:val="1A40ED76AD1B4809A5CD97D17ED8C1B49"/>
    <w:rsid w:val="002177E5"/>
    <w:pPr>
      <w:spacing w:after="200" w:line="276" w:lineRule="auto"/>
    </w:pPr>
  </w:style>
  <w:style w:type="paragraph" w:customStyle="1" w:styleId="45253DD0687D4008BDF37282EE6E10669">
    <w:name w:val="45253DD0687D4008BDF37282EE6E10669"/>
    <w:rsid w:val="002177E5"/>
    <w:pPr>
      <w:spacing w:after="200" w:line="276" w:lineRule="auto"/>
    </w:pPr>
  </w:style>
  <w:style w:type="paragraph" w:customStyle="1" w:styleId="32C912404EA14AF19458E0297ED04D4B9">
    <w:name w:val="32C912404EA14AF19458E0297ED04D4B9"/>
    <w:rsid w:val="002177E5"/>
    <w:pPr>
      <w:spacing w:after="200" w:line="276" w:lineRule="auto"/>
    </w:pPr>
  </w:style>
  <w:style w:type="paragraph" w:customStyle="1" w:styleId="7FBCCF483FE448D491FB31774444E29D9">
    <w:name w:val="7FBCCF483FE448D491FB31774444E29D9"/>
    <w:rsid w:val="002177E5"/>
    <w:pPr>
      <w:spacing w:after="200" w:line="276" w:lineRule="auto"/>
    </w:pPr>
  </w:style>
  <w:style w:type="paragraph" w:customStyle="1" w:styleId="62BAD36F4F8A44C7B4EA7199E29B388F9">
    <w:name w:val="62BAD36F4F8A44C7B4EA7199E29B388F9"/>
    <w:rsid w:val="002177E5"/>
    <w:pPr>
      <w:spacing w:after="200" w:line="276" w:lineRule="auto"/>
    </w:pPr>
  </w:style>
  <w:style w:type="paragraph" w:customStyle="1" w:styleId="33B24FEBFBE44545A2D7E533DED4BD379">
    <w:name w:val="33B24FEBFBE44545A2D7E533DED4BD379"/>
    <w:rsid w:val="002177E5"/>
    <w:pPr>
      <w:spacing w:after="200" w:line="276" w:lineRule="auto"/>
    </w:pPr>
  </w:style>
  <w:style w:type="paragraph" w:customStyle="1" w:styleId="95C3D0D3D74E42268DB5E55C2C1618908">
    <w:name w:val="95C3D0D3D74E42268DB5E55C2C1618908"/>
    <w:rsid w:val="002177E5"/>
    <w:pPr>
      <w:spacing w:after="200" w:line="276" w:lineRule="auto"/>
    </w:pPr>
  </w:style>
  <w:style w:type="paragraph" w:customStyle="1" w:styleId="253498E8C83042419E9074A905DF2FF38">
    <w:name w:val="253498E8C83042419E9074A905DF2FF38"/>
    <w:rsid w:val="002177E5"/>
    <w:pPr>
      <w:spacing w:after="200" w:line="276" w:lineRule="auto"/>
    </w:pPr>
  </w:style>
  <w:style w:type="paragraph" w:customStyle="1" w:styleId="B335631F27294A2F99F52B5BA6B3BC5F8">
    <w:name w:val="B335631F27294A2F99F52B5BA6B3BC5F8"/>
    <w:rsid w:val="002177E5"/>
    <w:pPr>
      <w:spacing w:after="200" w:line="276" w:lineRule="auto"/>
    </w:pPr>
  </w:style>
  <w:style w:type="paragraph" w:customStyle="1" w:styleId="A1A08283464344D8AF486D9B5CC2BAAB8">
    <w:name w:val="A1A08283464344D8AF486D9B5CC2BAAB8"/>
    <w:rsid w:val="002177E5"/>
    <w:pPr>
      <w:spacing w:after="200" w:line="276" w:lineRule="auto"/>
    </w:pPr>
  </w:style>
  <w:style w:type="paragraph" w:customStyle="1" w:styleId="D81BF0E6FE3442039BABDC66670FFF0D8">
    <w:name w:val="D81BF0E6FE3442039BABDC66670FFF0D8"/>
    <w:rsid w:val="002177E5"/>
    <w:pPr>
      <w:spacing w:after="200" w:line="276" w:lineRule="auto"/>
    </w:pPr>
  </w:style>
  <w:style w:type="paragraph" w:customStyle="1" w:styleId="D68A08BEDA9045CBBA0AA59C080ACB568">
    <w:name w:val="D68A08BEDA9045CBBA0AA59C080ACB568"/>
    <w:rsid w:val="002177E5"/>
    <w:pPr>
      <w:spacing w:after="200" w:line="276" w:lineRule="auto"/>
    </w:pPr>
  </w:style>
  <w:style w:type="paragraph" w:customStyle="1" w:styleId="553F8DCD51A145FDA48DA2C3DDFA72F98">
    <w:name w:val="553F8DCD51A145FDA48DA2C3DDFA72F98"/>
    <w:rsid w:val="002177E5"/>
    <w:pPr>
      <w:spacing w:after="200" w:line="276" w:lineRule="auto"/>
    </w:pPr>
  </w:style>
  <w:style w:type="paragraph" w:customStyle="1" w:styleId="B052F45FD5E44EB991A067077EAA23EC8">
    <w:name w:val="B052F45FD5E44EB991A067077EAA23EC8"/>
    <w:rsid w:val="002177E5"/>
    <w:pPr>
      <w:spacing w:after="200" w:line="276" w:lineRule="auto"/>
    </w:pPr>
  </w:style>
  <w:style w:type="paragraph" w:customStyle="1" w:styleId="6CDDEC44BCA146C7B2CF8FC91090E7348">
    <w:name w:val="6CDDEC44BCA146C7B2CF8FC91090E7348"/>
    <w:rsid w:val="002177E5"/>
    <w:pPr>
      <w:spacing w:after="200" w:line="276" w:lineRule="auto"/>
    </w:pPr>
  </w:style>
  <w:style w:type="paragraph" w:customStyle="1" w:styleId="D59AA98BFBFE4C96AE4B0ED934DA2C108">
    <w:name w:val="D59AA98BFBFE4C96AE4B0ED934DA2C108"/>
    <w:rsid w:val="002177E5"/>
    <w:pPr>
      <w:spacing w:after="200" w:line="276" w:lineRule="auto"/>
    </w:pPr>
  </w:style>
  <w:style w:type="paragraph" w:customStyle="1" w:styleId="D0FC822CB1DB4B86AEA97D39D23B78788">
    <w:name w:val="D0FC822CB1DB4B86AEA97D39D23B78788"/>
    <w:rsid w:val="002177E5"/>
    <w:pPr>
      <w:spacing w:after="200" w:line="276" w:lineRule="auto"/>
    </w:pPr>
  </w:style>
  <w:style w:type="paragraph" w:customStyle="1" w:styleId="40409FEADE30440DB9E89C1E4539BEF18">
    <w:name w:val="40409FEADE30440DB9E89C1E4539BEF18"/>
    <w:rsid w:val="002177E5"/>
    <w:pPr>
      <w:spacing w:after="200" w:line="276" w:lineRule="auto"/>
    </w:pPr>
  </w:style>
  <w:style w:type="paragraph" w:customStyle="1" w:styleId="61C9730EC8034A00BD93CAF9C89F30D58">
    <w:name w:val="61C9730EC8034A00BD93CAF9C89F30D58"/>
    <w:rsid w:val="002177E5"/>
    <w:pPr>
      <w:spacing w:after="200" w:line="276" w:lineRule="auto"/>
    </w:pPr>
  </w:style>
  <w:style w:type="paragraph" w:customStyle="1" w:styleId="FB2C3228D9CA4012A42FEC8D8CA498478">
    <w:name w:val="FB2C3228D9CA4012A42FEC8D8CA498478"/>
    <w:rsid w:val="002177E5"/>
    <w:pPr>
      <w:spacing w:after="200" w:line="276" w:lineRule="auto"/>
    </w:pPr>
  </w:style>
  <w:style w:type="paragraph" w:customStyle="1" w:styleId="C9EF37C4E9ED42F0AE51C3FB807AC8948">
    <w:name w:val="C9EF37C4E9ED42F0AE51C3FB807AC8948"/>
    <w:rsid w:val="002177E5"/>
    <w:pPr>
      <w:spacing w:after="200" w:line="276" w:lineRule="auto"/>
    </w:pPr>
  </w:style>
  <w:style w:type="paragraph" w:customStyle="1" w:styleId="6955F58B115C425FBC6B147D47E95D858">
    <w:name w:val="6955F58B115C425FBC6B147D47E95D858"/>
    <w:rsid w:val="002177E5"/>
    <w:pPr>
      <w:spacing w:after="200" w:line="276" w:lineRule="auto"/>
    </w:pPr>
  </w:style>
  <w:style w:type="paragraph" w:customStyle="1" w:styleId="C592AA76BE1A4F6FAEA18B80AA9EEAA98">
    <w:name w:val="C592AA76BE1A4F6FAEA18B80AA9EEAA98"/>
    <w:rsid w:val="002177E5"/>
    <w:pPr>
      <w:spacing w:after="200" w:line="276" w:lineRule="auto"/>
    </w:pPr>
  </w:style>
  <w:style w:type="paragraph" w:customStyle="1" w:styleId="4458E34E141B466580BFD839F14E0A2A8">
    <w:name w:val="4458E34E141B466580BFD839F14E0A2A8"/>
    <w:rsid w:val="002177E5"/>
    <w:pPr>
      <w:spacing w:after="200" w:line="276" w:lineRule="auto"/>
    </w:pPr>
  </w:style>
  <w:style w:type="paragraph" w:customStyle="1" w:styleId="8627827531E94CB39B2066CA30DE3B596">
    <w:name w:val="8627827531E94CB39B2066CA30DE3B596"/>
    <w:rsid w:val="002177E5"/>
    <w:pPr>
      <w:spacing w:after="200" w:line="276" w:lineRule="auto"/>
    </w:pPr>
  </w:style>
  <w:style w:type="paragraph" w:customStyle="1" w:styleId="1C6E7260716445318A69FE9FF0933F421">
    <w:name w:val="1C6E7260716445318A69FE9FF0933F421"/>
    <w:rsid w:val="002177E5"/>
    <w:pPr>
      <w:spacing w:after="200" w:line="276" w:lineRule="auto"/>
    </w:pPr>
  </w:style>
  <w:style w:type="paragraph" w:customStyle="1" w:styleId="D2E5A85F0A424B10BE1CDB9EDA0E0C918">
    <w:name w:val="D2E5A85F0A424B10BE1CDB9EDA0E0C918"/>
    <w:rsid w:val="002177E5"/>
    <w:pPr>
      <w:spacing w:after="200" w:line="276" w:lineRule="auto"/>
    </w:pPr>
  </w:style>
  <w:style w:type="paragraph" w:customStyle="1" w:styleId="DF0772169B014E5E9AE4C275CF01A3348">
    <w:name w:val="DF0772169B014E5E9AE4C275CF01A3348"/>
    <w:rsid w:val="002177E5"/>
    <w:pPr>
      <w:spacing w:after="200" w:line="276" w:lineRule="auto"/>
    </w:pPr>
  </w:style>
  <w:style w:type="paragraph" w:customStyle="1" w:styleId="F039819EF1A446FD8D252F45BD2360DD1">
    <w:name w:val="F039819EF1A446FD8D252F45BD2360DD1"/>
    <w:rsid w:val="002177E5"/>
    <w:pPr>
      <w:spacing w:after="200" w:line="276" w:lineRule="auto"/>
    </w:pPr>
  </w:style>
  <w:style w:type="paragraph" w:customStyle="1" w:styleId="068FBAC861654951A787BB80FCF572748">
    <w:name w:val="068FBAC861654951A787BB80FCF572748"/>
    <w:rsid w:val="002177E5"/>
    <w:pPr>
      <w:spacing w:after="200" w:line="276" w:lineRule="auto"/>
    </w:pPr>
  </w:style>
  <w:style w:type="paragraph" w:customStyle="1" w:styleId="BFFDB8C26A4D4D158E1FBD8FDCD8A5936">
    <w:name w:val="BFFDB8C26A4D4D158E1FBD8FDCD8A5936"/>
    <w:rsid w:val="002177E5"/>
    <w:pPr>
      <w:spacing w:after="200" w:line="276" w:lineRule="auto"/>
    </w:pPr>
  </w:style>
  <w:style w:type="paragraph" w:customStyle="1" w:styleId="0364C0214CBB4A05A15AD02996CDFAEE1">
    <w:name w:val="0364C0214CBB4A05A15AD02996CDFAEE1"/>
    <w:rsid w:val="002177E5"/>
    <w:pPr>
      <w:spacing w:after="200" w:line="276" w:lineRule="auto"/>
    </w:pPr>
  </w:style>
  <w:style w:type="paragraph" w:customStyle="1" w:styleId="54B32C8D6EAF461A967E203482BBED2C5">
    <w:name w:val="54B32C8D6EAF461A967E203482BBED2C5"/>
    <w:rsid w:val="002177E5"/>
    <w:pPr>
      <w:spacing w:after="200" w:line="276" w:lineRule="auto"/>
    </w:pPr>
  </w:style>
  <w:style w:type="paragraph" w:customStyle="1" w:styleId="54967AD219644EFEAF40D5FDF1526A4E5">
    <w:name w:val="54967AD219644EFEAF40D5FDF1526A4E5"/>
    <w:rsid w:val="002177E5"/>
    <w:pPr>
      <w:spacing w:after="200" w:line="276" w:lineRule="auto"/>
    </w:pPr>
  </w:style>
  <w:style w:type="paragraph" w:customStyle="1" w:styleId="764E7948D7C341B0AB3C69697E12B3795">
    <w:name w:val="764E7948D7C341B0AB3C69697E12B3795"/>
    <w:rsid w:val="002177E5"/>
    <w:pPr>
      <w:spacing w:after="200" w:line="276" w:lineRule="auto"/>
    </w:pPr>
  </w:style>
  <w:style w:type="paragraph" w:customStyle="1" w:styleId="EF307A23E74B4B99AC1634C8EDDEEABE8">
    <w:name w:val="EF307A23E74B4B99AC1634C8EDDEEABE8"/>
    <w:rsid w:val="002177E5"/>
    <w:pPr>
      <w:spacing w:after="200" w:line="276" w:lineRule="auto"/>
    </w:pPr>
  </w:style>
  <w:style w:type="paragraph" w:customStyle="1" w:styleId="DDE3BCC48F3141C6B0B0C54C3D9FC3848">
    <w:name w:val="DDE3BCC48F3141C6B0B0C54C3D9FC3848"/>
    <w:rsid w:val="002177E5"/>
    <w:pPr>
      <w:spacing w:after="200" w:line="276" w:lineRule="auto"/>
    </w:pPr>
  </w:style>
  <w:style w:type="paragraph" w:customStyle="1" w:styleId="589DADF131284E5983A48F99974CFBC28">
    <w:name w:val="589DADF131284E5983A48F99974CFBC28"/>
    <w:rsid w:val="002177E5"/>
    <w:pPr>
      <w:spacing w:after="200" w:line="276" w:lineRule="auto"/>
    </w:pPr>
  </w:style>
  <w:style w:type="paragraph" w:customStyle="1" w:styleId="C475619E64FB42ADB156EB10553125F48">
    <w:name w:val="C475619E64FB42ADB156EB10553125F48"/>
    <w:rsid w:val="002177E5"/>
    <w:pPr>
      <w:spacing w:after="200" w:line="276" w:lineRule="auto"/>
    </w:pPr>
  </w:style>
  <w:style w:type="paragraph" w:customStyle="1" w:styleId="F197B62FCB33418F94331202AE41ACBD8">
    <w:name w:val="F197B62FCB33418F94331202AE41ACBD8"/>
    <w:rsid w:val="002177E5"/>
    <w:pPr>
      <w:spacing w:after="200" w:line="276" w:lineRule="auto"/>
    </w:pPr>
  </w:style>
  <w:style w:type="paragraph" w:customStyle="1" w:styleId="EF990AC868FB4AEDAAAAD813799CDEFD8">
    <w:name w:val="EF990AC868FB4AEDAAAAD813799CDEFD8"/>
    <w:rsid w:val="002177E5"/>
    <w:pPr>
      <w:spacing w:after="200" w:line="276" w:lineRule="auto"/>
    </w:pPr>
  </w:style>
  <w:style w:type="paragraph" w:customStyle="1" w:styleId="8BE12D6F4B504073B0AF26E44946139C8">
    <w:name w:val="8BE12D6F4B504073B0AF26E44946139C8"/>
    <w:rsid w:val="002177E5"/>
    <w:pPr>
      <w:spacing w:after="200" w:line="276" w:lineRule="auto"/>
    </w:pPr>
  </w:style>
  <w:style w:type="paragraph" w:customStyle="1" w:styleId="AB93FC235CDA4BDEA236D2A64F11E3378">
    <w:name w:val="AB93FC235CDA4BDEA236D2A64F11E3378"/>
    <w:rsid w:val="002177E5"/>
    <w:pPr>
      <w:spacing w:after="200" w:line="276" w:lineRule="auto"/>
    </w:pPr>
  </w:style>
  <w:style w:type="paragraph" w:customStyle="1" w:styleId="B7151087BFAB466C8AD489D97726FD7D8">
    <w:name w:val="B7151087BFAB466C8AD489D97726FD7D8"/>
    <w:rsid w:val="002177E5"/>
    <w:pPr>
      <w:spacing w:after="200" w:line="276" w:lineRule="auto"/>
    </w:pPr>
  </w:style>
  <w:style w:type="paragraph" w:customStyle="1" w:styleId="DBF7A78951804D1782B70D0113FDF31B8">
    <w:name w:val="DBF7A78951804D1782B70D0113FDF31B8"/>
    <w:rsid w:val="002177E5"/>
    <w:pPr>
      <w:spacing w:after="200" w:line="276" w:lineRule="auto"/>
    </w:pPr>
  </w:style>
  <w:style w:type="paragraph" w:customStyle="1" w:styleId="D8473262A7604010B5004F3A46A688028">
    <w:name w:val="D8473262A7604010B5004F3A46A688028"/>
    <w:rsid w:val="002177E5"/>
    <w:pPr>
      <w:spacing w:after="200" w:line="276" w:lineRule="auto"/>
    </w:pPr>
  </w:style>
  <w:style w:type="paragraph" w:customStyle="1" w:styleId="135E59A84A724A4EA8F5D1AC8D26DED48">
    <w:name w:val="135E59A84A724A4EA8F5D1AC8D26DED48"/>
    <w:rsid w:val="002177E5"/>
    <w:pPr>
      <w:spacing w:after="200" w:line="276" w:lineRule="auto"/>
    </w:pPr>
  </w:style>
  <w:style w:type="paragraph" w:customStyle="1" w:styleId="4B94155B3F004F50B7BEC8840B13B1618">
    <w:name w:val="4B94155B3F004F50B7BEC8840B13B1618"/>
    <w:rsid w:val="002177E5"/>
    <w:pPr>
      <w:spacing w:after="200" w:line="276" w:lineRule="auto"/>
    </w:pPr>
  </w:style>
  <w:style w:type="paragraph" w:customStyle="1" w:styleId="41F3B94A26CB4C19850EDF85B346C6C28">
    <w:name w:val="41F3B94A26CB4C19850EDF85B346C6C28"/>
    <w:rsid w:val="002177E5"/>
    <w:pPr>
      <w:spacing w:after="200" w:line="276" w:lineRule="auto"/>
    </w:pPr>
  </w:style>
  <w:style w:type="paragraph" w:customStyle="1" w:styleId="DFA4FCA7ADED4C4D8E96CC217C6A5D488">
    <w:name w:val="DFA4FCA7ADED4C4D8E96CC217C6A5D488"/>
    <w:rsid w:val="002177E5"/>
    <w:pPr>
      <w:spacing w:after="200" w:line="276" w:lineRule="auto"/>
    </w:pPr>
  </w:style>
  <w:style w:type="paragraph" w:customStyle="1" w:styleId="8F21CC03DDEC41F9860887C2FD63991E8">
    <w:name w:val="8F21CC03DDEC41F9860887C2FD63991E8"/>
    <w:rsid w:val="002177E5"/>
    <w:pPr>
      <w:spacing w:after="200" w:line="276" w:lineRule="auto"/>
    </w:pPr>
  </w:style>
  <w:style w:type="paragraph" w:customStyle="1" w:styleId="3072858C767B47C1B3EF67A7B4B58BD88">
    <w:name w:val="3072858C767B47C1B3EF67A7B4B58BD88"/>
    <w:rsid w:val="002177E5"/>
    <w:pPr>
      <w:spacing w:after="200" w:line="276" w:lineRule="auto"/>
    </w:pPr>
  </w:style>
  <w:style w:type="paragraph" w:customStyle="1" w:styleId="0FBD0517325D4A7DA3964CB3D8DF28708">
    <w:name w:val="0FBD0517325D4A7DA3964CB3D8DF28708"/>
    <w:rsid w:val="002177E5"/>
    <w:pPr>
      <w:spacing w:after="200" w:line="276" w:lineRule="auto"/>
    </w:pPr>
  </w:style>
  <w:style w:type="paragraph" w:customStyle="1" w:styleId="D1268C8B7C3A48258C8D2568A4782CF18">
    <w:name w:val="D1268C8B7C3A48258C8D2568A4782CF18"/>
    <w:rsid w:val="002177E5"/>
    <w:pPr>
      <w:spacing w:after="200" w:line="276" w:lineRule="auto"/>
    </w:pPr>
  </w:style>
  <w:style w:type="paragraph" w:customStyle="1" w:styleId="2B7C429AEFC14AB8B007B5D458D0F4928">
    <w:name w:val="2B7C429AEFC14AB8B007B5D458D0F4928"/>
    <w:rsid w:val="002177E5"/>
    <w:pPr>
      <w:spacing w:after="200" w:line="276" w:lineRule="auto"/>
    </w:pPr>
  </w:style>
  <w:style w:type="paragraph" w:customStyle="1" w:styleId="1D3CA07C42FC4B8198599F8B056280B28">
    <w:name w:val="1D3CA07C42FC4B8198599F8B056280B28"/>
    <w:rsid w:val="002177E5"/>
    <w:pPr>
      <w:spacing w:after="200" w:line="276" w:lineRule="auto"/>
    </w:pPr>
  </w:style>
  <w:style w:type="paragraph" w:customStyle="1" w:styleId="56100998329F4BCE95470721349527018">
    <w:name w:val="56100998329F4BCE95470721349527018"/>
    <w:rsid w:val="002177E5"/>
    <w:pPr>
      <w:spacing w:after="200" w:line="276" w:lineRule="auto"/>
    </w:pPr>
  </w:style>
  <w:style w:type="paragraph" w:customStyle="1" w:styleId="D61A5368856246FC8013BB8A67D0B8CA8">
    <w:name w:val="D61A5368856246FC8013BB8A67D0B8CA8"/>
    <w:rsid w:val="002177E5"/>
    <w:pPr>
      <w:spacing w:after="200" w:line="276" w:lineRule="auto"/>
    </w:pPr>
  </w:style>
  <w:style w:type="paragraph" w:customStyle="1" w:styleId="7D01726AED6B4F74960CB8162977AFF68">
    <w:name w:val="7D01726AED6B4F74960CB8162977AFF68"/>
    <w:rsid w:val="002177E5"/>
    <w:pPr>
      <w:spacing w:after="200" w:line="276" w:lineRule="auto"/>
    </w:pPr>
  </w:style>
  <w:style w:type="paragraph" w:customStyle="1" w:styleId="C611DE52FBB846B2A106988CAECCF6DF8">
    <w:name w:val="C611DE52FBB846B2A106988CAECCF6DF8"/>
    <w:rsid w:val="002177E5"/>
    <w:pPr>
      <w:spacing w:after="200" w:line="276" w:lineRule="auto"/>
    </w:pPr>
  </w:style>
  <w:style w:type="paragraph" w:customStyle="1" w:styleId="1F1D19BA9FF047A4BD96C992602EB9988">
    <w:name w:val="1F1D19BA9FF047A4BD96C992602EB9988"/>
    <w:rsid w:val="002177E5"/>
    <w:pPr>
      <w:spacing w:after="200" w:line="276" w:lineRule="auto"/>
    </w:pPr>
  </w:style>
  <w:style w:type="paragraph" w:customStyle="1" w:styleId="CE0FCFBFFAAF4DE2B5C4F42E145586DE8">
    <w:name w:val="CE0FCFBFFAAF4DE2B5C4F42E145586DE8"/>
    <w:rsid w:val="002177E5"/>
    <w:pPr>
      <w:spacing w:after="200" w:line="276" w:lineRule="auto"/>
    </w:pPr>
  </w:style>
  <w:style w:type="paragraph" w:customStyle="1" w:styleId="215A6D4D5B954E7AAC611F67939865218">
    <w:name w:val="215A6D4D5B954E7AAC611F67939865218"/>
    <w:rsid w:val="002177E5"/>
    <w:pPr>
      <w:spacing w:after="200" w:line="276" w:lineRule="auto"/>
    </w:pPr>
  </w:style>
  <w:style w:type="paragraph" w:customStyle="1" w:styleId="FCEFDF7BD9434FF5932709F202CFA2438">
    <w:name w:val="FCEFDF7BD9434FF5932709F202CFA2438"/>
    <w:rsid w:val="002177E5"/>
    <w:pPr>
      <w:spacing w:after="200" w:line="276" w:lineRule="auto"/>
    </w:pPr>
  </w:style>
  <w:style w:type="paragraph" w:customStyle="1" w:styleId="6C201FBAD7D84CC88CE9343C9463A4B38">
    <w:name w:val="6C201FBAD7D84CC88CE9343C9463A4B38"/>
    <w:rsid w:val="002177E5"/>
    <w:pPr>
      <w:spacing w:after="200" w:line="276" w:lineRule="auto"/>
    </w:pPr>
  </w:style>
  <w:style w:type="paragraph" w:customStyle="1" w:styleId="D7C6D8CC0FC148FC943EE5E4E17825B98">
    <w:name w:val="D7C6D8CC0FC148FC943EE5E4E17825B98"/>
    <w:rsid w:val="002177E5"/>
    <w:pPr>
      <w:spacing w:after="200" w:line="276" w:lineRule="auto"/>
    </w:pPr>
  </w:style>
  <w:style w:type="paragraph" w:customStyle="1" w:styleId="967EF32F25CA460EAB71DB47682F3E548">
    <w:name w:val="967EF32F25CA460EAB71DB47682F3E548"/>
    <w:rsid w:val="002177E5"/>
    <w:pPr>
      <w:spacing w:after="200" w:line="276" w:lineRule="auto"/>
    </w:pPr>
  </w:style>
  <w:style w:type="paragraph" w:customStyle="1" w:styleId="A4DEF7C704DB40B293B19540CA95C2D68">
    <w:name w:val="A4DEF7C704DB40B293B19540CA95C2D68"/>
    <w:rsid w:val="002177E5"/>
    <w:pPr>
      <w:spacing w:after="200" w:line="276" w:lineRule="auto"/>
    </w:pPr>
  </w:style>
  <w:style w:type="paragraph" w:customStyle="1" w:styleId="3A7D4BE569314F89B35517255A4CDE088">
    <w:name w:val="3A7D4BE569314F89B35517255A4CDE088"/>
    <w:rsid w:val="002177E5"/>
    <w:pPr>
      <w:spacing w:after="200" w:line="276" w:lineRule="auto"/>
    </w:pPr>
  </w:style>
  <w:style w:type="paragraph" w:customStyle="1" w:styleId="2C70F9A7A51444D1B688F72229E15FCC8">
    <w:name w:val="2C70F9A7A51444D1B688F72229E15FCC8"/>
    <w:rsid w:val="002177E5"/>
    <w:pPr>
      <w:spacing w:after="200" w:line="276" w:lineRule="auto"/>
    </w:pPr>
  </w:style>
  <w:style w:type="paragraph" w:customStyle="1" w:styleId="A56D23639BD74F5E9D7AB38C08498EE58">
    <w:name w:val="A56D23639BD74F5E9D7AB38C08498EE58"/>
    <w:rsid w:val="002177E5"/>
    <w:pPr>
      <w:spacing w:after="200" w:line="276" w:lineRule="auto"/>
    </w:pPr>
  </w:style>
  <w:style w:type="paragraph" w:customStyle="1" w:styleId="614E9421971C49519DEA7CCB69C1C2B18">
    <w:name w:val="614E9421971C49519DEA7CCB69C1C2B18"/>
    <w:rsid w:val="002177E5"/>
    <w:pPr>
      <w:spacing w:after="200" w:line="276" w:lineRule="auto"/>
    </w:pPr>
  </w:style>
  <w:style w:type="paragraph" w:customStyle="1" w:styleId="A1981FA7FE334163A3A8250D7633F69C8">
    <w:name w:val="A1981FA7FE334163A3A8250D7633F69C8"/>
    <w:rsid w:val="002177E5"/>
    <w:pPr>
      <w:spacing w:after="200" w:line="276" w:lineRule="auto"/>
    </w:pPr>
  </w:style>
  <w:style w:type="paragraph" w:customStyle="1" w:styleId="F3CAC262247A498DAC350839197DB9C08">
    <w:name w:val="F3CAC262247A498DAC350839197DB9C08"/>
    <w:rsid w:val="002177E5"/>
    <w:pPr>
      <w:spacing w:after="200" w:line="276" w:lineRule="auto"/>
    </w:pPr>
  </w:style>
  <w:style w:type="paragraph" w:customStyle="1" w:styleId="D0C56321844D43B0A940F9C270691EA98">
    <w:name w:val="D0C56321844D43B0A940F9C270691EA98"/>
    <w:rsid w:val="002177E5"/>
    <w:pPr>
      <w:spacing w:after="200" w:line="276" w:lineRule="auto"/>
    </w:pPr>
  </w:style>
  <w:style w:type="paragraph" w:customStyle="1" w:styleId="9AEAA8A00F984FD5847384CF8071FCCB11">
    <w:name w:val="9AEAA8A00F984FD5847384CF8071FCCB11"/>
    <w:rsid w:val="002177E5"/>
    <w:pPr>
      <w:spacing w:after="200" w:line="276" w:lineRule="auto"/>
    </w:pPr>
  </w:style>
  <w:style w:type="paragraph" w:customStyle="1" w:styleId="4ECD2E2A723443D8A94A3611D7AEE62D6">
    <w:name w:val="4ECD2E2A723443D8A94A3611D7AEE62D6"/>
    <w:rsid w:val="002177E5"/>
    <w:pPr>
      <w:spacing w:after="200" w:line="276" w:lineRule="auto"/>
    </w:pPr>
  </w:style>
  <w:style w:type="paragraph" w:customStyle="1" w:styleId="9FED240ED8DB493AB11F00E518F2C76011">
    <w:name w:val="9FED240ED8DB493AB11F00E518F2C76011"/>
    <w:rsid w:val="002177E5"/>
    <w:pPr>
      <w:spacing w:after="200" w:line="276" w:lineRule="auto"/>
    </w:pPr>
  </w:style>
  <w:style w:type="paragraph" w:customStyle="1" w:styleId="D98A882CE73A40798FBE61242788209311">
    <w:name w:val="D98A882CE73A40798FBE61242788209311"/>
    <w:rsid w:val="002177E5"/>
    <w:pPr>
      <w:spacing w:after="200" w:line="276" w:lineRule="auto"/>
    </w:pPr>
  </w:style>
  <w:style w:type="paragraph" w:customStyle="1" w:styleId="C63AB792D8704E34A72EB2DDDCE53CD411">
    <w:name w:val="C63AB792D8704E34A72EB2DDDCE53CD411"/>
    <w:rsid w:val="002177E5"/>
    <w:pPr>
      <w:spacing w:after="200" w:line="276" w:lineRule="auto"/>
    </w:pPr>
  </w:style>
  <w:style w:type="paragraph" w:customStyle="1" w:styleId="8325075121064DAAAEF164CED23B2A9211">
    <w:name w:val="8325075121064DAAAEF164CED23B2A9211"/>
    <w:rsid w:val="002177E5"/>
    <w:pPr>
      <w:spacing w:after="200" w:line="276" w:lineRule="auto"/>
    </w:pPr>
  </w:style>
  <w:style w:type="paragraph" w:customStyle="1" w:styleId="F6F583F428324ED7B7212D51DE67295811">
    <w:name w:val="F6F583F428324ED7B7212D51DE67295811"/>
    <w:rsid w:val="002177E5"/>
    <w:pPr>
      <w:spacing w:after="200" w:line="276" w:lineRule="auto"/>
    </w:pPr>
  </w:style>
  <w:style w:type="paragraph" w:customStyle="1" w:styleId="96A4351A239147228C2BFBF424DB1B6710">
    <w:name w:val="96A4351A239147228C2BFBF424DB1B6710"/>
    <w:rsid w:val="002177E5"/>
    <w:pPr>
      <w:spacing w:after="200" w:line="276" w:lineRule="auto"/>
    </w:pPr>
  </w:style>
  <w:style w:type="paragraph" w:customStyle="1" w:styleId="B9A48EF9F3354B43B596B1EBC93E0E4E11">
    <w:name w:val="B9A48EF9F3354B43B596B1EBC93E0E4E11"/>
    <w:rsid w:val="002177E5"/>
    <w:pPr>
      <w:spacing w:after="200" w:line="276" w:lineRule="auto"/>
    </w:pPr>
  </w:style>
  <w:style w:type="paragraph" w:customStyle="1" w:styleId="787A2DCDAB554E0EA58B0872C6E3889911">
    <w:name w:val="787A2DCDAB554E0EA58B0872C6E3889911"/>
    <w:rsid w:val="002177E5"/>
    <w:pPr>
      <w:spacing w:after="200" w:line="276" w:lineRule="auto"/>
    </w:pPr>
  </w:style>
  <w:style w:type="paragraph" w:customStyle="1" w:styleId="F3110C8EF21E4CA89159D23FFD13929111">
    <w:name w:val="F3110C8EF21E4CA89159D23FFD13929111"/>
    <w:rsid w:val="002177E5"/>
    <w:pPr>
      <w:spacing w:after="200" w:line="276" w:lineRule="auto"/>
    </w:pPr>
  </w:style>
  <w:style w:type="paragraph" w:customStyle="1" w:styleId="10BA430DF3F042408257D556DDA650E911">
    <w:name w:val="10BA430DF3F042408257D556DDA650E911"/>
    <w:rsid w:val="002177E5"/>
    <w:pPr>
      <w:spacing w:after="200" w:line="276" w:lineRule="auto"/>
    </w:pPr>
  </w:style>
  <w:style w:type="paragraph" w:customStyle="1" w:styleId="28F6434D1F46457CB9A6E4A1A5BCEB4611">
    <w:name w:val="28F6434D1F46457CB9A6E4A1A5BCEB4611"/>
    <w:rsid w:val="002177E5"/>
    <w:pPr>
      <w:spacing w:after="200" w:line="276" w:lineRule="auto"/>
    </w:pPr>
  </w:style>
  <w:style w:type="paragraph" w:customStyle="1" w:styleId="32E44D96ADBC4BD0AF4E12DA5F70D38711">
    <w:name w:val="32E44D96ADBC4BD0AF4E12DA5F70D38711"/>
    <w:rsid w:val="002177E5"/>
    <w:pPr>
      <w:spacing w:after="200" w:line="276" w:lineRule="auto"/>
    </w:pPr>
  </w:style>
  <w:style w:type="paragraph" w:customStyle="1" w:styleId="DACDF91E0E714B2E85D8C6CF3F3786FA11">
    <w:name w:val="DACDF91E0E714B2E85D8C6CF3F3786FA11"/>
    <w:rsid w:val="002177E5"/>
    <w:pPr>
      <w:spacing w:after="200" w:line="276" w:lineRule="auto"/>
    </w:pPr>
  </w:style>
  <w:style w:type="paragraph" w:customStyle="1" w:styleId="4F891DA38BB04C7D80A1B2F6AF074ED111">
    <w:name w:val="4F891DA38BB04C7D80A1B2F6AF074ED111"/>
    <w:rsid w:val="002177E5"/>
    <w:pPr>
      <w:spacing w:after="200" w:line="276" w:lineRule="auto"/>
    </w:pPr>
  </w:style>
  <w:style w:type="paragraph" w:customStyle="1" w:styleId="1D699CF0F0B8413BB79800EA3A63640D11">
    <w:name w:val="1D699CF0F0B8413BB79800EA3A63640D11"/>
    <w:rsid w:val="002177E5"/>
    <w:pPr>
      <w:spacing w:after="200" w:line="276" w:lineRule="auto"/>
    </w:pPr>
  </w:style>
  <w:style w:type="paragraph" w:customStyle="1" w:styleId="A89EBA4095394ECE9127A0D75411736211">
    <w:name w:val="A89EBA4095394ECE9127A0D75411736211"/>
    <w:rsid w:val="002177E5"/>
    <w:pPr>
      <w:spacing w:after="200" w:line="276" w:lineRule="auto"/>
    </w:pPr>
  </w:style>
  <w:style w:type="paragraph" w:customStyle="1" w:styleId="02153F2E9C414A6DB0981FFEC04CEECB11">
    <w:name w:val="02153F2E9C414A6DB0981FFEC04CEECB11"/>
    <w:rsid w:val="002177E5"/>
    <w:pPr>
      <w:spacing w:after="200" w:line="276" w:lineRule="auto"/>
    </w:pPr>
  </w:style>
  <w:style w:type="paragraph" w:customStyle="1" w:styleId="F9A7C6BE2684490185F5FA589C6266F011">
    <w:name w:val="F9A7C6BE2684490185F5FA589C6266F011"/>
    <w:rsid w:val="002177E5"/>
    <w:pPr>
      <w:spacing w:after="200" w:line="276" w:lineRule="auto"/>
    </w:pPr>
  </w:style>
  <w:style w:type="paragraph" w:customStyle="1" w:styleId="A1AA6F3CBE344494B5216E38E3B2B08F11">
    <w:name w:val="A1AA6F3CBE344494B5216E38E3B2B08F11"/>
    <w:rsid w:val="002177E5"/>
    <w:pPr>
      <w:spacing w:after="200" w:line="276" w:lineRule="auto"/>
    </w:pPr>
  </w:style>
  <w:style w:type="paragraph" w:customStyle="1" w:styleId="CB016D15FE4846CC90F79D77ED76350511">
    <w:name w:val="CB016D15FE4846CC90F79D77ED76350511"/>
    <w:rsid w:val="002177E5"/>
    <w:pPr>
      <w:spacing w:after="200" w:line="276" w:lineRule="auto"/>
    </w:pPr>
  </w:style>
  <w:style w:type="paragraph" w:customStyle="1" w:styleId="B9E4E539693B4280BB061C114AB9D24C11">
    <w:name w:val="B9E4E539693B4280BB061C114AB9D24C11"/>
    <w:rsid w:val="002177E5"/>
    <w:pPr>
      <w:spacing w:after="200" w:line="276" w:lineRule="auto"/>
    </w:pPr>
  </w:style>
  <w:style w:type="paragraph" w:customStyle="1" w:styleId="185ADE67D8A4414B97D8694CF3C84BDC11">
    <w:name w:val="185ADE67D8A4414B97D8694CF3C84BDC11"/>
    <w:rsid w:val="002177E5"/>
    <w:pPr>
      <w:spacing w:after="200" w:line="276" w:lineRule="auto"/>
    </w:pPr>
  </w:style>
  <w:style w:type="paragraph" w:customStyle="1" w:styleId="9BB06A0F134444FBB21AC941E54A395011">
    <w:name w:val="9BB06A0F134444FBB21AC941E54A395011"/>
    <w:rsid w:val="002177E5"/>
    <w:pPr>
      <w:spacing w:after="200" w:line="276" w:lineRule="auto"/>
    </w:pPr>
  </w:style>
  <w:style w:type="paragraph" w:customStyle="1" w:styleId="108EE6F41228478492A8967852BC5E2411">
    <w:name w:val="108EE6F41228478492A8967852BC5E2411"/>
    <w:rsid w:val="002177E5"/>
    <w:pPr>
      <w:spacing w:after="200" w:line="276" w:lineRule="auto"/>
    </w:pPr>
  </w:style>
  <w:style w:type="paragraph" w:customStyle="1" w:styleId="5273657B97D2404BBE9250ECD4187CC911">
    <w:name w:val="5273657B97D2404BBE9250ECD4187CC911"/>
    <w:rsid w:val="002177E5"/>
    <w:pPr>
      <w:spacing w:after="200" w:line="276" w:lineRule="auto"/>
    </w:pPr>
  </w:style>
  <w:style w:type="paragraph" w:customStyle="1" w:styleId="A567BB517F1E4BF785FF66C1E7792A1711">
    <w:name w:val="A567BB517F1E4BF785FF66C1E7792A1711"/>
    <w:rsid w:val="002177E5"/>
    <w:pPr>
      <w:spacing w:after="200" w:line="276" w:lineRule="auto"/>
    </w:pPr>
  </w:style>
  <w:style w:type="paragraph" w:customStyle="1" w:styleId="03C66FBF284A4175820230CCE36F2C8D11">
    <w:name w:val="03C66FBF284A4175820230CCE36F2C8D11"/>
    <w:rsid w:val="002177E5"/>
    <w:pPr>
      <w:spacing w:after="200" w:line="276" w:lineRule="auto"/>
    </w:pPr>
  </w:style>
  <w:style w:type="paragraph" w:customStyle="1" w:styleId="31DF177FAF0347BB95CF91D2AB7D78C211">
    <w:name w:val="31DF177FAF0347BB95CF91D2AB7D78C211"/>
    <w:rsid w:val="002177E5"/>
    <w:pPr>
      <w:spacing w:after="200" w:line="276" w:lineRule="auto"/>
    </w:pPr>
  </w:style>
  <w:style w:type="paragraph" w:customStyle="1" w:styleId="A332782B1F074770A5812841CCE9CC7911">
    <w:name w:val="A332782B1F074770A5812841CCE9CC7911"/>
    <w:rsid w:val="002177E5"/>
    <w:pPr>
      <w:spacing w:after="200" w:line="276" w:lineRule="auto"/>
    </w:pPr>
  </w:style>
  <w:style w:type="paragraph" w:customStyle="1" w:styleId="CCE3552D061842C2967B081509A382E611">
    <w:name w:val="CCE3552D061842C2967B081509A382E611"/>
    <w:rsid w:val="002177E5"/>
    <w:pPr>
      <w:spacing w:after="200" w:line="276" w:lineRule="auto"/>
    </w:pPr>
  </w:style>
  <w:style w:type="paragraph" w:customStyle="1" w:styleId="71A6A65BE0E9451EA4056DF5A0B215DB11">
    <w:name w:val="71A6A65BE0E9451EA4056DF5A0B215DB11"/>
    <w:rsid w:val="002177E5"/>
    <w:pPr>
      <w:spacing w:after="200" w:line="276" w:lineRule="auto"/>
    </w:pPr>
  </w:style>
  <w:style w:type="paragraph" w:customStyle="1" w:styleId="98B2F9320AEF41379C884803AE0645AD11">
    <w:name w:val="98B2F9320AEF41379C884803AE0645AD11"/>
    <w:rsid w:val="002177E5"/>
    <w:pPr>
      <w:spacing w:after="200" w:line="276" w:lineRule="auto"/>
    </w:pPr>
  </w:style>
  <w:style w:type="paragraph" w:customStyle="1" w:styleId="03B8FB460BB74860B6F0861A9BA9548111">
    <w:name w:val="03B8FB460BB74860B6F0861A9BA9548111"/>
    <w:rsid w:val="002177E5"/>
    <w:pPr>
      <w:spacing w:after="200" w:line="276" w:lineRule="auto"/>
    </w:pPr>
  </w:style>
  <w:style w:type="paragraph" w:customStyle="1" w:styleId="365838D059914B72927A6B00C803FA4810">
    <w:name w:val="365838D059914B72927A6B00C803FA4810"/>
    <w:rsid w:val="002177E5"/>
    <w:pPr>
      <w:spacing w:after="200" w:line="276" w:lineRule="auto"/>
    </w:pPr>
  </w:style>
  <w:style w:type="paragraph" w:customStyle="1" w:styleId="AB99E45E070E48929C869409C17287F910">
    <w:name w:val="AB99E45E070E48929C869409C17287F910"/>
    <w:rsid w:val="002177E5"/>
    <w:pPr>
      <w:spacing w:after="200" w:line="276" w:lineRule="auto"/>
    </w:pPr>
  </w:style>
  <w:style w:type="paragraph" w:customStyle="1" w:styleId="7A01521791F74460BDB3F581458F3A5A10">
    <w:name w:val="7A01521791F74460BDB3F581458F3A5A10"/>
    <w:rsid w:val="002177E5"/>
    <w:pPr>
      <w:spacing w:after="200" w:line="276" w:lineRule="auto"/>
    </w:pPr>
  </w:style>
  <w:style w:type="paragraph" w:customStyle="1" w:styleId="81835CB1501A42C38BE02BEA9659E57210">
    <w:name w:val="81835CB1501A42C38BE02BEA9659E57210"/>
    <w:rsid w:val="002177E5"/>
    <w:pPr>
      <w:spacing w:after="200" w:line="276" w:lineRule="auto"/>
    </w:pPr>
  </w:style>
  <w:style w:type="paragraph" w:customStyle="1" w:styleId="3FF8856B62A84265A5C84529C3C5D96210">
    <w:name w:val="3FF8856B62A84265A5C84529C3C5D96210"/>
    <w:rsid w:val="002177E5"/>
    <w:pPr>
      <w:spacing w:after="200" w:line="276" w:lineRule="auto"/>
    </w:pPr>
  </w:style>
  <w:style w:type="paragraph" w:customStyle="1" w:styleId="38955F0542D44B0792AD27FD8AE499F110">
    <w:name w:val="38955F0542D44B0792AD27FD8AE499F110"/>
    <w:rsid w:val="002177E5"/>
    <w:pPr>
      <w:spacing w:after="200" w:line="276" w:lineRule="auto"/>
    </w:pPr>
  </w:style>
  <w:style w:type="paragraph" w:customStyle="1" w:styleId="E5E2A85F79DA4834B7AFAFF950EE8B7410">
    <w:name w:val="E5E2A85F79DA4834B7AFAFF950EE8B7410"/>
    <w:rsid w:val="002177E5"/>
    <w:pPr>
      <w:spacing w:after="200" w:line="276" w:lineRule="auto"/>
    </w:pPr>
  </w:style>
  <w:style w:type="paragraph" w:customStyle="1" w:styleId="B1E97A9144FD4775921D1B70AAF3391810">
    <w:name w:val="B1E97A9144FD4775921D1B70AAF3391810"/>
    <w:rsid w:val="002177E5"/>
    <w:pPr>
      <w:spacing w:after="200" w:line="276" w:lineRule="auto"/>
    </w:pPr>
  </w:style>
  <w:style w:type="paragraph" w:customStyle="1" w:styleId="7F3933508D5C4608B34DBA7E8FFE0D6010">
    <w:name w:val="7F3933508D5C4608B34DBA7E8FFE0D6010"/>
    <w:rsid w:val="002177E5"/>
    <w:pPr>
      <w:spacing w:after="200" w:line="276" w:lineRule="auto"/>
    </w:pPr>
  </w:style>
  <w:style w:type="paragraph" w:customStyle="1" w:styleId="ACBE0EFC4B5E428C871D26A9144B065010">
    <w:name w:val="ACBE0EFC4B5E428C871D26A9144B065010"/>
    <w:rsid w:val="002177E5"/>
    <w:pPr>
      <w:spacing w:after="200" w:line="276" w:lineRule="auto"/>
    </w:pPr>
  </w:style>
  <w:style w:type="paragraph" w:customStyle="1" w:styleId="1984DE374F924E0C9BC4F99108886C9A10">
    <w:name w:val="1984DE374F924E0C9BC4F99108886C9A10"/>
    <w:rsid w:val="002177E5"/>
    <w:pPr>
      <w:spacing w:after="200" w:line="276" w:lineRule="auto"/>
    </w:pPr>
  </w:style>
  <w:style w:type="paragraph" w:customStyle="1" w:styleId="EB375BA08DF64F1D965D0B750CA77E7310">
    <w:name w:val="EB375BA08DF64F1D965D0B750CA77E7310"/>
    <w:rsid w:val="002177E5"/>
    <w:pPr>
      <w:spacing w:after="200" w:line="276" w:lineRule="auto"/>
    </w:pPr>
  </w:style>
  <w:style w:type="paragraph" w:customStyle="1" w:styleId="E6BD942427B6472CBCABA3B1EC8F8E6110">
    <w:name w:val="E6BD942427B6472CBCABA3B1EC8F8E6110"/>
    <w:rsid w:val="002177E5"/>
    <w:pPr>
      <w:spacing w:after="200" w:line="276" w:lineRule="auto"/>
    </w:pPr>
  </w:style>
  <w:style w:type="paragraph" w:customStyle="1" w:styleId="6474EE482800414CBDA0B0858EC7040310">
    <w:name w:val="6474EE482800414CBDA0B0858EC7040310"/>
    <w:rsid w:val="002177E5"/>
    <w:pPr>
      <w:spacing w:after="200" w:line="276" w:lineRule="auto"/>
    </w:pPr>
  </w:style>
  <w:style w:type="paragraph" w:customStyle="1" w:styleId="130EEA536A6A4B1C870DDBB247D1666F10">
    <w:name w:val="130EEA536A6A4B1C870DDBB247D1666F10"/>
    <w:rsid w:val="002177E5"/>
    <w:pPr>
      <w:spacing w:after="200" w:line="276" w:lineRule="auto"/>
    </w:pPr>
  </w:style>
  <w:style w:type="paragraph" w:customStyle="1" w:styleId="5C3A7D73D147443AA194C06FB249942710">
    <w:name w:val="5C3A7D73D147443AA194C06FB249942710"/>
    <w:rsid w:val="002177E5"/>
    <w:pPr>
      <w:spacing w:after="200" w:line="276" w:lineRule="auto"/>
    </w:pPr>
  </w:style>
  <w:style w:type="paragraph" w:customStyle="1" w:styleId="63F193555AD9499CB710078DC26953EF10">
    <w:name w:val="63F193555AD9499CB710078DC26953EF10"/>
    <w:rsid w:val="002177E5"/>
    <w:pPr>
      <w:spacing w:after="200" w:line="276" w:lineRule="auto"/>
    </w:pPr>
  </w:style>
  <w:style w:type="paragraph" w:customStyle="1" w:styleId="577A7DFC1E1F40069740321DEF30D70410">
    <w:name w:val="577A7DFC1E1F40069740321DEF30D70410"/>
    <w:rsid w:val="002177E5"/>
    <w:pPr>
      <w:spacing w:after="200" w:line="276" w:lineRule="auto"/>
    </w:pPr>
  </w:style>
  <w:style w:type="paragraph" w:customStyle="1" w:styleId="F313C84236FE4FF7AC3B18406F4AE68510">
    <w:name w:val="F313C84236FE4FF7AC3B18406F4AE68510"/>
    <w:rsid w:val="002177E5"/>
    <w:pPr>
      <w:spacing w:after="200" w:line="276" w:lineRule="auto"/>
    </w:pPr>
  </w:style>
  <w:style w:type="paragraph" w:customStyle="1" w:styleId="BF0E036CDD4D45C3AB85A07BA2DD616310">
    <w:name w:val="BF0E036CDD4D45C3AB85A07BA2DD616310"/>
    <w:rsid w:val="002177E5"/>
    <w:pPr>
      <w:spacing w:after="200" w:line="276" w:lineRule="auto"/>
    </w:pPr>
  </w:style>
  <w:style w:type="paragraph" w:customStyle="1" w:styleId="47669BF0FCBE406AAD1E10B9812106B410">
    <w:name w:val="47669BF0FCBE406AAD1E10B9812106B410"/>
    <w:rsid w:val="002177E5"/>
    <w:pPr>
      <w:spacing w:after="200" w:line="276" w:lineRule="auto"/>
    </w:pPr>
  </w:style>
  <w:style w:type="paragraph" w:customStyle="1" w:styleId="DBE498F6C1F9478E9256B5C3C3B8D0FE10">
    <w:name w:val="DBE498F6C1F9478E9256B5C3C3B8D0FE10"/>
    <w:rsid w:val="002177E5"/>
    <w:pPr>
      <w:spacing w:after="200" w:line="276" w:lineRule="auto"/>
    </w:pPr>
  </w:style>
  <w:style w:type="paragraph" w:customStyle="1" w:styleId="BDE1C10464E64A0C81164B77F9A4AA5C10">
    <w:name w:val="BDE1C10464E64A0C81164B77F9A4AA5C10"/>
    <w:rsid w:val="002177E5"/>
    <w:pPr>
      <w:spacing w:after="200" w:line="276" w:lineRule="auto"/>
    </w:pPr>
  </w:style>
  <w:style w:type="paragraph" w:customStyle="1" w:styleId="648DBBF183FB40FAB6C79D4C05E49AA410">
    <w:name w:val="648DBBF183FB40FAB6C79D4C05E49AA410"/>
    <w:rsid w:val="002177E5"/>
    <w:pPr>
      <w:spacing w:after="200" w:line="276" w:lineRule="auto"/>
    </w:pPr>
  </w:style>
  <w:style w:type="paragraph" w:customStyle="1" w:styleId="1C09BEC26D3548A89E225D009B56BFFB10">
    <w:name w:val="1C09BEC26D3548A89E225D009B56BFFB10"/>
    <w:rsid w:val="002177E5"/>
    <w:pPr>
      <w:spacing w:after="200" w:line="276" w:lineRule="auto"/>
    </w:pPr>
  </w:style>
  <w:style w:type="paragraph" w:customStyle="1" w:styleId="860677CA9CD4419B8300F24B017CFBBE10">
    <w:name w:val="860677CA9CD4419B8300F24B017CFBBE10"/>
    <w:rsid w:val="002177E5"/>
    <w:pPr>
      <w:spacing w:after="200" w:line="276" w:lineRule="auto"/>
    </w:pPr>
  </w:style>
  <w:style w:type="paragraph" w:customStyle="1" w:styleId="6C42C24885A6479A8C655EDA93D92F2610">
    <w:name w:val="6C42C24885A6479A8C655EDA93D92F2610"/>
    <w:rsid w:val="002177E5"/>
    <w:pPr>
      <w:spacing w:after="200" w:line="276" w:lineRule="auto"/>
    </w:pPr>
  </w:style>
  <w:style w:type="paragraph" w:customStyle="1" w:styleId="AE78C549051C42ACAB0308BC3FBFBD2610">
    <w:name w:val="AE78C549051C42ACAB0308BC3FBFBD2610"/>
    <w:rsid w:val="002177E5"/>
    <w:pPr>
      <w:spacing w:after="200" w:line="276" w:lineRule="auto"/>
    </w:pPr>
  </w:style>
  <w:style w:type="paragraph" w:customStyle="1" w:styleId="BE156BEC2F1543B3B84B3D0F6AB9DFA010">
    <w:name w:val="BE156BEC2F1543B3B84B3D0F6AB9DFA010"/>
    <w:rsid w:val="002177E5"/>
    <w:pPr>
      <w:spacing w:after="200" w:line="276" w:lineRule="auto"/>
    </w:pPr>
  </w:style>
  <w:style w:type="paragraph" w:customStyle="1" w:styleId="AF0EAD1D64F34A3BAED0B738FADC88E510">
    <w:name w:val="AF0EAD1D64F34A3BAED0B738FADC88E510"/>
    <w:rsid w:val="002177E5"/>
    <w:pPr>
      <w:spacing w:after="200" w:line="276" w:lineRule="auto"/>
    </w:pPr>
  </w:style>
  <w:style w:type="paragraph" w:customStyle="1" w:styleId="B30D077B9E80489CBC3921A2CB4E1EA910">
    <w:name w:val="B30D077B9E80489CBC3921A2CB4E1EA910"/>
    <w:rsid w:val="002177E5"/>
    <w:pPr>
      <w:spacing w:after="200" w:line="276" w:lineRule="auto"/>
    </w:pPr>
  </w:style>
  <w:style w:type="paragraph" w:customStyle="1" w:styleId="6F253A2C3CB54B90B13DE772D5510E9010">
    <w:name w:val="6F253A2C3CB54B90B13DE772D5510E9010"/>
    <w:rsid w:val="002177E5"/>
    <w:pPr>
      <w:spacing w:after="200" w:line="276" w:lineRule="auto"/>
    </w:pPr>
  </w:style>
  <w:style w:type="paragraph" w:customStyle="1" w:styleId="45527F50F168459E8AAF279EDE532CE710">
    <w:name w:val="45527F50F168459E8AAF279EDE532CE710"/>
    <w:rsid w:val="002177E5"/>
    <w:pPr>
      <w:spacing w:after="200" w:line="276" w:lineRule="auto"/>
    </w:pPr>
  </w:style>
  <w:style w:type="paragraph" w:customStyle="1" w:styleId="223ED7C7FF504317987E8EEAB175823E10">
    <w:name w:val="223ED7C7FF504317987E8EEAB175823E10"/>
    <w:rsid w:val="002177E5"/>
    <w:pPr>
      <w:spacing w:after="200" w:line="276" w:lineRule="auto"/>
    </w:pPr>
  </w:style>
  <w:style w:type="paragraph" w:customStyle="1" w:styleId="382561513D864E89A7F5B2ED35D0B4FB10">
    <w:name w:val="382561513D864E89A7F5B2ED35D0B4FB10"/>
    <w:rsid w:val="002177E5"/>
    <w:pPr>
      <w:spacing w:after="200" w:line="276" w:lineRule="auto"/>
    </w:pPr>
  </w:style>
  <w:style w:type="paragraph" w:customStyle="1" w:styleId="6FB8029AD57A43688881BB3956AD758410">
    <w:name w:val="6FB8029AD57A43688881BB3956AD758410"/>
    <w:rsid w:val="002177E5"/>
    <w:pPr>
      <w:spacing w:after="200" w:line="276" w:lineRule="auto"/>
    </w:pPr>
  </w:style>
  <w:style w:type="paragraph" w:customStyle="1" w:styleId="4E94F9A2603C4983BA3B0504CD2EAA1C10">
    <w:name w:val="4E94F9A2603C4983BA3B0504CD2EAA1C10"/>
    <w:rsid w:val="002177E5"/>
    <w:pPr>
      <w:spacing w:after="200" w:line="276" w:lineRule="auto"/>
    </w:pPr>
  </w:style>
  <w:style w:type="paragraph" w:customStyle="1" w:styleId="E04E403C73F946B4851616310A6929B310">
    <w:name w:val="E04E403C73F946B4851616310A6929B310"/>
    <w:rsid w:val="002177E5"/>
    <w:pPr>
      <w:spacing w:after="200" w:line="276" w:lineRule="auto"/>
    </w:pPr>
  </w:style>
  <w:style w:type="paragraph" w:customStyle="1" w:styleId="3ABA4D8D41C3426DAE8A6DAAE90D994910">
    <w:name w:val="3ABA4D8D41C3426DAE8A6DAAE90D994910"/>
    <w:rsid w:val="002177E5"/>
    <w:pPr>
      <w:spacing w:after="200" w:line="276" w:lineRule="auto"/>
    </w:pPr>
  </w:style>
  <w:style w:type="paragraph" w:customStyle="1" w:styleId="5D2CE74C94BA4FF9BA3E7FF60B8F469F10">
    <w:name w:val="5D2CE74C94BA4FF9BA3E7FF60B8F469F10"/>
    <w:rsid w:val="002177E5"/>
    <w:pPr>
      <w:spacing w:after="200" w:line="276" w:lineRule="auto"/>
    </w:pPr>
  </w:style>
  <w:style w:type="paragraph" w:customStyle="1" w:styleId="1A40ED76AD1B4809A5CD97D17ED8C1B410">
    <w:name w:val="1A40ED76AD1B4809A5CD97D17ED8C1B410"/>
    <w:rsid w:val="002177E5"/>
    <w:pPr>
      <w:spacing w:after="200" w:line="276" w:lineRule="auto"/>
    </w:pPr>
  </w:style>
  <w:style w:type="paragraph" w:customStyle="1" w:styleId="45253DD0687D4008BDF37282EE6E106610">
    <w:name w:val="45253DD0687D4008BDF37282EE6E106610"/>
    <w:rsid w:val="002177E5"/>
    <w:pPr>
      <w:spacing w:after="200" w:line="276" w:lineRule="auto"/>
    </w:pPr>
  </w:style>
  <w:style w:type="paragraph" w:customStyle="1" w:styleId="32C912404EA14AF19458E0297ED04D4B10">
    <w:name w:val="32C912404EA14AF19458E0297ED04D4B10"/>
    <w:rsid w:val="002177E5"/>
    <w:pPr>
      <w:spacing w:after="200" w:line="276" w:lineRule="auto"/>
    </w:pPr>
  </w:style>
  <w:style w:type="paragraph" w:customStyle="1" w:styleId="7FBCCF483FE448D491FB31774444E29D10">
    <w:name w:val="7FBCCF483FE448D491FB31774444E29D10"/>
    <w:rsid w:val="002177E5"/>
    <w:pPr>
      <w:spacing w:after="200" w:line="276" w:lineRule="auto"/>
    </w:pPr>
  </w:style>
  <w:style w:type="paragraph" w:customStyle="1" w:styleId="62BAD36F4F8A44C7B4EA7199E29B388F10">
    <w:name w:val="62BAD36F4F8A44C7B4EA7199E29B388F10"/>
    <w:rsid w:val="002177E5"/>
    <w:pPr>
      <w:spacing w:after="200" w:line="276" w:lineRule="auto"/>
    </w:pPr>
  </w:style>
  <w:style w:type="paragraph" w:customStyle="1" w:styleId="33B24FEBFBE44545A2D7E533DED4BD3710">
    <w:name w:val="33B24FEBFBE44545A2D7E533DED4BD3710"/>
    <w:rsid w:val="002177E5"/>
    <w:pPr>
      <w:spacing w:after="200" w:line="276" w:lineRule="auto"/>
    </w:pPr>
  </w:style>
  <w:style w:type="paragraph" w:customStyle="1" w:styleId="95C3D0D3D74E42268DB5E55C2C1618909">
    <w:name w:val="95C3D0D3D74E42268DB5E55C2C1618909"/>
    <w:rsid w:val="002177E5"/>
    <w:pPr>
      <w:spacing w:after="200" w:line="276" w:lineRule="auto"/>
    </w:pPr>
  </w:style>
  <w:style w:type="paragraph" w:customStyle="1" w:styleId="253498E8C83042419E9074A905DF2FF39">
    <w:name w:val="253498E8C83042419E9074A905DF2FF39"/>
    <w:rsid w:val="002177E5"/>
    <w:pPr>
      <w:spacing w:after="200" w:line="276" w:lineRule="auto"/>
    </w:pPr>
  </w:style>
  <w:style w:type="paragraph" w:customStyle="1" w:styleId="B335631F27294A2F99F52B5BA6B3BC5F9">
    <w:name w:val="B335631F27294A2F99F52B5BA6B3BC5F9"/>
    <w:rsid w:val="002177E5"/>
    <w:pPr>
      <w:spacing w:after="200" w:line="276" w:lineRule="auto"/>
    </w:pPr>
  </w:style>
  <w:style w:type="paragraph" w:customStyle="1" w:styleId="A1A08283464344D8AF486D9B5CC2BAAB9">
    <w:name w:val="A1A08283464344D8AF486D9B5CC2BAAB9"/>
    <w:rsid w:val="002177E5"/>
    <w:pPr>
      <w:spacing w:after="200" w:line="276" w:lineRule="auto"/>
    </w:pPr>
  </w:style>
  <w:style w:type="paragraph" w:customStyle="1" w:styleId="D81BF0E6FE3442039BABDC66670FFF0D9">
    <w:name w:val="D81BF0E6FE3442039BABDC66670FFF0D9"/>
    <w:rsid w:val="002177E5"/>
    <w:pPr>
      <w:spacing w:after="200" w:line="276" w:lineRule="auto"/>
    </w:pPr>
  </w:style>
  <w:style w:type="paragraph" w:customStyle="1" w:styleId="D68A08BEDA9045CBBA0AA59C080ACB569">
    <w:name w:val="D68A08BEDA9045CBBA0AA59C080ACB569"/>
    <w:rsid w:val="002177E5"/>
    <w:pPr>
      <w:spacing w:after="200" w:line="276" w:lineRule="auto"/>
    </w:pPr>
  </w:style>
  <w:style w:type="paragraph" w:customStyle="1" w:styleId="553F8DCD51A145FDA48DA2C3DDFA72F99">
    <w:name w:val="553F8DCD51A145FDA48DA2C3DDFA72F99"/>
    <w:rsid w:val="002177E5"/>
    <w:pPr>
      <w:spacing w:after="200" w:line="276" w:lineRule="auto"/>
    </w:pPr>
  </w:style>
  <w:style w:type="paragraph" w:customStyle="1" w:styleId="B052F45FD5E44EB991A067077EAA23EC9">
    <w:name w:val="B052F45FD5E44EB991A067077EAA23EC9"/>
    <w:rsid w:val="002177E5"/>
    <w:pPr>
      <w:spacing w:after="200" w:line="276" w:lineRule="auto"/>
    </w:pPr>
  </w:style>
  <w:style w:type="paragraph" w:customStyle="1" w:styleId="6CDDEC44BCA146C7B2CF8FC91090E7349">
    <w:name w:val="6CDDEC44BCA146C7B2CF8FC91090E7349"/>
    <w:rsid w:val="002177E5"/>
    <w:pPr>
      <w:spacing w:after="200" w:line="276" w:lineRule="auto"/>
    </w:pPr>
  </w:style>
  <w:style w:type="paragraph" w:customStyle="1" w:styleId="D59AA98BFBFE4C96AE4B0ED934DA2C109">
    <w:name w:val="D59AA98BFBFE4C96AE4B0ED934DA2C109"/>
    <w:rsid w:val="002177E5"/>
    <w:pPr>
      <w:spacing w:after="200" w:line="276" w:lineRule="auto"/>
    </w:pPr>
  </w:style>
  <w:style w:type="paragraph" w:customStyle="1" w:styleId="D0FC822CB1DB4B86AEA97D39D23B78789">
    <w:name w:val="D0FC822CB1DB4B86AEA97D39D23B78789"/>
    <w:rsid w:val="002177E5"/>
    <w:pPr>
      <w:spacing w:after="200" w:line="276" w:lineRule="auto"/>
    </w:pPr>
  </w:style>
  <w:style w:type="paragraph" w:customStyle="1" w:styleId="40409FEADE30440DB9E89C1E4539BEF19">
    <w:name w:val="40409FEADE30440DB9E89C1E4539BEF19"/>
    <w:rsid w:val="002177E5"/>
    <w:pPr>
      <w:spacing w:after="200" w:line="276" w:lineRule="auto"/>
    </w:pPr>
  </w:style>
  <w:style w:type="paragraph" w:customStyle="1" w:styleId="61C9730EC8034A00BD93CAF9C89F30D59">
    <w:name w:val="61C9730EC8034A00BD93CAF9C89F30D59"/>
    <w:rsid w:val="002177E5"/>
    <w:pPr>
      <w:spacing w:after="200" w:line="276" w:lineRule="auto"/>
    </w:pPr>
  </w:style>
  <w:style w:type="paragraph" w:customStyle="1" w:styleId="FB2C3228D9CA4012A42FEC8D8CA498479">
    <w:name w:val="FB2C3228D9CA4012A42FEC8D8CA498479"/>
    <w:rsid w:val="002177E5"/>
    <w:pPr>
      <w:spacing w:after="200" w:line="276" w:lineRule="auto"/>
    </w:pPr>
  </w:style>
  <w:style w:type="paragraph" w:customStyle="1" w:styleId="C9EF37C4E9ED42F0AE51C3FB807AC8949">
    <w:name w:val="C9EF37C4E9ED42F0AE51C3FB807AC8949"/>
    <w:rsid w:val="002177E5"/>
    <w:pPr>
      <w:spacing w:after="200" w:line="276" w:lineRule="auto"/>
    </w:pPr>
  </w:style>
  <w:style w:type="paragraph" w:customStyle="1" w:styleId="6955F58B115C425FBC6B147D47E95D859">
    <w:name w:val="6955F58B115C425FBC6B147D47E95D859"/>
    <w:rsid w:val="002177E5"/>
    <w:pPr>
      <w:spacing w:after="200" w:line="276" w:lineRule="auto"/>
    </w:pPr>
  </w:style>
  <w:style w:type="paragraph" w:customStyle="1" w:styleId="C592AA76BE1A4F6FAEA18B80AA9EEAA99">
    <w:name w:val="C592AA76BE1A4F6FAEA18B80AA9EEAA99"/>
    <w:rsid w:val="002177E5"/>
    <w:pPr>
      <w:spacing w:after="200" w:line="276" w:lineRule="auto"/>
    </w:pPr>
  </w:style>
  <w:style w:type="paragraph" w:customStyle="1" w:styleId="4458E34E141B466580BFD839F14E0A2A9">
    <w:name w:val="4458E34E141B466580BFD839F14E0A2A9"/>
    <w:rsid w:val="002177E5"/>
    <w:pPr>
      <w:spacing w:after="200" w:line="276" w:lineRule="auto"/>
    </w:pPr>
  </w:style>
  <w:style w:type="paragraph" w:customStyle="1" w:styleId="8627827531E94CB39B2066CA30DE3B597">
    <w:name w:val="8627827531E94CB39B2066CA30DE3B597"/>
    <w:rsid w:val="002177E5"/>
    <w:pPr>
      <w:spacing w:after="200" w:line="276" w:lineRule="auto"/>
    </w:pPr>
  </w:style>
  <w:style w:type="paragraph" w:customStyle="1" w:styleId="1C6E7260716445318A69FE9FF0933F422">
    <w:name w:val="1C6E7260716445318A69FE9FF0933F422"/>
    <w:rsid w:val="002177E5"/>
    <w:pPr>
      <w:spacing w:after="200" w:line="276" w:lineRule="auto"/>
    </w:pPr>
  </w:style>
  <w:style w:type="paragraph" w:customStyle="1" w:styleId="D2E5A85F0A424B10BE1CDB9EDA0E0C919">
    <w:name w:val="D2E5A85F0A424B10BE1CDB9EDA0E0C919"/>
    <w:rsid w:val="002177E5"/>
    <w:pPr>
      <w:spacing w:after="200" w:line="276" w:lineRule="auto"/>
    </w:pPr>
  </w:style>
  <w:style w:type="paragraph" w:customStyle="1" w:styleId="DF0772169B014E5E9AE4C275CF01A3349">
    <w:name w:val="DF0772169B014E5E9AE4C275CF01A3349"/>
    <w:rsid w:val="002177E5"/>
    <w:pPr>
      <w:spacing w:after="200" w:line="276" w:lineRule="auto"/>
    </w:pPr>
  </w:style>
  <w:style w:type="paragraph" w:customStyle="1" w:styleId="F039819EF1A446FD8D252F45BD2360DD2">
    <w:name w:val="F039819EF1A446FD8D252F45BD2360DD2"/>
    <w:rsid w:val="002177E5"/>
    <w:pPr>
      <w:spacing w:after="200" w:line="276" w:lineRule="auto"/>
    </w:pPr>
  </w:style>
  <w:style w:type="paragraph" w:customStyle="1" w:styleId="068FBAC861654951A787BB80FCF572749">
    <w:name w:val="068FBAC861654951A787BB80FCF572749"/>
    <w:rsid w:val="002177E5"/>
    <w:pPr>
      <w:spacing w:after="200" w:line="276" w:lineRule="auto"/>
    </w:pPr>
  </w:style>
  <w:style w:type="paragraph" w:customStyle="1" w:styleId="BFFDB8C26A4D4D158E1FBD8FDCD8A5937">
    <w:name w:val="BFFDB8C26A4D4D158E1FBD8FDCD8A5937"/>
    <w:rsid w:val="002177E5"/>
    <w:pPr>
      <w:spacing w:after="200" w:line="276" w:lineRule="auto"/>
    </w:pPr>
  </w:style>
  <w:style w:type="paragraph" w:customStyle="1" w:styleId="0364C0214CBB4A05A15AD02996CDFAEE2">
    <w:name w:val="0364C0214CBB4A05A15AD02996CDFAEE2"/>
    <w:rsid w:val="002177E5"/>
    <w:pPr>
      <w:spacing w:after="200" w:line="276" w:lineRule="auto"/>
    </w:pPr>
  </w:style>
  <w:style w:type="paragraph" w:customStyle="1" w:styleId="54B32C8D6EAF461A967E203482BBED2C6">
    <w:name w:val="54B32C8D6EAF461A967E203482BBED2C6"/>
    <w:rsid w:val="002177E5"/>
    <w:pPr>
      <w:spacing w:after="200" w:line="276" w:lineRule="auto"/>
    </w:pPr>
  </w:style>
  <w:style w:type="paragraph" w:customStyle="1" w:styleId="54967AD219644EFEAF40D5FDF1526A4E6">
    <w:name w:val="54967AD219644EFEAF40D5FDF1526A4E6"/>
    <w:rsid w:val="002177E5"/>
    <w:pPr>
      <w:spacing w:after="200" w:line="276" w:lineRule="auto"/>
    </w:pPr>
  </w:style>
  <w:style w:type="paragraph" w:customStyle="1" w:styleId="764E7948D7C341B0AB3C69697E12B3796">
    <w:name w:val="764E7948D7C341B0AB3C69697E12B3796"/>
    <w:rsid w:val="002177E5"/>
    <w:pPr>
      <w:spacing w:after="200" w:line="276" w:lineRule="auto"/>
    </w:pPr>
  </w:style>
  <w:style w:type="paragraph" w:customStyle="1" w:styleId="EF307A23E74B4B99AC1634C8EDDEEABE9">
    <w:name w:val="EF307A23E74B4B99AC1634C8EDDEEABE9"/>
    <w:rsid w:val="002177E5"/>
    <w:pPr>
      <w:spacing w:after="200" w:line="276" w:lineRule="auto"/>
    </w:pPr>
  </w:style>
  <w:style w:type="paragraph" w:customStyle="1" w:styleId="DDE3BCC48F3141C6B0B0C54C3D9FC3849">
    <w:name w:val="DDE3BCC48F3141C6B0B0C54C3D9FC3849"/>
    <w:rsid w:val="002177E5"/>
    <w:pPr>
      <w:spacing w:after="200" w:line="276" w:lineRule="auto"/>
    </w:pPr>
  </w:style>
  <w:style w:type="paragraph" w:customStyle="1" w:styleId="589DADF131284E5983A48F99974CFBC29">
    <w:name w:val="589DADF131284E5983A48F99974CFBC29"/>
    <w:rsid w:val="002177E5"/>
    <w:pPr>
      <w:spacing w:after="200" w:line="276" w:lineRule="auto"/>
    </w:pPr>
  </w:style>
  <w:style w:type="paragraph" w:customStyle="1" w:styleId="C475619E64FB42ADB156EB10553125F49">
    <w:name w:val="C475619E64FB42ADB156EB10553125F49"/>
    <w:rsid w:val="002177E5"/>
    <w:pPr>
      <w:spacing w:after="200" w:line="276" w:lineRule="auto"/>
    </w:pPr>
  </w:style>
  <w:style w:type="paragraph" w:customStyle="1" w:styleId="F197B62FCB33418F94331202AE41ACBD9">
    <w:name w:val="F197B62FCB33418F94331202AE41ACBD9"/>
    <w:rsid w:val="002177E5"/>
    <w:pPr>
      <w:spacing w:after="200" w:line="276" w:lineRule="auto"/>
    </w:pPr>
  </w:style>
  <w:style w:type="paragraph" w:customStyle="1" w:styleId="EF990AC868FB4AEDAAAAD813799CDEFD9">
    <w:name w:val="EF990AC868FB4AEDAAAAD813799CDEFD9"/>
    <w:rsid w:val="002177E5"/>
    <w:pPr>
      <w:spacing w:after="200" w:line="276" w:lineRule="auto"/>
    </w:pPr>
  </w:style>
  <w:style w:type="paragraph" w:customStyle="1" w:styleId="8BE12D6F4B504073B0AF26E44946139C9">
    <w:name w:val="8BE12D6F4B504073B0AF26E44946139C9"/>
    <w:rsid w:val="002177E5"/>
    <w:pPr>
      <w:spacing w:after="200" w:line="276" w:lineRule="auto"/>
    </w:pPr>
  </w:style>
  <w:style w:type="paragraph" w:customStyle="1" w:styleId="AB93FC235CDA4BDEA236D2A64F11E3379">
    <w:name w:val="AB93FC235CDA4BDEA236D2A64F11E3379"/>
    <w:rsid w:val="002177E5"/>
    <w:pPr>
      <w:spacing w:after="200" w:line="276" w:lineRule="auto"/>
    </w:pPr>
  </w:style>
  <w:style w:type="paragraph" w:customStyle="1" w:styleId="B7151087BFAB466C8AD489D97726FD7D9">
    <w:name w:val="B7151087BFAB466C8AD489D97726FD7D9"/>
    <w:rsid w:val="002177E5"/>
    <w:pPr>
      <w:spacing w:after="200" w:line="276" w:lineRule="auto"/>
    </w:pPr>
  </w:style>
  <w:style w:type="paragraph" w:customStyle="1" w:styleId="DBF7A78951804D1782B70D0113FDF31B9">
    <w:name w:val="DBF7A78951804D1782B70D0113FDF31B9"/>
    <w:rsid w:val="002177E5"/>
    <w:pPr>
      <w:spacing w:after="200" w:line="276" w:lineRule="auto"/>
    </w:pPr>
  </w:style>
  <w:style w:type="paragraph" w:customStyle="1" w:styleId="D8473262A7604010B5004F3A46A688029">
    <w:name w:val="D8473262A7604010B5004F3A46A688029"/>
    <w:rsid w:val="002177E5"/>
    <w:pPr>
      <w:spacing w:after="200" w:line="276" w:lineRule="auto"/>
    </w:pPr>
  </w:style>
  <w:style w:type="paragraph" w:customStyle="1" w:styleId="135E59A84A724A4EA8F5D1AC8D26DED49">
    <w:name w:val="135E59A84A724A4EA8F5D1AC8D26DED49"/>
    <w:rsid w:val="002177E5"/>
    <w:pPr>
      <w:spacing w:after="200" w:line="276" w:lineRule="auto"/>
    </w:pPr>
  </w:style>
  <w:style w:type="paragraph" w:customStyle="1" w:styleId="4B94155B3F004F50B7BEC8840B13B1619">
    <w:name w:val="4B94155B3F004F50B7BEC8840B13B1619"/>
    <w:rsid w:val="002177E5"/>
    <w:pPr>
      <w:spacing w:after="200" w:line="276" w:lineRule="auto"/>
    </w:pPr>
  </w:style>
  <w:style w:type="paragraph" w:customStyle="1" w:styleId="41F3B94A26CB4C19850EDF85B346C6C29">
    <w:name w:val="41F3B94A26CB4C19850EDF85B346C6C29"/>
    <w:rsid w:val="002177E5"/>
    <w:pPr>
      <w:spacing w:after="200" w:line="276" w:lineRule="auto"/>
    </w:pPr>
  </w:style>
  <w:style w:type="paragraph" w:customStyle="1" w:styleId="DFA4FCA7ADED4C4D8E96CC217C6A5D489">
    <w:name w:val="DFA4FCA7ADED4C4D8E96CC217C6A5D489"/>
    <w:rsid w:val="002177E5"/>
    <w:pPr>
      <w:spacing w:after="200" w:line="276" w:lineRule="auto"/>
    </w:pPr>
  </w:style>
  <w:style w:type="paragraph" w:customStyle="1" w:styleId="8F21CC03DDEC41F9860887C2FD63991E9">
    <w:name w:val="8F21CC03DDEC41F9860887C2FD63991E9"/>
    <w:rsid w:val="002177E5"/>
    <w:pPr>
      <w:spacing w:after="200" w:line="276" w:lineRule="auto"/>
    </w:pPr>
  </w:style>
  <w:style w:type="paragraph" w:customStyle="1" w:styleId="3072858C767B47C1B3EF67A7B4B58BD89">
    <w:name w:val="3072858C767B47C1B3EF67A7B4B58BD89"/>
    <w:rsid w:val="002177E5"/>
    <w:pPr>
      <w:spacing w:after="200" w:line="276" w:lineRule="auto"/>
    </w:pPr>
  </w:style>
  <w:style w:type="paragraph" w:customStyle="1" w:styleId="0FBD0517325D4A7DA3964CB3D8DF28709">
    <w:name w:val="0FBD0517325D4A7DA3964CB3D8DF28709"/>
    <w:rsid w:val="002177E5"/>
    <w:pPr>
      <w:spacing w:after="200" w:line="276" w:lineRule="auto"/>
    </w:pPr>
  </w:style>
  <w:style w:type="paragraph" w:customStyle="1" w:styleId="D1268C8B7C3A48258C8D2568A4782CF19">
    <w:name w:val="D1268C8B7C3A48258C8D2568A4782CF19"/>
    <w:rsid w:val="002177E5"/>
    <w:pPr>
      <w:spacing w:after="200" w:line="276" w:lineRule="auto"/>
    </w:pPr>
  </w:style>
  <w:style w:type="paragraph" w:customStyle="1" w:styleId="2B7C429AEFC14AB8B007B5D458D0F4929">
    <w:name w:val="2B7C429AEFC14AB8B007B5D458D0F4929"/>
    <w:rsid w:val="002177E5"/>
    <w:pPr>
      <w:spacing w:after="200" w:line="276" w:lineRule="auto"/>
    </w:pPr>
  </w:style>
  <w:style w:type="paragraph" w:customStyle="1" w:styleId="1D3CA07C42FC4B8198599F8B056280B29">
    <w:name w:val="1D3CA07C42FC4B8198599F8B056280B29"/>
    <w:rsid w:val="002177E5"/>
    <w:pPr>
      <w:spacing w:after="200" w:line="276" w:lineRule="auto"/>
    </w:pPr>
  </w:style>
  <w:style w:type="paragraph" w:customStyle="1" w:styleId="56100998329F4BCE95470721349527019">
    <w:name w:val="56100998329F4BCE95470721349527019"/>
    <w:rsid w:val="002177E5"/>
    <w:pPr>
      <w:spacing w:after="200" w:line="276" w:lineRule="auto"/>
    </w:pPr>
  </w:style>
  <w:style w:type="paragraph" w:customStyle="1" w:styleId="D61A5368856246FC8013BB8A67D0B8CA9">
    <w:name w:val="D61A5368856246FC8013BB8A67D0B8CA9"/>
    <w:rsid w:val="002177E5"/>
    <w:pPr>
      <w:spacing w:after="200" w:line="276" w:lineRule="auto"/>
    </w:pPr>
  </w:style>
  <w:style w:type="paragraph" w:customStyle="1" w:styleId="7D01726AED6B4F74960CB8162977AFF69">
    <w:name w:val="7D01726AED6B4F74960CB8162977AFF69"/>
    <w:rsid w:val="002177E5"/>
    <w:pPr>
      <w:spacing w:after="200" w:line="276" w:lineRule="auto"/>
    </w:pPr>
  </w:style>
  <w:style w:type="paragraph" w:customStyle="1" w:styleId="C611DE52FBB846B2A106988CAECCF6DF9">
    <w:name w:val="C611DE52FBB846B2A106988CAECCF6DF9"/>
    <w:rsid w:val="002177E5"/>
    <w:pPr>
      <w:spacing w:after="200" w:line="276" w:lineRule="auto"/>
    </w:pPr>
  </w:style>
  <w:style w:type="paragraph" w:customStyle="1" w:styleId="1F1D19BA9FF047A4BD96C992602EB9989">
    <w:name w:val="1F1D19BA9FF047A4BD96C992602EB9989"/>
    <w:rsid w:val="002177E5"/>
    <w:pPr>
      <w:spacing w:after="200" w:line="276" w:lineRule="auto"/>
    </w:pPr>
  </w:style>
  <w:style w:type="paragraph" w:customStyle="1" w:styleId="CE0FCFBFFAAF4DE2B5C4F42E145586DE9">
    <w:name w:val="CE0FCFBFFAAF4DE2B5C4F42E145586DE9"/>
    <w:rsid w:val="002177E5"/>
    <w:pPr>
      <w:spacing w:after="200" w:line="276" w:lineRule="auto"/>
    </w:pPr>
  </w:style>
  <w:style w:type="paragraph" w:customStyle="1" w:styleId="215A6D4D5B954E7AAC611F67939865219">
    <w:name w:val="215A6D4D5B954E7AAC611F67939865219"/>
    <w:rsid w:val="002177E5"/>
    <w:pPr>
      <w:spacing w:after="200" w:line="276" w:lineRule="auto"/>
    </w:pPr>
  </w:style>
  <w:style w:type="paragraph" w:customStyle="1" w:styleId="FCEFDF7BD9434FF5932709F202CFA2439">
    <w:name w:val="FCEFDF7BD9434FF5932709F202CFA2439"/>
    <w:rsid w:val="002177E5"/>
    <w:pPr>
      <w:spacing w:after="200" w:line="276" w:lineRule="auto"/>
    </w:pPr>
  </w:style>
  <w:style w:type="paragraph" w:customStyle="1" w:styleId="6C201FBAD7D84CC88CE9343C9463A4B39">
    <w:name w:val="6C201FBAD7D84CC88CE9343C9463A4B39"/>
    <w:rsid w:val="002177E5"/>
    <w:pPr>
      <w:spacing w:after="200" w:line="276" w:lineRule="auto"/>
    </w:pPr>
  </w:style>
  <w:style w:type="paragraph" w:customStyle="1" w:styleId="D7C6D8CC0FC148FC943EE5E4E17825B99">
    <w:name w:val="D7C6D8CC0FC148FC943EE5E4E17825B99"/>
    <w:rsid w:val="002177E5"/>
    <w:pPr>
      <w:spacing w:after="200" w:line="276" w:lineRule="auto"/>
    </w:pPr>
  </w:style>
  <w:style w:type="paragraph" w:customStyle="1" w:styleId="967EF32F25CA460EAB71DB47682F3E549">
    <w:name w:val="967EF32F25CA460EAB71DB47682F3E549"/>
    <w:rsid w:val="002177E5"/>
    <w:pPr>
      <w:spacing w:after="200" w:line="276" w:lineRule="auto"/>
    </w:pPr>
  </w:style>
  <w:style w:type="paragraph" w:customStyle="1" w:styleId="A4DEF7C704DB40B293B19540CA95C2D69">
    <w:name w:val="A4DEF7C704DB40B293B19540CA95C2D69"/>
    <w:rsid w:val="002177E5"/>
    <w:pPr>
      <w:spacing w:after="200" w:line="276" w:lineRule="auto"/>
    </w:pPr>
  </w:style>
  <w:style w:type="paragraph" w:customStyle="1" w:styleId="3A7D4BE569314F89B35517255A4CDE089">
    <w:name w:val="3A7D4BE569314F89B35517255A4CDE089"/>
    <w:rsid w:val="002177E5"/>
    <w:pPr>
      <w:spacing w:after="200" w:line="276" w:lineRule="auto"/>
    </w:pPr>
  </w:style>
  <w:style w:type="paragraph" w:customStyle="1" w:styleId="2C70F9A7A51444D1B688F72229E15FCC9">
    <w:name w:val="2C70F9A7A51444D1B688F72229E15FCC9"/>
    <w:rsid w:val="002177E5"/>
    <w:pPr>
      <w:spacing w:after="200" w:line="276" w:lineRule="auto"/>
    </w:pPr>
  </w:style>
  <w:style w:type="paragraph" w:customStyle="1" w:styleId="A56D23639BD74F5E9D7AB38C08498EE59">
    <w:name w:val="A56D23639BD74F5E9D7AB38C08498EE59"/>
    <w:rsid w:val="002177E5"/>
    <w:pPr>
      <w:spacing w:after="200" w:line="276" w:lineRule="auto"/>
    </w:pPr>
  </w:style>
  <w:style w:type="paragraph" w:customStyle="1" w:styleId="614E9421971C49519DEA7CCB69C1C2B19">
    <w:name w:val="614E9421971C49519DEA7CCB69C1C2B19"/>
    <w:rsid w:val="002177E5"/>
    <w:pPr>
      <w:spacing w:after="200" w:line="276" w:lineRule="auto"/>
    </w:pPr>
  </w:style>
  <w:style w:type="paragraph" w:customStyle="1" w:styleId="A1981FA7FE334163A3A8250D7633F69C9">
    <w:name w:val="A1981FA7FE334163A3A8250D7633F69C9"/>
    <w:rsid w:val="002177E5"/>
    <w:pPr>
      <w:spacing w:after="200" w:line="276" w:lineRule="auto"/>
    </w:pPr>
  </w:style>
  <w:style w:type="paragraph" w:customStyle="1" w:styleId="F3CAC262247A498DAC350839197DB9C09">
    <w:name w:val="F3CAC262247A498DAC350839197DB9C09"/>
    <w:rsid w:val="002177E5"/>
    <w:pPr>
      <w:spacing w:after="200" w:line="276" w:lineRule="auto"/>
    </w:pPr>
  </w:style>
  <w:style w:type="paragraph" w:customStyle="1" w:styleId="D0C56321844D43B0A940F9C270691EA99">
    <w:name w:val="D0C56321844D43B0A940F9C270691EA99"/>
    <w:rsid w:val="002177E5"/>
    <w:pPr>
      <w:spacing w:after="200" w:line="276" w:lineRule="auto"/>
    </w:pPr>
  </w:style>
  <w:style w:type="paragraph" w:customStyle="1" w:styleId="9AEAA8A00F984FD5847384CF8071FCCB12">
    <w:name w:val="9AEAA8A00F984FD5847384CF8071FCCB12"/>
    <w:rsid w:val="002177E5"/>
    <w:pPr>
      <w:spacing w:after="200" w:line="276" w:lineRule="auto"/>
    </w:pPr>
  </w:style>
  <w:style w:type="paragraph" w:customStyle="1" w:styleId="4ECD2E2A723443D8A94A3611D7AEE62D7">
    <w:name w:val="4ECD2E2A723443D8A94A3611D7AEE62D7"/>
    <w:rsid w:val="002177E5"/>
    <w:pPr>
      <w:spacing w:after="200" w:line="276" w:lineRule="auto"/>
    </w:pPr>
  </w:style>
  <w:style w:type="paragraph" w:customStyle="1" w:styleId="9FED240ED8DB493AB11F00E518F2C76012">
    <w:name w:val="9FED240ED8DB493AB11F00E518F2C76012"/>
    <w:rsid w:val="002177E5"/>
    <w:pPr>
      <w:spacing w:after="200" w:line="276" w:lineRule="auto"/>
    </w:pPr>
  </w:style>
  <w:style w:type="paragraph" w:customStyle="1" w:styleId="D98A882CE73A40798FBE61242788209312">
    <w:name w:val="D98A882CE73A40798FBE61242788209312"/>
    <w:rsid w:val="002177E5"/>
    <w:pPr>
      <w:spacing w:after="200" w:line="276" w:lineRule="auto"/>
    </w:pPr>
  </w:style>
  <w:style w:type="paragraph" w:customStyle="1" w:styleId="C63AB792D8704E34A72EB2DDDCE53CD412">
    <w:name w:val="C63AB792D8704E34A72EB2DDDCE53CD412"/>
    <w:rsid w:val="002177E5"/>
    <w:pPr>
      <w:spacing w:after="200" w:line="276" w:lineRule="auto"/>
    </w:pPr>
  </w:style>
  <w:style w:type="paragraph" w:customStyle="1" w:styleId="8325075121064DAAAEF164CED23B2A9212">
    <w:name w:val="8325075121064DAAAEF164CED23B2A9212"/>
    <w:rsid w:val="002177E5"/>
    <w:pPr>
      <w:spacing w:after="200" w:line="276" w:lineRule="auto"/>
    </w:pPr>
  </w:style>
  <w:style w:type="paragraph" w:customStyle="1" w:styleId="F6F583F428324ED7B7212D51DE67295812">
    <w:name w:val="F6F583F428324ED7B7212D51DE67295812"/>
    <w:rsid w:val="002177E5"/>
    <w:pPr>
      <w:spacing w:after="200" w:line="276" w:lineRule="auto"/>
    </w:pPr>
  </w:style>
  <w:style w:type="paragraph" w:customStyle="1" w:styleId="96A4351A239147228C2BFBF424DB1B6711">
    <w:name w:val="96A4351A239147228C2BFBF424DB1B6711"/>
    <w:rsid w:val="002177E5"/>
    <w:pPr>
      <w:spacing w:after="200" w:line="276" w:lineRule="auto"/>
    </w:pPr>
  </w:style>
  <w:style w:type="paragraph" w:customStyle="1" w:styleId="B9A48EF9F3354B43B596B1EBC93E0E4E12">
    <w:name w:val="B9A48EF9F3354B43B596B1EBC93E0E4E12"/>
    <w:rsid w:val="002177E5"/>
    <w:pPr>
      <w:spacing w:after="200" w:line="276" w:lineRule="auto"/>
    </w:pPr>
  </w:style>
  <w:style w:type="paragraph" w:customStyle="1" w:styleId="787A2DCDAB554E0EA58B0872C6E3889912">
    <w:name w:val="787A2DCDAB554E0EA58B0872C6E3889912"/>
    <w:rsid w:val="002177E5"/>
    <w:pPr>
      <w:spacing w:after="200" w:line="276" w:lineRule="auto"/>
    </w:pPr>
  </w:style>
  <w:style w:type="paragraph" w:customStyle="1" w:styleId="F3110C8EF21E4CA89159D23FFD13929112">
    <w:name w:val="F3110C8EF21E4CA89159D23FFD13929112"/>
    <w:rsid w:val="002177E5"/>
    <w:pPr>
      <w:spacing w:after="200" w:line="276" w:lineRule="auto"/>
    </w:pPr>
  </w:style>
  <w:style w:type="paragraph" w:customStyle="1" w:styleId="10BA430DF3F042408257D556DDA650E912">
    <w:name w:val="10BA430DF3F042408257D556DDA650E912"/>
    <w:rsid w:val="002177E5"/>
    <w:pPr>
      <w:spacing w:after="200" w:line="276" w:lineRule="auto"/>
    </w:pPr>
  </w:style>
  <w:style w:type="paragraph" w:customStyle="1" w:styleId="28F6434D1F46457CB9A6E4A1A5BCEB4612">
    <w:name w:val="28F6434D1F46457CB9A6E4A1A5BCEB4612"/>
    <w:rsid w:val="002177E5"/>
    <w:pPr>
      <w:spacing w:after="200" w:line="276" w:lineRule="auto"/>
    </w:pPr>
  </w:style>
  <w:style w:type="paragraph" w:customStyle="1" w:styleId="32E44D96ADBC4BD0AF4E12DA5F70D38712">
    <w:name w:val="32E44D96ADBC4BD0AF4E12DA5F70D38712"/>
    <w:rsid w:val="002177E5"/>
    <w:pPr>
      <w:spacing w:after="200" w:line="276" w:lineRule="auto"/>
    </w:pPr>
  </w:style>
  <w:style w:type="paragraph" w:customStyle="1" w:styleId="DACDF91E0E714B2E85D8C6CF3F3786FA12">
    <w:name w:val="DACDF91E0E714B2E85D8C6CF3F3786FA12"/>
    <w:rsid w:val="002177E5"/>
    <w:pPr>
      <w:spacing w:after="200" w:line="276" w:lineRule="auto"/>
    </w:pPr>
  </w:style>
  <w:style w:type="paragraph" w:customStyle="1" w:styleId="4F891DA38BB04C7D80A1B2F6AF074ED112">
    <w:name w:val="4F891DA38BB04C7D80A1B2F6AF074ED112"/>
    <w:rsid w:val="002177E5"/>
    <w:pPr>
      <w:spacing w:after="200" w:line="276" w:lineRule="auto"/>
    </w:pPr>
  </w:style>
  <w:style w:type="paragraph" w:customStyle="1" w:styleId="1D699CF0F0B8413BB79800EA3A63640D12">
    <w:name w:val="1D699CF0F0B8413BB79800EA3A63640D12"/>
    <w:rsid w:val="002177E5"/>
    <w:pPr>
      <w:spacing w:after="200" w:line="276" w:lineRule="auto"/>
    </w:pPr>
  </w:style>
  <w:style w:type="paragraph" w:customStyle="1" w:styleId="A89EBA4095394ECE9127A0D75411736212">
    <w:name w:val="A89EBA4095394ECE9127A0D75411736212"/>
    <w:rsid w:val="002177E5"/>
    <w:pPr>
      <w:spacing w:after="200" w:line="276" w:lineRule="auto"/>
    </w:pPr>
  </w:style>
  <w:style w:type="paragraph" w:customStyle="1" w:styleId="02153F2E9C414A6DB0981FFEC04CEECB12">
    <w:name w:val="02153F2E9C414A6DB0981FFEC04CEECB12"/>
    <w:rsid w:val="002177E5"/>
    <w:pPr>
      <w:spacing w:after="200" w:line="276" w:lineRule="auto"/>
    </w:pPr>
  </w:style>
  <w:style w:type="paragraph" w:customStyle="1" w:styleId="81835CB1501A42C38BE02BEA9659E57211">
    <w:name w:val="81835CB1501A42C38BE02BEA9659E57211"/>
    <w:rsid w:val="002177E5"/>
    <w:pPr>
      <w:spacing w:after="200" w:line="276" w:lineRule="auto"/>
    </w:pPr>
  </w:style>
  <w:style w:type="paragraph" w:customStyle="1" w:styleId="3FF8856B62A84265A5C84529C3C5D96211">
    <w:name w:val="3FF8856B62A84265A5C84529C3C5D96211"/>
    <w:rsid w:val="002177E5"/>
    <w:pPr>
      <w:spacing w:after="200" w:line="276" w:lineRule="auto"/>
    </w:pPr>
  </w:style>
  <w:style w:type="paragraph" w:customStyle="1" w:styleId="38955F0542D44B0792AD27FD8AE499F111">
    <w:name w:val="38955F0542D44B0792AD27FD8AE499F111"/>
    <w:rsid w:val="002177E5"/>
    <w:pPr>
      <w:spacing w:after="200" w:line="276" w:lineRule="auto"/>
    </w:pPr>
  </w:style>
  <w:style w:type="paragraph" w:customStyle="1" w:styleId="E5E2A85F79DA4834B7AFAFF950EE8B7411">
    <w:name w:val="E5E2A85F79DA4834B7AFAFF950EE8B7411"/>
    <w:rsid w:val="002177E5"/>
    <w:pPr>
      <w:spacing w:after="200" w:line="276" w:lineRule="auto"/>
    </w:pPr>
  </w:style>
  <w:style w:type="paragraph" w:customStyle="1" w:styleId="B1E97A9144FD4775921D1B70AAF3391811">
    <w:name w:val="B1E97A9144FD4775921D1B70AAF3391811"/>
    <w:rsid w:val="002177E5"/>
    <w:pPr>
      <w:spacing w:after="200" w:line="276" w:lineRule="auto"/>
    </w:pPr>
  </w:style>
  <w:style w:type="paragraph" w:customStyle="1" w:styleId="7F3933508D5C4608B34DBA7E8FFE0D6011">
    <w:name w:val="7F3933508D5C4608B34DBA7E8FFE0D6011"/>
    <w:rsid w:val="002177E5"/>
    <w:pPr>
      <w:spacing w:after="200" w:line="276" w:lineRule="auto"/>
    </w:pPr>
  </w:style>
  <w:style w:type="paragraph" w:customStyle="1" w:styleId="ACBE0EFC4B5E428C871D26A9144B065011">
    <w:name w:val="ACBE0EFC4B5E428C871D26A9144B065011"/>
    <w:rsid w:val="002177E5"/>
    <w:pPr>
      <w:spacing w:after="200" w:line="276" w:lineRule="auto"/>
    </w:pPr>
  </w:style>
  <w:style w:type="paragraph" w:customStyle="1" w:styleId="1984DE374F924E0C9BC4F99108886C9A11">
    <w:name w:val="1984DE374F924E0C9BC4F99108886C9A11"/>
    <w:rsid w:val="002177E5"/>
    <w:pPr>
      <w:spacing w:after="200" w:line="276" w:lineRule="auto"/>
    </w:pPr>
  </w:style>
  <w:style w:type="paragraph" w:customStyle="1" w:styleId="EB375BA08DF64F1D965D0B750CA77E7311">
    <w:name w:val="EB375BA08DF64F1D965D0B750CA77E7311"/>
    <w:rsid w:val="002177E5"/>
    <w:pPr>
      <w:spacing w:after="200" w:line="276" w:lineRule="auto"/>
    </w:pPr>
  </w:style>
  <w:style w:type="paragraph" w:customStyle="1" w:styleId="E6BD942427B6472CBCABA3B1EC8F8E6111">
    <w:name w:val="E6BD942427B6472CBCABA3B1EC8F8E6111"/>
    <w:rsid w:val="002177E5"/>
    <w:pPr>
      <w:spacing w:after="200" w:line="276" w:lineRule="auto"/>
    </w:pPr>
  </w:style>
  <w:style w:type="paragraph" w:customStyle="1" w:styleId="6474EE482800414CBDA0B0858EC7040311">
    <w:name w:val="6474EE482800414CBDA0B0858EC7040311"/>
    <w:rsid w:val="002177E5"/>
    <w:pPr>
      <w:spacing w:after="200" w:line="276" w:lineRule="auto"/>
    </w:pPr>
  </w:style>
  <w:style w:type="paragraph" w:customStyle="1" w:styleId="130EEA536A6A4B1C870DDBB247D1666F11">
    <w:name w:val="130EEA536A6A4B1C870DDBB247D1666F11"/>
    <w:rsid w:val="002177E5"/>
    <w:pPr>
      <w:spacing w:after="200" w:line="276" w:lineRule="auto"/>
    </w:pPr>
  </w:style>
  <w:style w:type="paragraph" w:customStyle="1" w:styleId="5C3A7D73D147443AA194C06FB249942711">
    <w:name w:val="5C3A7D73D147443AA194C06FB249942711"/>
    <w:rsid w:val="002177E5"/>
    <w:pPr>
      <w:spacing w:after="200" w:line="276" w:lineRule="auto"/>
    </w:pPr>
  </w:style>
  <w:style w:type="paragraph" w:customStyle="1" w:styleId="63F193555AD9499CB710078DC26953EF11">
    <w:name w:val="63F193555AD9499CB710078DC26953EF11"/>
    <w:rsid w:val="002177E5"/>
    <w:pPr>
      <w:spacing w:after="200" w:line="276" w:lineRule="auto"/>
    </w:pPr>
  </w:style>
  <w:style w:type="paragraph" w:customStyle="1" w:styleId="577A7DFC1E1F40069740321DEF30D70411">
    <w:name w:val="577A7DFC1E1F40069740321DEF30D70411"/>
    <w:rsid w:val="002177E5"/>
    <w:pPr>
      <w:spacing w:after="200" w:line="276" w:lineRule="auto"/>
    </w:pPr>
  </w:style>
  <w:style w:type="paragraph" w:customStyle="1" w:styleId="F313C84236FE4FF7AC3B18406F4AE68511">
    <w:name w:val="F313C84236FE4FF7AC3B18406F4AE68511"/>
    <w:rsid w:val="002177E5"/>
    <w:pPr>
      <w:spacing w:after="200" w:line="276" w:lineRule="auto"/>
    </w:pPr>
  </w:style>
  <w:style w:type="paragraph" w:customStyle="1" w:styleId="BF0E036CDD4D45C3AB85A07BA2DD616311">
    <w:name w:val="BF0E036CDD4D45C3AB85A07BA2DD616311"/>
    <w:rsid w:val="002177E5"/>
    <w:pPr>
      <w:spacing w:after="200" w:line="276" w:lineRule="auto"/>
    </w:pPr>
  </w:style>
  <w:style w:type="paragraph" w:customStyle="1" w:styleId="47669BF0FCBE406AAD1E10B9812106B411">
    <w:name w:val="47669BF0FCBE406AAD1E10B9812106B411"/>
    <w:rsid w:val="002177E5"/>
    <w:pPr>
      <w:spacing w:after="200" w:line="276" w:lineRule="auto"/>
    </w:pPr>
  </w:style>
  <w:style w:type="paragraph" w:customStyle="1" w:styleId="DBE498F6C1F9478E9256B5C3C3B8D0FE11">
    <w:name w:val="DBE498F6C1F9478E9256B5C3C3B8D0FE11"/>
    <w:rsid w:val="002177E5"/>
    <w:pPr>
      <w:spacing w:after="200" w:line="276" w:lineRule="auto"/>
    </w:pPr>
  </w:style>
  <w:style w:type="paragraph" w:customStyle="1" w:styleId="BDE1C10464E64A0C81164B77F9A4AA5C11">
    <w:name w:val="BDE1C10464E64A0C81164B77F9A4AA5C11"/>
    <w:rsid w:val="002177E5"/>
    <w:pPr>
      <w:spacing w:after="200" w:line="276" w:lineRule="auto"/>
    </w:pPr>
  </w:style>
  <w:style w:type="paragraph" w:customStyle="1" w:styleId="648DBBF183FB40FAB6C79D4C05E49AA411">
    <w:name w:val="648DBBF183FB40FAB6C79D4C05E49AA411"/>
    <w:rsid w:val="002177E5"/>
    <w:pPr>
      <w:spacing w:after="200" w:line="276" w:lineRule="auto"/>
    </w:pPr>
  </w:style>
  <w:style w:type="paragraph" w:customStyle="1" w:styleId="1C09BEC26D3548A89E225D009B56BFFB11">
    <w:name w:val="1C09BEC26D3548A89E225D009B56BFFB11"/>
    <w:rsid w:val="002177E5"/>
    <w:pPr>
      <w:spacing w:after="200" w:line="276" w:lineRule="auto"/>
    </w:pPr>
  </w:style>
  <w:style w:type="paragraph" w:customStyle="1" w:styleId="860677CA9CD4419B8300F24B017CFBBE11">
    <w:name w:val="860677CA9CD4419B8300F24B017CFBBE11"/>
    <w:rsid w:val="002177E5"/>
    <w:pPr>
      <w:spacing w:after="200" w:line="276" w:lineRule="auto"/>
    </w:pPr>
  </w:style>
  <w:style w:type="paragraph" w:customStyle="1" w:styleId="6C42C24885A6479A8C655EDA93D92F2611">
    <w:name w:val="6C42C24885A6479A8C655EDA93D92F2611"/>
    <w:rsid w:val="002177E5"/>
    <w:pPr>
      <w:spacing w:after="200" w:line="276" w:lineRule="auto"/>
    </w:pPr>
  </w:style>
  <w:style w:type="paragraph" w:customStyle="1" w:styleId="AE78C549051C42ACAB0308BC3FBFBD2611">
    <w:name w:val="AE78C549051C42ACAB0308BC3FBFBD2611"/>
    <w:rsid w:val="002177E5"/>
    <w:pPr>
      <w:spacing w:after="200" w:line="276" w:lineRule="auto"/>
    </w:pPr>
  </w:style>
  <w:style w:type="paragraph" w:customStyle="1" w:styleId="BE156BEC2F1543B3B84B3D0F6AB9DFA011">
    <w:name w:val="BE156BEC2F1543B3B84B3D0F6AB9DFA011"/>
    <w:rsid w:val="002177E5"/>
    <w:pPr>
      <w:spacing w:after="200" w:line="276" w:lineRule="auto"/>
    </w:pPr>
  </w:style>
  <w:style w:type="paragraph" w:customStyle="1" w:styleId="AF0EAD1D64F34A3BAED0B738FADC88E511">
    <w:name w:val="AF0EAD1D64F34A3BAED0B738FADC88E511"/>
    <w:rsid w:val="002177E5"/>
    <w:pPr>
      <w:spacing w:after="200" w:line="276" w:lineRule="auto"/>
    </w:pPr>
  </w:style>
  <w:style w:type="paragraph" w:customStyle="1" w:styleId="B30D077B9E80489CBC3921A2CB4E1EA911">
    <w:name w:val="B30D077B9E80489CBC3921A2CB4E1EA911"/>
    <w:rsid w:val="002177E5"/>
    <w:pPr>
      <w:spacing w:after="200" w:line="276" w:lineRule="auto"/>
    </w:pPr>
  </w:style>
  <w:style w:type="paragraph" w:customStyle="1" w:styleId="6F253A2C3CB54B90B13DE772D5510E9011">
    <w:name w:val="6F253A2C3CB54B90B13DE772D5510E9011"/>
    <w:rsid w:val="002177E5"/>
    <w:pPr>
      <w:spacing w:after="200" w:line="276" w:lineRule="auto"/>
    </w:pPr>
  </w:style>
  <w:style w:type="paragraph" w:customStyle="1" w:styleId="45527F50F168459E8AAF279EDE532CE711">
    <w:name w:val="45527F50F168459E8AAF279EDE532CE711"/>
    <w:rsid w:val="002177E5"/>
    <w:pPr>
      <w:spacing w:after="200" w:line="276" w:lineRule="auto"/>
    </w:pPr>
  </w:style>
  <w:style w:type="paragraph" w:customStyle="1" w:styleId="223ED7C7FF504317987E8EEAB175823E11">
    <w:name w:val="223ED7C7FF504317987E8EEAB175823E11"/>
    <w:rsid w:val="002177E5"/>
    <w:pPr>
      <w:spacing w:after="200" w:line="276" w:lineRule="auto"/>
    </w:pPr>
  </w:style>
  <w:style w:type="paragraph" w:customStyle="1" w:styleId="382561513D864E89A7F5B2ED35D0B4FB11">
    <w:name w:val="382561513D864E89A7F5B2ED35D0B4FB11"/>
    <w:rsid w:val="002177E5"/>
    <w:pPr>
      <w:spacing w:after="200" w:line="276" w:lineRule="auto"/>
    </w:pPr>
  </w:style>
  <w:style w:type="paragraph" w:customStyle="1" w:styleId="6FB8029AD57A43688881BB3956AD758411">
    <w:name w:val="6FB8029AD57A43688881BB3956AD758411"/>
    <w:rsid w:val="002177E5"/>
    <w:pPr>
      <w:spacing w:after="200" w:line="276" w:lineRule="auto"/>
    </w:pPr>
  </w:style>
  <w:style w:type="paragraph" w:customStyle="1" w:styleId="4E94F9A2603C4983BA3B0504CD2EAA1C11">
    <w:name w:val="4E94F9A2603C4983BA3B0504CD2EAA1C11"/>
    <w:rsid w:val="002177E5"/>
    <w:pPr>
      <w:spacing w:after="200" w:line="276" w:lineRule="auto"/>
    </w:pPr>
  </w:style>
  <w:style w:type="paragraph" w:customStyle="1" w:styleId="E04E403C73F946B4851616310A6929B311">
    <w:name w:val="E04E403C73F946B4851616310A6929B311"/>
    <w:rsid w:val="002177E5"/>
    <w:pPr>
      <w:spacing w:after="200" w:line="276" w:lineRule="auto"/>
    </w:pPr>
  </w:style>
  <w:style w:type="paragraph" w:customStyle="1" w:styleId="3ABA4D8D41C3426DAE8A6DAAE90D994911">
    <w:name w:val="3ABA4D8D41C3426DAE8A6DAAE90D994911"/>
    <w:rsid w:val="002177E5"/>
    <w:pPr>
      <w:spacing w:after="200" w:line="276" w:lineRule="auto"/>
    </w:pPr>
  </w:style>
  <w:style w:type="paragraph" w:customStyle="1" w:styleId="5D2CE74C94BA4FF9BA3E7FF60B8F469F11">
    <w:name w:val="5D2CE74C94BA4FF9BA3E7FF60B8F469F11"/>
    <w:rsid w:val="002177E5"/>
    <w:pPr>
      <w:spacing w:after="200" w:line="276" w:lineRule="auto"/>
    </w:pPr>
  </w:style>
  <w:style w:type="paragraph" w:customStyle="1" w:styleId="1A40ED76AD1B4809A5CD97D17ED8C1B411">
    <w:name w:val="1A40ED76AD1B4809A5CD97D17ED8C1B411"/>
    <w:rsid w:val="002177E5"/>
    <w:pPr>
      <w:spacing w:after="200" w:line="276" w:lineRule="auto"/>
    </w:pPr>
  </w:style>
  <w:style w:type="paragraph" w:customStyle="1" w:styleId="45253DD0687D4008BDF37282EE6E106611">
    <w:name w:val="45253DD0687D4008BDF37282EE6E106611"/>
    <w:rsid w:val="002177E5"/>
    <w:pPr>
      <w:spacing w:after="200" w:line="276" w:lineRule="auto"/>
    </w:pPr>
  </w:style>
  <w:style w:type="paragraph" w:customStyle="1" w:styleId="32C912404EA14AF19458E0297ED04D4B11">
    <w:name w:val="32C912404EA14AF19458E0297ED04D4B11"/>
    <w:rsid w:val="002177E5"/>
    <w:pPr>
      <w:spacing w:after="200" w:line="276" w:lineRule="auto"/>
    </w:pPr>
  </w:style>
  <w:style w:type="paragraph" w:customStyle="1" w:styleId="7FBCCF483FE448D491FB31774444E29D11">
    <w:name w:val="7FBCCF483FE448D491FB31774444E29D11"/>
    <w:rsid w:val="002177E5"/>
    <w:pPr>
      <w:spacing w:after="200" w:line="276" w:lineRule="auto"/>
    </w:pPr>
  </w:style>
  <w:style w:type="paragraph" w:customStyle="1" w:styleId="62BAD36F4F8A44C7B4EA7199E29B388F11">
    <w:name w:val="62BAD36F4F8A44C7B4EA7199E29B388F11"/>
    <w:rsid w:val="002177E5"/>
    <w:pPr>
      <w:spacing w:after="200" w:line="276" w:lineRule="auto"/>
    </w:pPr>
  </w:style>
  <w:style w:type="paragraph" w:customStyle="1" w:styleId="33B24FEBFBE44545A2D7E533DED4BD3711">
    <w:name w:val="33B24FEBFBE44545A2D7E533DED4BD3711"/>
    <w:rsid w:val="002177E5"/>
    <w:pPr>
      <w:spacing w:after="200" w:line="276" w:lineRule="auto"/>
    </w:pPr>
  </w:style>
  <w:style w:type="paragraph" w:customStyle="1" w:styleId="95C3D0D3D74E42268DB5E55C2C16189010">
    <w:name w:val="95C3D0D3D74E42268DB5E55C2C16189010"/>
    <w:rsid w:val="002177E5"/>
    <w:pPr>
      <w:spacing w:after="200" w:line="276" w:lineRule="auto"/>
    </w:pPr>
  </w:style>
  <w:style w:type="paragraph" w:customStyle="1" w:styleId="253498E8C83042419E9074A905DF2FF310">
    <w:name w:val="253498E8C83042419E9074A905DF2FF310"/>
    <w:rsid w:val="002177E5"/>
    <w:pPr>
      <w:spacing w:after="200" w:line="276" w:lineRule="auto"/>
    </w:pPr>
  </w:style>
  <w:style w:type="paragraph" w:customStyle="1" w:styleId="B335631F27294A2F99F52B5BA6B3BC5F10">
    <w:name w:val="B335631F27294A2F99F52B5BA6B3BC5F10"/>
    <w:rsid w:val="002177E5"/>
    <w:pPr>
      <w:spacing w:after="200" w:line="276" w:lineRule="auto"/>
    </w:pPr>
  </w:style>
  <w:style w:type="paragraph" w:customStyle="1" w:styleId="A1A08283464344D8AF486D9B5CC2BAAB10">
    <w:name w:val="A1A08283464344D8AF486D9B5CC2BAAB10"/>
    <w:rsid w:val="002177E5"/>
    <w:pPr>
      <w:spacing w:after="200" w:line="276" w:lineRule="auto"/>
    </w:pPr>
  </w:style>
  <w:style w:type="paragraph" w:customStyle="1" w:styleId="D81BF0E6FE3442039BABDC66670FFF0D10">
    <w:name w:val="D81BF0E6FE3442039BABDC66670FFF0D10"/>
    <w:rsid w:val="002177E5"/>
    <w:pPr>
      <w:spacing w:after="200" w:line="276" w:lineRule="auto"/>
    </w:pPr>
  </w:style>
  <w:style w:type="paragraph" w:customStyle="1" w:styleId="D68A08BEDA9045CBBA0AA59C080ACB5610">
    <w:name w:val="D68A08BEDA9045CBBA0AA59C080ACB5610"/>
    <w:rsid w:val="002177E5"/>
    <w:pPr>
      <w:spacing w:after="200" w:line="276" w:lineRule="auto"/>
    </w:pPr>
  </w:style>
  <w:style w:type="paragraph" w:customStyle="1" w:styleId="553F8DCD51A145FDA48DA2C3DDFA72F910">
    <w:name w:val="553F8DCD51A145FDA48DA2C3DDFA72F910"/>
    <w:rsid w:val="002177E5"/>
    <w:pPr>
      <w:spacing w:after="200" w:line="276" w:lineRule="auto"/>
    </w:pPr>
  </w:style>
  <w:style w:type="paragraph" w:customStyle="1" w:styleId="B052F45FD5E44EB991A067077EAA23EC10">
    <w:name w:val="B052F45FD5E44EB991A067077EAA23EC10"/>
    <w:rsid w:val="002177E5"/>
    <w:pPr>
      <w:spacing w:after="200" w:line="276" w:lineRule="auto"/>
    </w:pPr>
  </w:style>
  <w:style w:type="paragraph" w:customStyle="1" w:styleId="6CDDEC44BCA146C7B2CF8FC91090E73410">
    <w:name w:val="6CDDEC44BCA146C7B2CF8FC91090E73410"/>
    <w:rsid w:val="002177E5"/>
    <w:pPr>
      <w:spacing w:after="200" w:line="276" w:lineRule="auto"/>
    </w:pPr>
  </w:style>
  <w:style w:type="paragraph" w:customStyle="1" w:styleId="D59AA98BFBFE4C96AE4B0ED934DA2C1010">
    <w:name w:val="D59AA98BFBFE4C96AE4B0ED934DA2C1010"/>
    <w:rsid w:val="002177E5"/>
    <w:pPr>
      <w:spacing w:after="200" w:line="276" w:lineRule="auto"/>
    </w:pPr>
  </w:style>
  <w:style w:type="paragraph" w:customStyle="1" w:styleId="D0FC822CB1DB4B86AEA97D39D23B787810">
    <w:name w:val="D0FC822CB1DB4B86AEA97D39D23B787810"/>
    <w:rsid w:val="002177E5"/>
    <w:pPr>
      <w:spacing w:after="200" w:line="276" w:lineRule="auto"/>
    </w:pPr>
  </w:style>
  <w:style w:type="paragraph" w:customStyle="1" w:styleId="40409FEADE30440DB9E89C1E4539BEF110">
    <w:name w:val="40409FEADE30440DB9E89C1E4539BEF110"/>
    <w:rsid w:val="002177E5"/>
    <w:pPr>
      <w:spacing w:after="200" w:line="276" w:lineRule="auto"/>
    </w:pPr>
  </w:style>
  <w:style w:type="paragraph" w:customStyle="1" w:styleId="61C9730EC8034A00BD93CAF9C89F30D510">
    <w:name w:val="61C9730EC8034A00BD93CAF9C89F30D510"/>
    <w:rsid w:val="002177E5"/>
    <w:pPr>
      <w:spacing w:after="200" w:line="276" w:lineRule="auto"/>
    </w:pPr>
  </w:style>
  <w:style w:type="paragraph" w:customStyle="1" w:styleId="FB2C3228D9CA4012A42FEC8D8CA4984710">
    <w:name w:val="FB2C3228D9CA4012A42FEC8D8CA4984710"/>
    <w:rsid w:val="002177E5"/>
    <w:pPr>
      <w:spacing w:after="200" w:line="276" w:lineRule="auto"/>
    </w:pPr>
  </w:style>
  <w:style w:type="paragraph" w:customStyle="1" w:styleId="C9EF37C4E9ED42F0AE51C3FB807AC89410">
    <w:name w:val="C9EF37C4E9ED42F0AE51C3FB807AC89410"/>
    <w:rsid w:val="002177E5"/>
    <w:pPr>
      <w:spacing w:after="200" w:line="276" w:lineRule="auto"/>
    </w:pPr>
  </w:style>
  <w:style w:type="paragraph" w:customStyle="1" w:styleId="6955F58B115C425FBC6B147D47E95D8510">
    <w:name w:val="6955F58B115C425FBC6B147D47E95D8510"/>
    <w:rsid w:val="002177E5"/>
    <w:pPr>
      <w:spacing w:after="200" w:line="276" w:lineRule="auto"/>
    </w:pPr>
  </w:style>
  <w:style w:type="paragraph" w:customStyle="1" w:styleId="C592AA76BE1A4F6FAEA18B80AA9EEAA910">
    <w:name w:val="C592AA76BE1A4F6FAEA18B80AA9EEAA910"/>
    <w:rsid w:val="002177E5"/>
    <w:pPr>
      <w:spacing w:after="200" w:line="276" w:lineRule="auto"/>
    </w:pPr>
  </w:style>
  <w:style w:type="paragraph" w:customStyle="1" w:styleId="4458E34E141B466580BFD839F14E0A2A10">
    <w:name w:val="4458E34E141B466580BFD839F14E0A2A10"/>
    <w:rsid w:val="002177E5"/>
    <w:pPr>
      <w:spacing w:after="200" w:line="276" w:lineRule="auto"/>
    </w:pPr>
  </w:style>
  <w:style w:type="paragraph" w:customStyle="1" w:styleId="8627827531E94CB39B2066CA30DE3B598">
    <w:name w:val="8627827531E94CB39B2066CA30DE3B598"/>
    <w:rsid w:val="002177E5"/>
    <w:pPr>
      <w:spacing w:after="200" w:line="276" w:lineRule="auto"/>
    </w:pPr>
  </w:style>
  <w:style w:type="paragraph" w:customStyle="1" w:styleId="1C6E7260716445318A69FE9FF0933F423">
    <w:name w:val="1C6E7260716445318A69FE9FF0933F423"/>
    <w:rsid w:val="002177E5"/>
    <w:pPr>
      <w:spacing w:after="200" w:line="276" w:lineRule="auto"/>
    </w:pPr>
  </w:style>
  <w:style w:type="paragraph" w:customStyle="1" w:styleId="D2E5A85F0A424B10BE1CDB9EDA0E0C9110">
    <w:name w:val="D2E5A85F0A424B10BE1CDB9EDA0E0C9110"/>
    <w:rsid w:val="002177E5"/>
    <w:pPr>
      <w:spacing w:after="200" w:line="276" w:lineRule="auto"/>
    </w:pPr>
  </w:style>
  <w:style w:type="paragraph" w:customStyle="1" w:styleId="DF0772169B014E5E9AE4C275CF01A33410">
    <w:name w:val="DF0772169B014E5E9AE4C275CF01A33410"/>
    <w:rsid w:val="002177E5"/>
    <w:pPr>
      <w:spacing w:after="200" w:line="276" w:lineRule="auto"/>
    </w:pPr>
  </w:style>
  <w:style w:type="paragraph" w:customStyle="1" w:styleId="F039819EF1A446FD8D252F45BD2360DD3">
    <w:name w:val="F039819EF1A446FD8D252F45BD2360DD3"/>
    <w:rsid w:val="002177E5"/>
    <w:pPr>
      <w:spacing w:after="200" w:line="276" w:lineRule="auto"/>
    </w:pPr>
  </w:style>
  <w:style w:type="paragraph" w:customStyle="1" w:styleId="068FBAC861654951A787BB80FCF5727410">
    <w:name w:val="068FBAC861654951A787BB80FCF5727410"/>
    <w:rsid w:val="002177E5"/>
    <w:pPr>
      <w:spacing w:after="200" w:line="276" w:lineRule="auto"/>
    </w:pPr>
  </w:style>
  <w:style w:type="paragraph" w:customStyle="1" w:styleId="BFFDB8C26A4D4D158E1FBD8FDCD8A5938">
    <w:name w:val="BFFDB8C26A4D4D158E1FBD8FDCD8A5938"/>
    <w:rsid w:val="002177E5"/>
    <w:pPr>
      <w:spacing w:after="200" w:line="276" w:lineRule="auto"/>
    </w:pPr>
  </w:style>
  <w:style w:type="paragraph" w:customStyle="1" w:styleId="0364C0214CBB4A05A15AD02996CDFAEE3">
    <w:name w:val="0364C0214CBB4A05A15AD02996CDFAEE3"/>
    <w:rsid w:val="002177E5"/>
    <w:pPr>
      <w:spacing w:after="200" w:line="276" w:lineRule="auto"/>
    </w:pPr>
  </w:style>
  <w:style w:type="paragraph" w:customStyle="1" w:styleId="54B32C8D6EAF461A967E203482BBED2C7">
    <w:name w:val="54B32C8D6EAF461A967E203482BBED2C7"/>
    <w:rsid w:val="002177E5"/>
    <w:pPr>
      <w:spacing w:after="200" w:line="276" w:lineRule="auto"/>
    </w:pPr>
  </w:style>
  <w:style w:type="paragraph" w:customStyle="1" w:styleId="54967AD219644EFEAF40D5FDF1526A4E7">
    <w:name w:val="54967AD219644EFEAF40D5FDF1526A4E7"/>
    <w:rsid w:val="002177E5"/>
    <w:pPr>
      <w:spacing w:after="200" w:line="276" w:lineRule="auto"/>
    </w:pPr>
  </w:style>
  <w:style w:type="paragraph" w:customStyle="1" w:styleId="764E7948D7C341B0AB3C69697E12B3797">
    <w:name w:val="764E7948D7C341B0AB3C69697E12B3797"/>
    <w:rsid w:val="002177E5"/>
    <w:pPr>
      <w:spacing w:after="200" w:line="276" w:lineRule="auto"/>
    </w:pPr>
  </w:style>
  <w:style w:type="paragraph" w:customStyle="1" w:styleId="EF307A23E74B4B99AC1634C8EDDEEABE10">
    <w:name w:val="EF307A23E74B4B99AC1634C8EDDEEABE10"/>
    <w:rsid w:val="002177E5"/>
    <w:pPr>
      <w:spacing w:after="200" w:line="276" w:lineRule="auto"/>
    </w:pPr>
  </w:style>
  <w:style w:type="paragraph" w:customStyle="1" w:styleId="DDE3BCC48F3141C6B0B0C54C3D9FC38410">
    <w:name w:val="DDE3BCC48F3141C6B0B0C54C3D9FC38410"/>
    <w:rsid w:val="002177E5"/>
    <w:pPr>
      <w:spacing w:after="200" w:line="276" w:lineRule="auto"/>
    </w:pPr>
  </w:style>
  <w:style w:type="paragraph" w:customStyle="1" w:styleId="589DADF131284E5983A48F99974CFBC210">
    <w:name w:val="589DADF131284E5983A48F99974CFBC210"/>
    <w:rsid w:val="002177E5"/>
    <w:pPr>
      <w:spacing w:after="200" w:line="276" w:lineRule="auto"/>
    </w:pPr>
  </w:style>
  <w:style w:type="paragraph" w:customStyle="1" w:styleId="C475619E64FB42ADB156EB10553125F410">
    <w:name w:val="C475619E64FB42ADB156EB10553125F410"/>
    <w:rsid w:val="002177E5"/>
    <w:pPr>
      <w:spacing w:after="200" w:line="276" w:lineRule="auto"/>
    </w:pPr>
  </w:style>
  <w:style w:type="paragraph" w:customStyle="1" w:styleId="F197B62FCB33418F94331202AE41ACBD10">
    <w:name w:val="F197B62FCB33418F94331202AE41ACBD10"/>
    <w:rsid w:val="002177E5"/>
    <w:pPr>
      <w:spacing w:after="200" w:line="276" w:lineRule="auto"/>
    </w:pPr>
  </w:style>
  <w:style w:type="paragraph" w:customStyle="1" w:styleId="EF990AC868FB4AEDAAAAD813799CDEFD10">
    <w:name w:val="EF990AC868FB4AEDAAAAD813799CDEFD10"/>
    <w:rsid w:val="002177E5"/>
    <w:pPr>
      <w:spacing w:after="200" w:line="276" w:lineRule="auto"/>
    </w:pPr>
  </w:style>
  <w:style w:type="paragraph" w:customStyle="1" w:styleId="8BE12D6F4B504073B0AF26E44946139C10">
    <w:name w:val="8BE12D6F4B504073B0AF26E44946139C10"/>
    <w:rsid w:val="002177E5"/>
    <w:pPr>
      <w:spacing w:after="200" w:line="276" w:lineRule="auto"/>
    </w:pPr>
  </w:style>
  <w:style w:type="paragraph" w:customStyle="1" w:styleId="AB93FC235CDA4BDEA236D2A64F11E33710">
    <w:name w:val="AB93FC235CDA4BDEA236D2A64F11E33710"/>
    <w:rsid w:val="002177E5"/>
    <w:pPr>
      <w:spacing w:after="200" w:line="276" w:lineRule="auto"/>
    </w:pPr>
  </w:style>
  <w:style w:type="paragraph" w:customStyle="1" w:styleId="B7151087BFAB466C8AD489D97726FD7D10">
    <w:name w:val="B7151087BFAB466C8AD489D97726FD7D10"/>
    <w:rsid w:val="002177E5"/>
    <w:pPr>
      <w:spacing w:after="200" w:line="276" w:lineRule="auto"/>
    </w:pPr>
  </w:style>
  <w:style w:type="paragraph" w:customStyle="1" w:styleId="DBF7A78951804D1782B70D0113FDF31B10">
    <w:name w:val="DBF7A78951804D1782B70D0113FDF31B10"/>
    <w:rsid w:val="002177E5"/>
    <w:pPr>
      <w:spacing w:after="200" w:line="276" w:lineRule="auto"/>
    </w:pPr>
  </w:style>
  <w:style w:type="paragraph" w:customStyle="1" w:styleId="D8473262A7604010B5004F3A46A6880210">
    <w:name w:val="D8473262A7604010B5004F3A46A6880210"/>
    <w:rsid w:val="002177E5"/>
    <w:pPr>
      <w:spacing w:after="200" w:line="276" w:lineRule="auto"/>
    </w:pPr>
  </w:style>
  <w:style w:type="paragraph" w:customStyle="1" w:styleId="135E59A84A724A4EA8F5D1AC8D26DED410">
    <w:name w:val="135E59A84A724A4EA8F5D1AC8D26DED410"/>
    <w:rsid w:val="002177E5"/>
    <w:pPr>
      <w:spacing w:after="200" w:line="276" w:lineRule="auto"/>
    </w:pPr>
  </w:style>
  <w:style w:type="paragraph" w:customStyle="1" w:styleId="4B94155B3F004F50B7BEC8840B13B16110">
    <w:name w:val="4B94155B3F004F50B7BEC8840B13B16110"/>
    <w:rsid w:val="002177E5"/>
    <w:pPr>
      <w:spacing w:after="200" w:line="276" w:lineRule="auto"/>
    </w:pPr>
  </w:style>
  <w:style w:type="paragraph" w:customStyle="1" w:styleId="41F3B94A26CB4C19850EDF85B346C6C210">
    <w:name w:val="41F3B94A26CB4C19850EDF85B346C6C210"/>
    <w:rsid w:val="002177E5"/>
    <w:pPr>
      <w:spacing w:after="200" w:line="276" w:lineRule="auto"/>
    </w:pPr>
  </w:style>
  <w:style w:type="paragraph" w:customStyle="1" w:styleId="DFA4FCA7ADED4C4D8E96CC217C6A5D4810">
    <w:name w:val="DFA4FCA7ADED4C4D8E96CC217C6A5D4810"/>
    <w:rsid w:val="002177E5"/>
    <w:pPr>
      <w:spacing w:after="200" w:line="276" w:lineRule="auto"/>
    </w:pPr>
  </w:style>
  <w:style w:type="paragraph" w:customStyle="1" w:styleId="8F21CC03DDEC41F9860887C2FD63991E10">
    <w:name w:val="8F21CC03DDEC41F9860887C2FD63991E10"/>
    <w:rsid w:val="002177E5"/>
    <w:pPr>
      <w:spacing w:after="200" w:line="276" w:lineRule="auto"/>
    </w:pPr>
  </w:style>
  <w:style w:type="paragraph" w:customStyle="1" w:styleId="3072858C767B47C1B3EF67A7B4B58BD810">
    <w:name w:val="3072858C767B47C1B3EF67A7B4B58BD810"/>
    <w:rsid w:val="002177E5"/>
    <w:pPr>
      <w:spacing w:after="200" w:line="276" w:lineRule="auto"/>
    </w:pPr>
  </w:style>
  <w:style w:type="paragraph" w:customStyle="1" w:styleId="0FBD0517325D4A7DA3964CB3D8DF287010">
    <w:name w:val="0FBD0517325D4A7DA3964CB3D8DF287010"/>
    <w:rsid w:val="002177E5"/>
    <w:pPr>
      <w:spacing w:after="200" w:line="276" w:lineRule="auto"/>
    </w:pPr>
  </w:style>
  <w:style w:type="paragraph" w:customStyle="1" w:styleId="D1268C8B7C3A48258C8D2568A4782CF110">
    <w:name w:val="D1268C8B7C3A48258C8D2568A4782CF110"/>
    <w:rsid w:val="002177E5"/>
    <w:pPr>
      <w:spacing w:after="200" w:line="276" w:lineRule="auto"/>
    </w:pPr>
  </w:style>
  <w:style w:type="paragraph" w:customStyle="1" w:styleId="2B7C429AEFC14AB8B007B5D458D0F49210">
    <w:name w:val="2B7C429AEFC14AB8B007B5D458D0F49210"/>
    <w:rsid w:val="002177E5"/>
    <w:pPr>
      <w:spacing w:after="200" w:line="276" w:lineRule="auto"/>
    </w:pPr>
  </w:style>
  <w:style w:type="paragraph" w:customStyle="1" w:styleId="1D3CA07C42FC4B8198599F8B056280B210">
    <w:name w:val="1D3CA07C42FC4B8198599F8B056280B210"/>
    <w:rsid w:val="002177E5"/>
    <w:pPr>
      <w:spacing w:after="200" w:line="276" w:lineRule="auto"/>
    </w:pPr>
  </w:style>
  <w:style w:type="paragraph" w:customStyle="1" w:styleId="56100998329F4BCE954707213495270110">
    <w:name w:val="56100998329F4BCE954707213495270110"/>
    <w:rsid w:val="002177E5"/>
    <w:pPr>
      <w:spacing w:after="200" w:line="276" w:lineRule="auto"/>
    </w:pPr>
  </w:style>
  <w:style w:type="paragraph" w:customStyle="1" w:styleId="D61A5368856246FC8013BB8A67D0B8CA10">
    <w:name w:val="D61A5368856246FC8013BB8A67D0B8CA10"/>
    <w:rsid w:val="002177E5"/>
    <w:pPr>
      <w:spacing w:after="200" w:line="276" w:lineRule="auto"/>
    </w:pPr>
  </w:style>
  <w:style w:type="paragraph" w:customStyle="1" w:styleId="7D01726AED6B4F74960CB8162977AFF610">
    <w:name w:val="7D01726AED6B4F74960CB8162977AFF610"/>
    <w:rsid w:val="002177E5"/>
    <w:pPr>
      <w:spacing w:after="200" w:line="276" w:lineRule="auto"/>
    </w:pPr>
  </w:style>
  <w:style w:type="paragraph" w:customStyle="1" w:styleId="C611DE52FBB846B2A106988CAECCF6DF10">
    <w:name w:val="C611DE52FBB846B2A106988CAECCF6DF10"/>
    <w:rsid w:val="002177E5"/>
    <w:pPr>
      <w:spacing w:after="200" w:line="276" w:lineRule="auto"/>
    </w:pPr>
  </w:style>
  <w:style w:type="paragraph" w:customStyle="1" w:styleId="1F1D19BA9FF047A4BD96C992602EB99810">
    <w:name w:val="1F1D19BA9FF047A4BD96C992602EB99810"/>
    <w:rsid w:val="002177E5"/>
    <w:pPr>
      <w:spacing w:after="200" w:line="276" w:lineRule="auto"/>
    </w:pPr>
  </w:style>
  <w:style w:type="paragraph" w:customStyle="1" w:styleId="CE0FCFBFFAAF4DE2B5C4F42E145586DE10">
    <w:name w:val="CE0FCFBFFAAF4DE2B5C4F42E145586DE10"/>
    <w:rsid w:val="002177E5"/>
    <w:pPr>
      <w:spacing w:after="200" w:line="276" w:lineRule="auto"/>
    </w:pPr>
  </w:style>
  <w:style w:type="paragraph" w:customStyle="1" w:styleId="215A6D4D5B954E7AAC611F679398652110">
    <w:name w:val="215A6D4D5B954E7AAC611F679398652110"/>
    <w:rsid w:val="002177E5"/>
    <w:pPr>
      <w:spacing w:after="200" w:line="276" w:lineRule="auto"/>
    </w:pPr>
  </w:style>
  <w:style w:type="paragraph" w:customStyle="1" w:styleId="FCEFDF7BD9434FF5932709F202CFA24310">
    <w:name w:val="FCEFDF7BD9434FF5932709F202CFA24310"/>
    <w:rsid w:val="002177E5"/>
    <w:pPr>
      <w:spacing w:after="200" w:line="276" w:lineRule="auto"/>
    </w:pPr>
  </w:style>
  <w:style w:type="paragraph" w:customStyle="1" w:styleId="6C201FBAD7D84CC88CE9343C9463A4B310">
    <w:name w:val="6C201FBAD7D84CC88CE9343C9463A4B310"/>
    <w:rsid w:val="002177E5"/>
    <w:pPr>
      <w:spacing w:after="200" w:line="276" w:lineRule="auto"/>
    </w:pPr>
  </w:style>
  <w:style w:type="paragraph" w:customStyle="1" w:styleId="D7C6D8CC0FC148FC943EE5E4E17825B910">
    <w:name w:val="D7C6D8CC0FC148FC943EE5E4E17825B910"/>
    <w:rsid w:val="002177E5"/>
    <w:pPr>
      <w:spacing w:after="200" w:line="276" w:lineRule="auto"/>
    </w:pPr>
  </w:style>
  <w:style w:type="paragraph" w:customStyle="1" w:styleId="967EF32F25CA460EAB71DB47682F3E5410">
    <w:name w:val="967EF32F25CA460EAB71DB47682F3E5410"/>
    <w:rsid w:val="002177E5"/>
    <w:pPr>
      <w:spacing w:after="200" w:line="276" w:lineRule="auto"/>
    </w:pPr>
  </w:style>
  <w:style w:type="paragraph" w:customStyle="1" w:styleId="A4DEF7C704DB40B293B19540CA95C2D610">
    <w:name w:val="A4DEF7C704DB40B293B19540CA95C2D610"/>
    <w:rsid w:val="002177E5"/>
    <w:pPr>
      <w:spacing w:after="200" w:line="276" w:lineRule="auto"/>
    </w:pPr>
  </w:style>
  <w:style w:type="paragraph" w:customStyle="1" w:styleId="3A7D4BE569314F89B35517255A4CDE0810">
    <w:name w:val="3A7D4BE569314F89B35517255A4CDE0810"/>
    <w:rsid w:val="002177E5"/>
    <w:pPr>
      <w:spacing w:after="200" w:line="276" w:lineRule="auto"/>
    </w:pPr>
  </w:style>
  <w:style w:type="paragraph" w:customStyle="1" w:styleId="2C70F9A7A51444D1B688F72229E15FCC10">
    <w:name w:val="2C70F9A7A51444D1B688F72229E15FCC10"/>
    <w:rsid w:val="002177E5"/>
    <w:pPr>
      <w:spacing w:after="200" w:line="276" w:lineRule="auto"/>
    </w:pPr>
  </w:style>
  <w:style w:type="paragraph" w:customStyle="1" w:styleId="A56D23639BD74F5E9D7AB38C08498EE510">
    <w:name w:val="A56D23639BD74F5E9D7AB38C08498EE510"/>
    <w:rsid w:val="002177E5"/>
    <w:pPr>
      <w:spacing w:after="200" w:line="276" w:lineRule="auto"/>
    </w:pPr>
  </w:style>
  <w:style w:type="paragraph" w:customStyle="1" w:styleId="614E9421971C49519DEA7CCB69C1C2B110">
    <w:name w:val="614E9421971C49519DEA7CCB69C1C2B110"/>
    <w:rsid w:val="002177E5"/>
    <w:pPr>
      <w:spacing w:after="200" w:line="276" w:lineRule="auto"/>
    </w:pPr>
  </w:style>
  <w:style w:type="paragraph" w:customStyle="1" w:styleId="A1981FA7FE334163A3A8250D7633F69C10">
    <w:name w:val="A1981FA7FE334163A3A8250D7633F69C10"/>
    <w:rsid w:val="002177E5"/>
    <w:pPr>
      <w:spacing w:after="200" w:line="276" w:lineRule="auto"/>
    </w:pPr>
  </w:style>
  <w:style w:type="paragraph" w:customStyle="1" w:styleId="F3CAC262247A498DAC350839197DB9C010">
    <w:name w:val="F3CAC262247A498DAC350839197DB9C010"/>
    <w:rsid w:val="002177E5"/>
    <w:pPr>
      <w:spacing w:after="200" w:line="276" w:lineRule="auto"/>
    </w:pPr>
  </w:style>
  <w:style w:type="paragraph" w:customStyle="1" w:styleId="D0C56321844D43B0A940F9C270691EA910">
    <w:name w:val="D0C56321844D43B0A940F9C270691EA910"/>
    <w:rsid w:val="002177E5"/>
    <w:pPr>
      <w:spacing w:after="200" w:line="276" w:lineRule="auto"/>
    </w:pPr>
  </w:style>
  <w:style w:type="paragraph" w:customStyle="1" w:styleId="9AEAA8A00F984FD5847384CF8071FCCB13">
    <w:name w:val="9AEAA8A00F984FD5847384CF8071FCCB13"/>
    <w:rsid w:val="002177E5"/>
    <w:pPr>
      <w:spacing w:after="200" w:line="276" w:lineRule="auto"/>
    </w:pPr>
  </w:style>
  <w:style w:type="paragraph" w:customStyle="1" w:styleId="4ECD2E2A723443D8A94A3611D7AEE62D8">
    <w:name w:val="4ECD2E2A723443D8A94A3611D7AEE62D8"/>
    <w:rsid w:val="002177E5"/>
    <w:pPr>
      <w:spacing w:after="200" w:line="276" w:lineRule="auto"/>
    </w:pPr>
  </w:style>
  <w:style w:type="paragraph" w:customStyle="1" w:styleId="9FED240ED8DB493AB11F00E518F2C76013">
    <w:name w:val="9FED240ED8DB493AB11F00E518F2C76013"/>
    <w:rsid w:val="002177E5"/>
    <w:pPr>
      <w:spacing w:after="200" w:line="276" w:lineRule="auto"/>
    </w:pPr>
  </w:style>
  <w:style w:type="paragraph" w:customStyle="1" w:styleId="D98A882CE73A40798FBE61242788209313">
    <w:name w:val="D98A882CE73A40798FBE61242788209313"/>
    <w:rsid w:val="002177E5"/>
    <w:pPr>
      <w:spacing w:after="200" w:line="276" w:lineRule="auto"/>
    </w:pPr>
  </w:style>
  <w:style w:type="paragraph" w:customStyle="1" w:styleId="C63AB792D8704E34A72EB2DDDCE53CD413">
    <w:name w:val="C63AB792D8704E34A72EB2DDDCE53CD413"/>
    <w:rsid w:val="002177E5"/>
    <w:pPr>
      <w:spacing w:after="200" w:line="276" w:lineRule="auto"/>
    </w:pPr>
  </w:style>
  <w:style w:type="paragraph" w:customStyle="1" w:styleId="8325075121064DAAAEF164CED23B2A9213">
    <w:name w:val="8325075121064DAAAEF164CED23B2A9213"/>
    <w:rsid w:val="002177E5"/>
    <w:pPr>
      <w:spacing w:after="200" w:line="276" w:lineRule="auto"/>
    </w:pPr>
  </w:style>
  <w:style w:type="paragraph" w:customStyle="1" w:styleId="F6F583F428324ED7B7212D51DE67295813">
    <w:name w:val="F6F583F428324ED7B7212D51DE67295813"/>
    <w:rsid w:val="002177E5"/>
    <w:pPr>
      <w:spacing w:after="200" w:line="276" w:lineRule="auto"/>
    </w:pPr>
  </w:style>
  <w:style w:type="paragraph" w:customStyle="1" w:styleId="96A4351A239147228C2BFBF424DB1B6712">
    <w:name w:val="96A4351A239147228C2BFBF424DB1B6712"/>
    <w:rsid w:val="002177E5"/>
    <w:pPr>
      <w:spacing w:after="200" w:line="276" w:lineRule="auto"/>
    </w:pPr>
  </w:style>
  <w:style w:type="paragraph" w:customStyle="1" w:styleId="B9A48EF9F3354B43B596B1EBC93E0E4E13">
    <w:name w:val="B9A48EF9F3354B43B596B1EBC93E0E4E13"/>
    <w:rsid w:val="002177E5"/>
    <w:pPr>
      <w:spacing w:after="200" w:line="276" w:lineRule="auto"/>
    </w:pPr>
  </w:style>
  <w:style w:type="paragraph" w:customStyle="1" w:styleId="787A2DCDAB554E0EA58B0872C6E3889913">
    <w:name w:val="787A2DCDAB554E0EA58B0872C6E3889913"/>
    <w:rsid w:val="002177E5"/>
    <w:pPr>
      <w:spacing w:after="200" w:line="276" w:lineRule="auto"/>
    </w:pPr>
  </w:style>
  <w:style w:type="paragraph" w:customStyle="1" w:styleId="F3110C8EF21E4CA89159D23FFD13929113">
    <w:name w:val="F3110C8EF21E4CA89159D23FFD13929113"/>
    <w:rsid w:val="002177E5"/>
    <w:pPr>
      <w:spacing w:after="200" w:line="276" w:lineRule="auto"/>
    </w:pPr>
  </w:style>
  <w:style w:type="paragraph" w:customStyle="1" w:styleId="10BA430DF3F042408257D556DDA650E913">
    <w:name w:val="10BA430DF3F042408257D556DDA650E913"/>
    <w:rsid w:val="002177E5"/>
    <w:pPr>
      <w:spacing w:after="200" w:line="276" w:lineRule="auto"/>
    </w:pPr>
  </w:style>
  <w:style w:type="paragraph" w:customStyle="1" w:styleId="28F6434D1F46457CB9A6E4A1A5BCEB4613">
    <w:name w:val="28F6434D1F46457CB9A6E4A1A5BCEB4613"/>
    <w:rsid w:val="002177E5"/>
    <w:pPr>
      <w:spacing w:after="200" w:line="276" w:lineRule="auto"/>
    </w:pPr>
  </w:style>
  <w:style w:type="paragraph" w:customStyle="1" w:styleId="32E44D96ADBC4BD0AF4E12DA5F70D38713">
    <w:name w:val="32E44D96ADBC4BD0AF4E12DA5F70D38713"/>
    <w:rsid w:val="002177E5"/>
    <w:pPr>
      <w:spacing w:after="200" w:line="276" w:lineRule="auto"/>
    </w:pPr>
  </w:style>
  <w:style w:type="paragraph" w:customStyle="1" w:styleId="DACDF91E0E714B2E85D8C6CF3F3786FA13">
    <w:name w:val="DACDF91E0E714B2E85D8C6CF3F3786FA13"/>
    <w:rsid w:val="002177E5"/>
    <w:pPr>
      <w:spacing w:after="200" w:line="276" w:lineRule="auto"/>
    </w:pPr>
  </w:style>
  <w:style w:type="paragraph" w:customStyle="1" w:styleId="4F891DA38BB04C7D80A1B2F6AF074ED113">
    <w:name w:val="4F891DA38BB04C7D80A1B2F6AF074ED113"/>
    <w:rsid w:val="002177E5"/>
    <w:pPr>
      <w:spacing w:after="200" w:line="276" w:lineRule="auto"/>
    </w:pPr>
  </w:style>
  <w:style w:type="paragraph" w:customStyle="1" w:styleId="1D699CF0F0B8413BB79800EA3A63640D13">
    <w:name w:val="1D699CF0F0B8413BB79800EA3A63640D13"/>
    <w:rsid w:val="002177E5"/>
    <w:pPr>
      <w:spacing w:after="200" w:line="276" w:lineRule="auto"/>
    </w:pPr>
  </w:style>
  <w:style w:type="paragraph" w:customStyle="1" w:styleId="A89EBA4095394ECE9127A0D75411736213">
    <w:name w:val="A89EBA4095394ECE9127A0D75411736213"/>
    <w:rsid w:val="002177E5"/>
    <w:pPr>
      <w:spacing w:after="200" w:line="276" w:lineRule="auto"/>
    </w:pPr>
  </w:style>
  <w:style w:type="paragraph" w:customStyle="1" w:styleId="02153F2E9C414A6DB0981FFEC04CEECB13">
    <w:name w:val="02153F2E9C414A6DB0981FFEC04CEECB13"/>
    <w:rsid w:val="002177E5"/>
    <w:pPr>
      <w:spacing w:after="200" w:line="276" w:lineRule="auto"/>
    </w:pPr>
  </w:style>
  <w:style w:type="paragraph" w:customStyle="1" w:styleId="81835CB1501A42C38BE02BEA9659E57212">
    <w:name w:val="81835CB1501A42C38BE02BEA9659E57212"/>
    <w:rsid w:val="002177E5"/>
    <w:pPr>
      <w:spacing w:after="200" w:line="276" w:lineRule="auto"/>
    </w:pPr>
  </w:style>
  <w:style w:type="paragraph" w:customStyle="1" w:styleId="3FF8856B62A84265A5C84529C3C5D96212">
    <w:name w:val="3FF8856B62A84265A5C84529C3C5D96212"/>
    <w:rsid w:val="002177E5"/>
    <w:pPr>
      <w:spacing w:after="200" w:line="276" w:lineRule="auto"/>
    </w:pPr>
  </w:style>
  <w:style w:type="paragraph" w:customStyle="1" w:styleId="DBE498F6C1F9478E9256B5C3C3B8D0FE12">
    <w:name w:val="DBE498F6C1F9478E9256B5C3C3B8D0FE12"/>
    <w:rsid w:val="002177E5"/>
    <w:pPr>
      <w:spacing w:after="200" w:line="276" w:lineRule="auto"/>
    </w:pPr>
  </w:style>
  <w:style w:type="paragraph" w:customStyle="1" w:styleId="BDE1C10464E64A0C81164B77F9A4AA5C12">
    <w:name w:val="BDE1C10464E64A0C81164B77F9A4AA5C12"/>
    <w:rsid w:val="002177E5"/>
    <w:pPr>
      <w:spacing w:after="200" w:line="276" w:lineRule="auto"/>
    </w:pPr>
  </w:style>
  <w:style w:type="paragraph" w:customStyle="1" w:styleId="648DBBF183FB40FAB6C79D4C05E49AA412">
    <w:name w:val="648DBBF183FB40FAB6C79D4C05E49AA412"/>
    <w:rsid w:val="002177E5"/>
    <w:pPr>
      <w:spacing w:after="200" w:line="276" w:lineRule="auto"/>
    </w:pPr>
  </w:style>
  <w:style w:type="paragraph" w:customStyle="1" w:styleId="1C09BEC26D3548A89E225D009B56BFFB12">
    <w:name w:val="1C09BEC26D3548A89E225D009B56BFFB12"/>
    <w:rsid w:val="002177E5"/>
    <w:pPr>
      <w:spacing w:after="200" w:line="276" w:lineRule="auto"/>
    </w:pPr>
  </w:style>
  <w:style w:type="paragraph" w:customStyle="1" w:styleId="860677CA9CD4419B8300F24B017CFBBE12">
    <w:name w:val="860677CA9CD4419B8300F24B017CFBBE12"/>
    <w:rsid w:val="002177E5"/>
    <w:pPr>
      <w:spacing w:after="200" w:line="276" w:lineRule="auto"/>
    </w:pPr>
  </w:style>
  <w:style w:type="paragraph" w:customStyle="1" w:styleId="6C42C24885A6479A8C655EDA93D92F2612">
    <w:name w:val="6C42C24885A6479A8C655EDA93D92F2612"/>
    <w:rsid w:val="002177E5"/>
    <w:pPr>
      <w:spacing w:after="200" w:line="276" w:lineRule="auto"/>
    </w:pPr>
  </w:style>
  <w:style w:type="paragraph" w:customStyle="1" w:styleId="AE78C549051C42ACAB0308BC3FBFBD2612">
    <w:name w:val="AE78C549051C42ACAB0308BC3FBFBD2612"/>
    <w:rsid w:val="002177E5"/>
    <w:pPr>
      <w:spacing w:after="200" w:line="276" w:lineRule="auto"/>
    </w:pPr>
  </w:style>
  <w:style w:type="paragraph" w:customStyle="1" w:styleId="BE156BEC2F1543B3B84B3D0F6AB9DFA012">
    <w:name w:val="BE156BEC2F1543B3B84B3D0F6AB9DFA012"/>
    <w:rsid w:val="002177E5"/>
    <w:pPr>
      <w:spacing w:after="200" w:line="276" w:lineRule="auto"/>
    </w:pPr>
  </w:style>
  <w:style w:type="paragraph" w:customStyle="1" w:styleId="AF0EAD1D64F34A3BAED0B738FADC88E512">
    <w:name w:val="AF0EAD1D64F34A3BAED0B738FADC88E512"/>
    <w:rsid w:val="002177E5"/>
    <w:pPr>
      <w:spacing w:after="200" w:line="276" w:lineRule="auto"/>
    </w:pPr>
  </w:style>
  <w:style w:type="paragraph" w:customStyle="1" w:styleId="B30D077B9E80489CBC3921A2CB4E1EA912">
    <w:name w:val="B30D077B9E80489CBC3921A2CB4E1EA912"/>
    <w:rsid w:val="002177E5"/>
    <w:pPr>
      <w:spacing w:after="200" w:line="276" w:lineRule="auto"/>
    </w:pPr>
  </w:style>
  <w:style w:type="paragraph" w:customStyle="1" w:styleId="6F253A2C3CB54B90B13DE772D5510E9012">
    <w:name w:val="6F253A2C3CB54B90B13DE772D5510E9012"/>
    <w:rsid w:val="002177E5"/>
    <w:pPr>
      <w:spacing w:after="200" w:line="276" w:lineRule="auto"/>
    </w:pPr>
  </w:style>
  <w:style w:type="paragraph" w:customStyle="1" w:styleId="45527F50F168459E8AAF279EDE532CE712">
    <w:name w:val="45527F50F168459E8AAF279EDE532CE712"/>
    <w:rsid w:val="002177E5"/>
    <w:pPr>
      <w:spacing w:after="200" w:line="276" w:lineRule="auto"/>
    </w:pPr>
  </w:style>
  <w:style w:type="paragraph" w:customStyle="1" w:styleId="D68A08BEDA9045CBBA0AA59C080ACB5611">
    <w:name w:val="D68A08BEDA9045CBBA0AA59C080ACB5611"/>
    <w:rsid w:val="002177E5"/>
    <w:pPr>
      <w:spacing w:after="200" w:line="276" w:lineRule="auto"/>
    </w:pPr>
  </w:style>
  <w:style w:type="paragraph" w:customStyle="1" w:styleId="553F8DCD51A145FDA48DA2C3DDFA72F911">
    <w:name w:val="553F8DCD51A145FDA48DA2C3DDFA72F911"/>
    <w:rsid w:val="002177E5"/>
    <w:pPr>
      <w:spacing w:after="200" w:line="276" w:lineRule="auto"/>
    </w:pPr>
  </w:style>
  <w:style w:type="paragraph" w:customStyle="1" w:styleId="B052F45FD5E44EB991A067077EAA23EC11">
    <w:name w:val="B052F45FD5E44EB991A067077EAA23EC11"/>
    <w:rsid w:val="002177E5"/>
    <w:pPr>
      <w:spacing w:after="200" w:line="276" w:lineRule="auto"/>
    </w:pPr>
  </w:style>
  <w:style w:type="paragraph" w:customStyle="1" w:styleId="6CDDEC44BCA146C7B2CF8FC91090E73411">
    <w:name w:val="6CDDEC44BCA146C7B2CF8FC91090E73411"/>
    <w:rsid w:val="002177E5"/>
    <w:pPr>
      <w:spacing w:after="200" w:line="276" w:lineRule="auto"/>
    </w:pPr>
  </w:style>
  <w:style w:type="paragraph" w:customStyle="1" w:styleId="D59AA98BFBFE4C96AE4B0ED934DA2C1011">
    <w:name w:val="D59AA98BFBFE4C96AE4B0ED934DA2C1011"/>
    <w:rsid w:val="002177E5"/>
    <w:pPr>
      <w:spacing w:after="200" w:line="276" w:lineRule="auto"/>
    </w:pPr>
  </w:style>
  <w:style w:type="paragraph" w:customStyle="1" w:styleId="D0FC822CB1DB4B86AEA97D39D23B787811">
    <w:name w:val="D0FC822CB1DB4B86AEA97D39D23B787811"/>
    <w:rsid w:val="002177E5"/>
    <w:pPr>
      <w:spacing w:after="200" w:line="276" w:lineRule="auto"/>
    </w:pPr>
  </w:style>
  <w:style w:type="paragraph" w:customStyle="1" w:styleId="40409FEADE30440DB9E89C1E4539BEF111">
    <w:name w:val="40409FEADE30440DB9E89C1E4539BEF111"/>
    <w:rsid w:val="002177E5"/>
    <w:pPr>
      <w:spacing w:after="200" w:line="276" w:lineRule="auto"/>
    </w:pPr>
  </w:style>
  <w:style w:type="paragraph" w:customStyle="1" w:styleId="61C9730EC8034A00BD93CAF9C89F30D511">
    <w:name w:val="61C9730EC8034A00BD93CAF9C89F30D511"/>
    <w:rsid w:val="002177E5"/>
    <w:pPr>
      <w:spacing w:after="200" w:line="276" w:lineRule="auto"/>
    </w:pPr>
  </w:style>
  <w:style w:type="paragraph" w:customStyle="1" w:styleId="FB2C3228D9CA4012A42FEC8D8CA4984711">
    <w:name w:val="FB2C3228D9CA4012A42FEC8D8CA4984711"/>
    <w:rsid w:val="002177E5"/>
    <w:pPr>
      <w:spacing w:after="200" w:line="276" w:lineRule="auto"/>
    </w:pPr>
  </w:style>
  <w:style w:type="paragraph" w:customStyle="1" w:styleId="C9EF37C4E9ED42F0AE51C3FB807AC89411">
    <w:name w:val="C9EF37C4E9ED42F0AE51C3FB807AC89411"/>
    <w:rsid w:val="002177E5"/>
    <w:pPr>
      <w:spacing w:after="200" w:line="276" w:lineRule="auto"/>
    </w:pPr>
  </w:style>
  <w:style w:type="paragraph" w:customStyle="1" w:styleId="6955F58B115C425FBC6B147D47E95D8511">
    <w:name w:val="6955F58B115C425FBC6B147D47E95D8511"/>
    <w:rsid w:val="002177E5"/>
    <w:pPr>
      <w:spacing w:after="200" w:line="276" w:lineRule="auto"/>
    </w:pPr>
  </w:style>
  <w:style w:type="paragraph" w:customStyle="1" w:styleId="C592AA76BE1A4F6FAEA18B80AA9EEAA911">
    <w:name w:val="C592AA76BE1A4F6FAEA18B80AA9EEAA911"/>
    <w:rsid w:val="002177E5"/>
    <w:pPr>
      <w:spacing w:after="200" w:line="276" w:lineRule="auto"/>
    </w:pPr>
  </w:style>
  <w:style w:type="paragraph" w:customStyle="1" w:styleId="4458E34E141B466580BFD839F14E0A2A11">
    <w:name w:val="4458E34E141B466580BFD839F14E0A2A11"/>
    <w:rsid w:val="002177E5"/>
    <w:pPr>
      <w:spacing w:after="200" w:line="276" w:lineRule="auto"/>
    </w:pPr>
  </w:style>
  <w:style w:type="paragraph" w:customStyle="1" w:styleId="8627827531E94CB39B2066CA30DE3B599">
    <w:name w:val="8627827531E94CB39B2066CA30DE3B599"/>
    <w:rsid w:val="002177E5"/>
    <w:pPr>
      <w:spacing w:after="200" w:line="276" w:lineRule="auto"/>
    </w:pPr>
  </w:style>
  <w:style w:type="paragraph" w:customStyle="1" w:styleId="1C6E7260716445318A69FE9FF0933F424">
    <w:name w:val="1C6E7260716445318A69FE9FF0933F424"/>
    <w:rsid w:val="002177E5"/>
    <w:pPr>
      <w:spacing w:after="200" w:line="276" w:lineRule="auto"/>
    </w:pPr>
  </w:style>
  <w:style w:type="paragraph" w:customStyle="1" w:styleId="D2E5A85F0A424B10BE1CDB9EDA0E0C9111">
    <w:name w:val="D2E5A85F0A424B10BE1CDB9EDA0E0C9111"/>
    <w:rsid w:val="002177E5"/>
    <w:pPr>
      <w:spacing w:after="200" w:line="276" w:lineRule="auto"/>
    </w:pPr>
  </w:style>
  <w:style w:type="paragraph" w:customStyle="1" w:styleId="DF0772169B014E5E9AE4C275CF01A33411">
    <w:name w:val="DF0772169B014E5E9AE4C275CF01A33411"/>
    <w:rsid w:val="002177E5"/>
    <w:pPr>
      <w:spacing w:after="200" w:line="276" w:lineRule="auto"/>
    </w:pPr>
  </w:style>
  <w:style w:type="paragraph" w:customStyle="1" w:styleId="F039819EF1A446FD8D252F45BD2360DD4">
    <w:name w:val="F039819EF1A446FD8D252F45BD2360DD4"/>
    <w:rsid w:val="002177E5"/>
    <w:pPr>
      <w:spacing w:after="200" w:line="276" w:lineRule="auto"/>
    </w:pPr>
  </w:style>
  <w:style w:type="paragraph" w:customStyle="1" w:styleId="068FBAC861654951A787BB80FCF5727411">
    <w:name w:val="068FBAC861654951A787BB80FCF5727411"/>
    <w:rsid w:val="002177E5"/>
    <w:pPr>
      <w:spacing w:after="200" w:line="276" w:lineRule="auto"/>
    </w:pPr>
  </w:style>
  <w:style w:type="paragraph" w:customStyle="1" w:styleId="BFFDB8C26A4D4D158E1FBD8FDCD8A5939">
    <w:name w:val="BFFDB8C26A4D4D158E1FBD8FDCD8A5939"/>
    <w:rsid w:val="002177E5"/>
    <w:pPr>
      <w:spacing w:after="200" w:line="276" w:lineRule="auto"/>
    </w:pPr>
  </w:style>
  <w:style w:type="paragraph" w:customStyle="1" w:styleId="0364C0214CBB4A05A15AD02996CDFAEE4">
    <w:name w:val="0364C0214CBB4A05A15AD02996CDFAEE4"/>
    <w:rsid w:val="002177E5"/>
    <w:pPr>
      <w:spacing w:after="200" w:line="276" w:lineRule="auto"/>
    </w:pPr>
  </w:style>
  <w:style w:type="paragraph" w:customStyle="1" w:styleId="54B32C8D6EAF461A967E203482BBED2C8">
    <w:name w:val="54B32C8D6EAF461A967E203482BBED2C8"/>
    <w:rsid w:val="002177E5"/>
    <w:pPr>
      <w:spacing w:after="200" w:line="276" w:lineRule="auto"/>
    </w:pPr>
  </w:style>
  <w:style w:type="paragraph" w:customStyle="1" w:styleId="54967AD219644EFEAF40D5FDF1526A4E8">
    <w:name w:val="54967AD219644EFEAF40D5FDF1526A4E8"/>
    <w:rsid w:val="002177E5"/>
    <w:pPr>
      <w:spacing w:after="200" w:line="276" w:lineRule="auto"/>
    </w:pPr>
  </w:style>
  <w:style w:type="paragraph" w:customStyle="1" w:styleId="764E7948D7C341B0AB3C69697E12B3798">
    <w:name w:val="764E7948D7C341B0AB3C69697E12B3798"/>
    <w:rsid w:val="002177E5"/>
    <w:pPr>
      <w:spacing w:after="200" w:line="276" w:lineRule="auto"/>
    </w:pPr>
  </w:style>
  <w:style w:type="paragraph" w:customStyle="1" w:styleId="614E9421971C49519DEA7CCB69C1C2B111">
    <w:name w:val="614E9421971C49519DEA7CCB69C1C2B111"/>
    <w:rsid w:val="002177E5"/>
    <w:pPr>
      <w:spacing w:after="200" w:line="276" w:lineRule="auto"/>
    </w:pPr>
  </w:style>
  <w:style w:type="paragraph" w:customStyle="1" w:styleId="A1981FA7FE334163A3A8250D7633F69C11">
    <w:name w:val="A1981FA7FE334163A3A8250D7633F69C11"/>
    <w:rsid w:val="002177E5"/>
    <w:pPr>
      <w:spacing w:after="200" w:line="276" w:lineRule="auto"/>
    </w:pPr>
  </w:style>
  <w:style w:type="paragraph" w:customStyle="1" w:styleId="F3CAC262247A498DAC350839197DB9C011">
    <w:name w:val="F3CAC262247A498DAC350839197DB9C011"/>
    <w:rsid w:val="002177E5"/>
    <w:pPr>
      <w:spacing w:after="200" w:line="276" w:lineRule="auto"/>
    </w:pPr>
  </w:style>
  <w:style w:type="paragraph" w:customStyle="1" w:styleId="D0C56321844D43B0A940F9C270691EA911">
    <w:name w:val="D0C56321844D43B0A940F9C270691EA911"/>
    <w:rsid w:val="002177E5"/>
    <w:pPr>
      <w:spacing w:after="200" w:line="276" w:lineRule="auto"/>
    </w:pPr>
  </w:style>
  <w:style w:type="paragraph" w:customStyle="1" w:styleId="9AEAA8A00F984FD5847384CF8071FCCB14">
    <w:name w:val="9AEAA8A00F984FD5847384CF8071FCCB14"/>
    <w:rsid w:val="00A84C0F"/>
    <w:pPr>
      <w:spacing w:after="200" w:line="276" w:lineRule="auto"/>
    </w:pPr>
  </w:style>
  <w:style w:type="paragraph" w:customStyle="1" w:styleId="4ECD2E2A723443D8A94A3611D7AEE62D9">
    <w:name w:val="4ECD2E2A723443D8A94A3611D7AEE62D9"/>
    <w:rsid w:val="00A84C0F"/>
    <w:pPr>
      <w:spacing w:after="200" w:line="276" w:lineRule="auto"/>
    </w:pPr>
  </w:style>
  <w:style w:type="paragraph" w:customStyle="1" w:styleId="9FED240ED8DB493AB11F00E518F2C76014">
    <w:name w:val="9FED240ED8DB493AB11F00E518F2C76014"/>
    <w:rsid w:val="00A84C0F"/>
    <w:pPr>
      <w:spacing w:after="200" w:line="276" w:lineRule="auto"/>
    </w:pPr>
  </w:style>
  <w:style w:type="paragraph" w:customStyle="1" w:styleId="D98A882CE73A40798FBE61242788209314">
    <w:name w:val="D98A882CE73A40798FBE61242788209314"/>
    <w:rsid w:val="00A84C0F"/>
    <w:pPr>
      <w:spacing w:after="200" w:line="276" w:lineRule="auto"/>
    </w:pPr>
  </w:style>
  <w:style w:type="paragraph" w:customStyle="1" w:styleId="C63AB792D8704E34A72EB2DDDCE53CD414">
    <w:name w:val="C63AB792D8704E34A72EB2DDDCE53CD414"/>
    <w:rsid w:val="00A84C0F"/>
    <w:pPr>
      <w:spacing w:after="200" w:line="276" w:lineRule="auto"/>
    </w:pPr>
  </w:style>
  <w:style w:type="paragraph" w:customStyle="1" w:styleId="8325075121064DAAAEF164CED23B2A9214">
    <w:name w:val="8325075121064DAAAEF164CED23B2A9214"/>
    <w:rsid w:val="00A84C0F"/>
    <w:pPr>
      <w:spacing w:after="200" w:line="276" w:lineRule="auto"/>
    </w:pPr>
  </w:style>
  <w:style w:type="paragraph" w:customStyle="1" w:styleId="F6F583F428324ED7B7212D51DE67295814">
    <w:name w:val="F6F583F428324ED7B7212D51DE67295814"/>
    <w:rsid w:val="00A84C0F"/>
    <w:pPr>
      <w:spacing w:after="200" w:line="276" w:lineRule="auto"/>
    </w:pPr>
  </w:style>
  <w:style w:type="paragraph" w:customStyle="1" w:styleId="96A4351A239147228C2BFBF424DB1B6713">
    <w:name w:val="96A4351A239147228C2BFBF424DB1B6713"/>
    <w:rsid w:val="00A84C0F"/>
    <w:pPr>
      <w:spacing w:after="200" w:line="276" w:lineRule="auto"/>
    </w:pPr>
  </w:style>
  <w:style w:type="paragraph" w:customStyle="1" w:styleId="B9A48EF9F3354B43B596B1EBC93E0E4E14">
    <w:name w:val="B9A48EF9F3354B43B596B1EBC93E0E4E14"/>
    <w:rsid w:val="00A84C0F"/>
    <w:pPr>
      <w:spacing w:after="200" w:line="276" w:lineRule="auto"/>
    </w:pPr>
  </w:style>
  <w:style w:type="paragraph" w:customStyle="1" w:styleId="787A2DCDAB554E0EA58B0872C6E3889914">
    <w:name w:val="787A2DCDAB554E0EA58B0872C6E3889914"/>
    <w:rsid w:val="00A84C0F"/>
    <w:pPr>
      <w:spacing w:after="200" w:line="276" w:lineRule="auto"/>
    </w:pPr>
  </w:style>
  <w:style w:type="paragraph" w:customStyle="1" w:styleId="F3110C8EF21E4CA89159D23FFD13929114">
    <w:name w:val="F3110C8EF21E4CA89159D23FFD13929114"/>
    <w:rsid w:val="00A84C0F"/>
    <w:pPr>
      <w:spacing w:after="200" w:line="276" w:lineRule="auto"/>
    </w:pPr>
  </w:style>
  <w:style w:type="paragraph" w:customStyle="1" w:styleId="10BA430DF3F042408257D556DDA650E914">
    <w:name w:val="10BA430DF3F042408257D556DDA650E914"/>
    <w:rsid w:val="00A84C0F"/>
    <w:pPr>
      <w:spacing w:after="200" w:line="276" w:lineRule="auto"/>
    </w:pPr>
  </w:style>
  <w:style w:type="paragraph" w:customStyle="1" w:styleId="28F6434D1F46457CB9A6E4A1A5BCEB4614">
    <w:name w:val="28F6434D1F46457CB9A6E4A1A5BCEB4614"/>
    <w:rsid w:val="00A84C0F"/>
    <w:pPr>
      <w:spacing w:after="200" w:line="276" w:lineRule="auto"/>
    </w:pPr>
  </w:style>
  <w:style w:type="paragraph" w:customStyle="1" w:styleId="32E44D96ADBC4BD0AF4E12DA5F70D38714">
    <w:name w:val="32E44D96ADBC4BD0AF4E12DA5F70D38714"/>
    <w:rsid w:val="00A84C0F"/>
    <w:pPr>
      <w:spacing w:after="200" w:line="276" w:lineRule="auto"/>
    </w:pPr>
  </w:style>
  <w:style w:type="paragraph" w:customStyle="1" w:styleId="DACDF91E0E714B2E85D8C6CF3F3786FA14">
    <w:name w:val="DACDF91E0E714B2E85D8C6CF3F3786FA14"/>
    <w:rsid w:val="00A84C0F"/>
    <w:pPr>
      <w:spacing w:after="200" w:line="276" w:lineRule="auto"/>
    </w:pPr>
  </w:style>
  <w:style w:type="paragraph" w:customStyle="1" w:styleId="4F891DA38BB04C7D80A1B2F6AF074ED114">
    <w:name w:val="4F891DA38BB04C7D80A1B2F6AF074ED114"/>
    <w:rsid w:val="00A84C0F"/>
    <w:pPr>
      <w:spacing w:after="200" w:line="276" w:lineRule="auto"/>
    </w:pPr>
  </w:style>
  <w:style w:type="paragraph" w:customStyle="1" w:styleId="1D699CF0F0B8413BB79800EA3A63640D14">
    <w:name w:val="1D699CF0F0B8413BB79800EA3A63640D14"/>
    <w:rsid w:val="00A84C0F"/>
    <w:pPr>
      <w:spacing w:after="200" w:line="276" w:lineRule="auto"/>
    </w:pPr>
  </w:style>
  <w:style w:type="paragraph" w:customStyle="1" w:styleId="A89EBA4095394ECE9127A0D75411736214">
    <w:name w:val="A89EBA4095394ECE9127A0D75411736214"/>
    <w:rsid w:val="00A84C0F"/>
    <w:pPr>
      <w:spacing w:after="200" w:line="276" w:lineRule="auto"/>
    </w:pPr>
  </w:style>
  <w:style w:type="paragraph" w:customStyle="1" w:styleId="02153F2E9C414A6DB0981FFEC04CEECB14">
    <w:name w:val="02153F2E9C414A6DB0981FFEC04CEECB14"/>
    <w:rsid w:val="00A84C0F"/>
    <w:pPr>
      <w:spacing w:after="200" w:line="276" w:lineRule="auto"/>
    </w:pPr>
  </w:style>
  <w:style w:type="paragraph" w:customStyle="1" w:styleId="81835CB1501A42C38BE02BEA9659E57213">
    <w:name w:val="81835CB1501A42C38BE02BEA9659E57213"/>
    <w:rsid w:val="00A84C0F"/>
    <w:pPr>
      <w:spacing w:after="200" w:line="276" w:lineRule="auto"/>
    </w:pPr>
  </w:style>
  <w:style w:type="paragraph" w:customStyle="1" w:styleId="3FF8856B62A84265A5C84529C3C5D96213">
    <w:name w:val="3FF8856B62A84265A5C84529C3C5D96213"/>
    <w:rsid w:val="00A84C0F"/>
    <w:pPr>
      <w:spacing w:after="200" w:line="276" w:lineRule="auto"/>
    </w:pPr>
  </w:style>
  <w:style w:type="paragraph" w:customStyle="1" w:styleId="DBE498F6C1F9478E9256B5C3C3B8D0FE13">
    <w:name w:val="DBE498F6C1F9478E9256B5C3C3B8D0FE13"/>
    <w:rsid w:val="00A84C0F"/>
    <w:pPr>
      <w:spacing w:after="200" w:line="276" w:lineRule="auto"/>
    </w:pPr>
  </w:style>
  <w:style w:type="paragraph" w:customStyle="1" w:styleId="BDE1C10464E64A0C81164B77F9A4AA5C13">
    <w:name w:val="BDE1C10464E64A0C81164B77F9A4AA5C13"/>
    <w:rsid w:val="00A84C0F"/>
    <w:pPr>
      <w:spacing w:after="200" w:line="276" w:lineRule="auto"/>
    </w:pPr>
  </w:style>
  <w:style w:type="paragraph" w:customStyle="1" w:styleId="648DBBF183FB40FAB6C79D4C05E49AA413">
    <w:name w:val="648DBBF183FB40FAB6C79D4C05E49AA413"/>
    <w:rsid w:val="00A84C0F"/>
    <w:pPr>
      <w:spacing w:after="200" w:line="276" w:lineRule="auto"/>
    </w:pPr>
  </w:style>
  <w:style w:type="paragraph" w:customStyle="1" w:styleId="1C09BEC26D3548A89E225D009B56BFFB13">
    <w:name w:val="1C09BEC26D3548A89E225D009B56BFFB13"/>
    <w:rsid w:val="00A84C0F"/>
    <w:pPr>
      <w:spacing w:after="200" w:line="276" w:lineRule="auto"/>
    </w:pPr>
  </w:style>
  <w:style w:type="paragraph" w:customStyle="1" w:styleId="860677CA9CD4419B8300F24B017CFBBE13">
    <w:name w:val="860677CA9CD4419B8300F24B017CFBBE13"/>
    <w:rsid w:val="00A84C0F"/>
    <w:pPr>
      <w:spacing w:after="200" w:line="276" w:lineRule="auto"/>
    </w:pPr>
  </w:style>
  <w:style w:type="paragraph" w:customStyle="1" w:styleId="6C42C24885A6479A8C655EDA93D92F2613">
    <w:name w:val="6C42C24885A6479A8C655EDA93D92F2613"/>
    <w:rsid w:val="00A84C0F"/>
    <w:pPr>
      <w:spacing w:after="200" w:line="276" w:lineRule="auto"/>
    </w:pPr>
  </w:style>
  <w:style w:type="paragraph" w:customStyle="1" w:styleId="AE78C549051C42ACAB0308BC3FBFBD2613">
    <w:name w:val="AE78C549051C42ACAB0308BC3FBFBD2613"/>
    <w:rsid w:val="00A84C0F"/>
    <w:pPr>
      <w:spacing w:after="200" w:line="276" w:lineRule="auto"/>
    </w:pPr>
  </w:style>
  <w:style w:type="paragraph" w:customStyle="1" w:styleId="BE156BEC2F1543B3B84B3D0F6AB9DFA013">
    <w:name w:val="BE156BEC2F1543B3B84B3D0F6AB9DFA013"/>
    <w:rsid w:val="00A84C0F"/>
    <w:pPr>
      <w:spacing w:after="200" w:line="276" w:lineRule="auto"/>
    </w:pPr>
  </w:style>
  <w:style w:type="paragraph" w:customStyle="1" w:styleId="AF0EAD1D64F34A3BAED0B738FADC88E513">
    <w:name w:val="AF0EAD1D64F34A3BAED0B738FADC88E513"/>
    <w:rsid w:val="00A84C0F"/>
    <w:pPr>
      <w:spacing w:after="200" w:line="276" w:lineRule="auto"/>
    </w:pPr>
  </w:style>
  <w:style w:type="paragraph" w:customStyle="1" w:styleId="B30D077B9E80489CBC3921A2CB4E1EA913">
    <w:name w:val="B30D077B9E80489CBC3921A2CB4E1EA913"/>
    <w:rsid w:val="00A84C0F"/>
    <w:pPr>
      <w:spacing w:after="200" w:line="276" w:lineRule="auto"/>
    </w:pPr>
  </w:style>
  <w:style w:type="paragraph" w:customStyle="1" w:styleId="6F253A2C3CB54B90B13DE772D5510E9013">
    <w:name w:val="6F253A2C3CB54B90B13DE772D5510E9013"/>
    <w:rsid w:val="00A84C0F"/>
    <w:pPr>
      <w:spacing w:after="200" w:line="276" w:lineRule="auto"/>
    </w:pPr>
  </w:style>
  <w:style w:type="paragraph" w:customStyle="1" w:styleId="45527F50F168459E8AAF279EDE532CE713">
    <w:name w:val="45527F50F168459E8AAF279EDE532CE713"/>
    <w:rsid w:val="00A84C0F"/>
    <w:pPr>
      <w:spacing w:after="200" w:line="276" w:lineRule="auto"/>
    </w:pPr>
  </w:style>
  <w:style w:type="paragraph" w:customStyle="1" w:styleId="D68A08BEDA9045CBBA0AA59C080ACB5612">
    <w:name w:val="D68A08BEDA9045CBBA0AA59C080ACB5612"/>
    <w:rsid w:val="00A84C0F"/>
    <w:pPr>
      <w:spacing w:after="200" w:line="276" w:lineRule="auto"/>
    </w:pPr>
  </w:style>
  <w:style w:type="paragraph" w:customStyle="1" w:styleId="553F8DCD51A145FDA48DA2C3DDFA72F912">
    <w:name w:val="553F8DCD51A145FDA48DA2C3DDFA72F912"/>
    <w:rsid w:val="00A84C0F"/>
    <w:pPr>
      <w:spacing w:after="200" w:line="276" w:lineRule="auto"/>
    </w:pPr>
  </w:style>
  <w:style w:type="paragraph" w:customStyle="1" w:styleId="B052F45FD5E44EB991A067077EAA23EC12">
    <w:name w:val="B052F45FD5E44EB991A067077EAA23EC12"/>
    <w:rsid w:val="00A84C0F"/>
    <w:pPr>
      <w:spacing w:after="200" w:line="276" w:lineRule="auto"/>
    </w:pPr>
  </w:style>
  <w:style w:type="paragraph" w:customStyle="1" w:styleId="6CDDEC44BCA146C7B2CF8FC91090E73412">
    <w:name w:val="6CDDEC44BCA146C7B2CF8FC91090E73412"/>
    <w:rsid w:val="00A84C0F"/>
    <w:pPr>
      <w:spacing w:after="200" w:line="276" w:lineRule="auto"/>
    </w:pPr>
  </w:style>
  <w:style w:type="paragraph" w:customStyle="1" w:styleId="D59AA98BFBFE4C96AE4B0ED934DA2C1012">
    <w:name w:val="D59AA98BFBFE4C96AE4B0ED934DA2C1012"/>
    <w:rsid w:val="00A84C0F"/>
    <w:pPr>
      <w:spacing w:after="200" w:line="276" w:lineRule="auto"/>
    </w:pPr>
  </w:style>
  <w:style w:type="paragraph" w:customStyle="1" w:styleId="D0FC822CB1DB4B86AEA97D39D23B787812">
    <w:name w:val="D0FC822CB1DB4B86AEA97D39D23B787812"/>
    <w:rsid w:val="00A84C0F"/>
    <w:pPr>
      <w:spacing w:after="200" w:line="276" w:lineRule="auto"/>
    </w:pPr>
  </w:style>
  <w:style w:type="paragraph" w:customStyle="1" w:styleId="40409FEADE30440DB9E89C1E4539BEF112">
    <w:name w:val="40409FEADE30440DB9E89C1E4539BEF112"/>
    <w:rsid w:val="00A84C0F"/>
    <w:pPr>
      <w:spacing w:after="200" w:line="276" w:lineRule="auto"/>
    </w:pPr>
  </w:style>
  <w:style w:type="paragraph" w:customStyle="1" w:styleId="61C9730EC8034A00BD93CAF9C89F30D512">
    <w:name w:val="61C9730EC8034A00BD93CAF9C89F30D512"/>
    <w:rsid w:val="00A84C0F"/>
    <w:pPr>
      <w:spacing w:after="200" w:line="276" w:lineRule="auto"/>
    </w:pPr>
  </w:style>
  <w:style w:type="paragraph" w:customStyle="1" w:styleId="FB2C3228D9CA4012A42FEC8D8CA4984712">
    <w:name w:val="FB2C3228D9CA4012A42FEC8D8CA4984712"/>
    <w:rsid w:val="00A84C0F"/>
    <w:pPr>
      <w:spacing w:after="200" w:line="276" w:lineRule="auto"/>
    </w:pPr>
  </w:style>
  <w:style w:type="paragraph" w:customStyle="1" w:styleId="C9EF37C4E9ED42F0AE51C3FB807AC89412">
    <w:name w:val="C9EF37C4E9ED42F0AE51C3FB807AC89412"/>
    <w:rsid w:val="00A84C0F"/>
    <w:pPr>
      <w:spacing w:after="200" w:line="276" w:lineRule="auto"/>
    </w:pPr>
  </w:style>
  <w:style w:type="paragraph" w:customStyle="1" w:styleId="6955F58B115C425FBC6B147D47E95D8512">
    <w:name w:val="6955F58B115C425FBC6B147D47E95D8512"/>
    <w:rsid w:val="00A84C0F"/>
    <w:pPr>
      <w:spacing w:after="200" w:line="276" w:lineRule="auto"/>
    </w:pPr>
  </w:style>
  <w:style w:type="paragraph" w:customStyle="1" w:styleId="C592AA76BE1A4F6FAEA18B80AA9EEAA912">
    <w:name w:val="C592AA76BE1A4F6FAEA18B80AA9EEAA912"/>
    <w:rsid w:val="00A84C0F"/>
    <w:pPr>
      <w:spacing w:after="200" w:line="276" w:lineRule="auto"/>
    </w:pPr>
  </w:style>
  <w:style w:type="paragraph" w:customStyle="1" w:styleId="4458E34E141B466580BFD839F14E0A2A12">
    <w:name w:val="4458E34E141B466580BFD839F14E0A2A12"/>
    <w:rsid w:val="00A84C0F"/>
    <w:pPr>
      <w:spacing w:after="200" w:line="276" w:lineRule="auto"/>
    </w:pPr>
  </w:style>
  <w:style w:type="paragraph" w:customStyle="1" w:styleId="8627827531E94CB39B2066CA30DE3B5910">
    <w:name w:val="8627827531E94CB39B2066CA30DE3B5910"/>
    <w:rsid w:val="00A84C0F"/>
    <w:pPr>
      <w:spacing w:after="200" w:line="276" w:lineRule="auto"/>
    </w:pPr>
  </w:style>
  <w:style w:type="paragraph" w:customStyle="1" w:styleId="1C6E7260716445318A69FE9FF0933F425">
    <w:name w:val="1C6E7260716445318A69FE9FF0933F425"/>
    <w:rsid w:val="00A84C0F"/>
    <w:pPr>
      <w:spacing w:after="200" w:line="276" w:lineRule="auto"/>
    </w:pPr>
  </w:style>
  <w:style w:type="paragraph" w:customStyle="1" w:styleId="D2E5A85F0A424B10BE1CDB9EDA0E0C9112">
    <w:name w:val="D2E5A85F0A424B10BE1CDB9EDA0E0C9112"/>
    <w:rsid w:val="00A84C0F"/>
    <w:pPr>
      <w:spacing w:after="200" w:line="276" w:lineRule="auto"/>
    </w:pPr>
  </w:style>
  <w:style w:type="paragraph" w:customStyle="1" w:styleId="DF0772169B014E5E9AE4C275CF01A33412">
    <w:name w:val="DF0772169B014E5E9AE4C275CF01A33412"/>
    <w:rsid w:val="00A84C0F"/>
    <w:pPr>
      <w:spacing w:after="200" w:line="276" w:lineRule="auto"/>
    </w:pPr>
  </w:style>
  <w:style w:type="paragraph" w:customStyle="1" w:styleId="F039819EF1A446FD8D252F45BD2360DD5">
    <w:name w:val="F039819EF1A446FD8D252F45BD2360DD5"/>
    <w:rsid w:val="00A84C0F"/>
    <w:pPr>
      <w:spacing w:after="200" w:line="276" w:lineRule="auto"/>
    </w:pPr>
  </w:style>
  <w:style w:type="paragraph" w:customStyle="1" w:styleId="068FBAC861654951A787BB80FCF5727412">
    <w:name w:val="068FBAC861654951A787BB80FCF5727412"/>
    <w:rsid w:val="00A84C0F"/>
    <w:pPr>
      <w:spacing w:after="200" w:line="276" w:lineRule="auto"/>
    </w:pPr>
  </w:style>
  <w:style w:type="paragraph" w:customStyle="1" w:styleId="BFFDB8C26A4D4D158E1FBD8FDCD8A59310">
    <w:name w:val="BFFDB8C26A4D4D158E1FBD8FDCD8A59310"/>
    <w:rsid w:val="00A84C0F"/>
    <w:pPr>
      <w:spacing w:after="200" w:line="276" w:lineRule="auto"/>
    </w:pPr>
  </w:style>
  <w:style w:type="paragraph" w:customStyle="1" w:styleId="0364C0214CBB4A05A15AD02996CDFAEE5">
    <w:name w:val="0364C0214CBB4A05A15AD02996CDFAEE5"/>
    <w:rsid w:val="00A84C0F"/>
    <w:pPr>
      <w:spacing w:after="200" w:line="276" w:lineRule="auto"/>
    </w:pPr>
  </w:style>
  <w:style w:type="paragraph" w:customStyle="1" w:styleId="54B32C8D6EAF461A967E203482BBED2C9">
    <w:name w:val="54B32C8D6EAF461A967E203482BBED2C9"/>
    <w:rsid w:val="00A84C0F"/>
    <w:pPr>
      <w:spacing w:after="200" w:line="276" w:lineRule="auto"/>
    </w:pPr>
  </w:style>
  <w:style w:type="paragraph" w:customStyle="1" w:styleId="54967AD219644EFEAF40D5FDF1526A4E9">
    <w:name w:val="54967AD219644EFEAF40D5FDF1526A4E9"/>
    <w:rsid w:val="00A84C0F"/>
    <w:pPr>
      <w:spacing w:after="200" w:line="276" w:lineRule="auto"/>
    </w:pPr>
  </w:style>
  <w:style w:type="paragraph" w:customStyle="1" w:styleId="764E7948D7C341B0AB3C69697E12B3799">
    <w:name w:val="764E7948D7C341B0AB3C69697E12B3799"/>
    <w:rsid w:val="00A84C0F"/>
    <w:pPr>
      <w:spacing w:after="200" w:line="276" w:lineRule="auto"/>
    </w:pPr>
  </w:style>
  <w:style w:type="paragraph" w:customStyle="1" w:styleId="614E9421971C49519DEA7CCB69C1C2B112">
    <w:name w:val="614E9421971C49519DEA7CCB69C1C2B112"/>
    <w:rsid w:val="00A84C0F"/>
    <w:pPr>
      <w:spacing w:after="200" w:line="276" w:lineRule="auto"/>
    </w:pPr>
  </w:style>
  <w:style w:type="paragraph" w:customStyle="1" w:styleId="A1981FA7FE334163A3A8250D7633F69C12">
    <w:name w:val="A1981FA7FE334163A3A8250D7633F69C12"/>
    <w:rsid w:val="00A84C0F"/>
    <w:pPr>
      <w:spacing w:after="200" w:line="276" w:lineRule="auto"/>
    </w:pPr>
  </w:style>
  <w:style w:type="paragraph" w:customStyle="1" w:styleId="F3CAC262247A498DAC350839197DB9C012">
    <w:name w:val="F3CAC262247A498DAC350839197DB9C012"/>
    <w:rsid w:val="00A84C0F"/>
    <w:pPr>
      <w:spacing w:after="200" w:line="276" w:lineRule="auto"/>
    </w:pPr>
  </w:style>
  <w:style w:type="paragraph" w:customStyle="1" w:styleId="D0C56321844D43B0A940F9C270691EA912">
    <w:name w:val="D0C56321844D43B0A940F9C270691EA912"/>
    <w:rsid w:val="00A84C0F"/>
    <w:pPr>
      <w:spacing w:after="200" w:line="276" w:lineRule="auto"/>
    </w:pPr>
  </w:style>
  <w:style w:type="paragraph" w:customStyle="1" w:styleId="9AEAA8A00F984FD5847384CF8071FCCB15">
    <w:name w:val="9AEAA8A00F984FD5847384CF8071FCCB15"/>
    <w:rsid w:val="00A84C0F"/>
    <w:pPr>
      <w:spacing w:after="200" w:line="276" w:lineRule="auto"/>
    </w:pPr>
  </w:style>
  <w:style w:type="paragraph" w:customStyle="1" w:styleId="4ECD2E2A723443D8A94A3611D7AEE62D10">
    <w:name w:val="4ECD2E2A723443D8A94A3611D7AEE62D10"/>
    <w:rsid w:val="00A84C0F"/>
    <w:pPr>
      <w:spacing w:after="200" w:line="276" w:lineRule="auto"/>
    </w:pPr>
  </w:style>
  <w:style w:type="paragraph" w:customStyle="1" w:styleId="9FED240ED8DB493AB11F00E518F2C76015">
    <w:name w:val="9FED240ED8DB493AB11F00E518F2C76015"/>
    <w:rsid w:val="00A84C0F"/>
    <w:pPr>
      <w:spacing w:after="200" w:line="276" w:lineRule="auto"/>
    </w:pPr>
  </w:style>
  <w:style w:type="paragraph" w:customStyle="1" w:styleId="D98A882CE73A40798FBE61242788209315">
    <w:name w:val="D98A882CE73A40798FBE61242788209315"/>
    <w:rsid w:val="00A84C0F"/>
    <w:pPr>
      <w:spacing w:after="200" w:line="276" w:lineRule="auto"/>
    </w:pPr>
  </w:style>
  <w:style w:type="paragraph" w:customStyle="1" w:styleId="C63AB792D8704E34A72EB2DDDCE53CD415">
    <w:name w:val="C63AB792D8704E34A72EB2DDDCE53CD415"/>
    <w:rsid w:val="00A84C0F"/>
    <w:pPr>
      <w:spacing w:after="200" w:line="276" w:lineRule="auto"/>
    </w:pPr>
  </w:style>
  <w:style w:type="paragraph" w:customStyle="1" w:styleId="8325075121064DAAAEF164CED23B2A9215">
    <w:name w:val="8325075121064DAAAEF164CED23B2A9215"/>
    <w:rsid w:val="00A84C0F"/>
    <w:pPr>
      <w:spacing w:after="200" w:line="276" w:lineRule="auto"/>
    </w:pPr>
  </w:style>
  <w:style w:type="paragraph" w:customStyle="1" w:styleId="F6F583F428324ED7B7212D51DE67295815">
    <w:name w:val="F6F583F428324ED7B7212D51DE67295815"/>
    <w:rsid w:val="00A84C0F"/>
    <w:pPr>
      <w:spacing w:after="200" w:line="276" w:lineRule="auto"/>
    </w:pPr>
  </w:style>
  <w:style w:type="paragraph" w:customStyle="1" w:styleId="96A4351A239147228C2BFBF424DB1B6714">
    <w:name w:val="96A4351A239147228C2BFBF424DB1B6714"/>
    <w:rsid w:val="00A84C0F"/>
    <w:pPr>
      <w:spacing w:after="200" w:line="276" w:lineRule="auto"/>
    </w:pPr>
  </w:style>
  <w:style w:type="paragraph" w:customStyle="1" w:styleId="B9A48EF9F3354B43B596B1EBC93E0E4E15">
    <w:name w:val="B9A48EF9F3354B43B596B1EBC93E0E4E15"/>
    <w:rsid w:val="00A84C0F"/>
    <w:pPr>
      <w:spacing w:after="200" w:line="276" w:lineRule="auto"/>
    </w:pPr>
  </w:style>
  <w:style w:type="paragraph" w:customStyle="1" w:styleId="787A2DCDAB554E0EA58B0872C6E3889915">
    <w:name w:val="787A2DCDAB554E0EA58B0872C6E3889915"/>
    <w:rsid w:val="00A84C0F"/>
    <w:pPr>
      <w:spacing w:after="200" w:line="276" w:lineRule="auto"/>
    </w:pPr>
  </w:style>
  <w:style w:type="paragraph" w:customStyle="1" w:styleId="F3110C8EF21E4CA89159D23FFD13929115">
    <w:name w:val="F3110C8EF21E4CA89159D23FFD13929115"/>
    <w:rsid w:val="00A84C0F"/>
    <w:pPr>
      <w:spacing w:after="200" w:line="276" w:lineRule="auto"/>
    </w:pPr>
  </w:style>
  <w:style w:type="paragraph" w:customStyle="1" w:styleId="10BA430DF3F042408257D556DDA650E915">
    <w:name w:val="10BA430DF3F042408257D556DDA650E915"/>
    <w:rsid w:val="00A84C0F"/>
    <w:pPr>
      <w:spacing w:after="200" w:line="276" w:lineRule="auto"/>
    </w:pPr>
  </w:style>
  <w:style w:type="paragraph" w:customStyle="1" w:styleId="28F6434D1F46457CB9A6E4A1A5BCEB4615">
    <w:name w:val="28F6434D1F46457CB9A6E4A1A5BCEB4615"/>
    <w:rsid w:val="00A84C0F"/>
    <w:pPr>
      <w:spacing w:after="200" w:line="276" w:lineRule="auto"/>
    </w:pPr>
  </w:style>
  <w:style w:type="paragraph" w:customStyle="1" w:styleId="32E44D96ADBC4BD0AF4E12DA5F70D38715">
    <w:name w:val="32E44D96ADBC4BD0AF4E12DA5F70D38715"/>
    <w:rsid w:val="00A84C0F"/>
    <w:pPr>
      <w:spacing w:after="200" w:line="276" w:lineRule="auto"/>
    </w:pPr>
  </w:style>
  <w:style w:type="paragraph" w:customStyle="1" w:styleId="DACDF91E0E714B2E85D8C6CF3F3786FA15">
    <w:name w:val="DACDF91E0E714B2E85D8C6CF3F3786FA15"/>
    <w:rsid w:val="00A84C0F"/>
    <w:pPr>
      <w:spacing w:after="200" w:line="276" w:lineRule="auto"/>
    </w:pPr>
  </w:style>
  <w:style w:type="paragraph" w:customStyle="1" w:styleId="4F891DA38BB04C7D80A1B2F6AF074ED115">
    <w:name w:val="4F891DA38BB04C7D80A1B2F6AF074ED115"/>
    <w:rsid w:val="00A84C0F"/>
    <w:pPr>
      <w:spacing w:after="200" w:line="276" w:lineRule="auto"/>
    </w:pPr>
  </w:style>
  <w:style w:type="paragraph" w:customStyle="1" w:styleId="1D699CF0F0B8413BB79800EA3A63640D15">
    <w:name w:val="1D699CF0F0B8413BB79800EA3A63640D15"/>
    <w:rsid w:val="00A84C0F"/>
    <w:pPr>
      <w:spacing w:after="200" w:line="276" w:lineRule="auto"/>
    </w:pPr>
  </w:style>
  <w:style w:type="paragraph" w:customStyle="1" w:styleId="A89EBA4095394ECE9127A0D75411736215">
    <w:name w:val="A89EBA4095394ECE9127A0D75411736215"/>
    <w:rsid w:val="00A84C0F"/>
    <w:pPr>
      <w:spacing w:after="200" w:line="276" w:lineRule="auto"/>
    </w:pPr>
  </w:style>
  <w:style w:type="paragraph" w:customStyle="1" w:styleId="02153F2E9C414A6DB0981FFEC04CEECB15">
    <w:name w:val="02153F2E9C414A6DB0981FFEC04CEECB15"/>
    <w:rsid w:val="00A84C0F"/>
    <w:pPr>
      <w:spacing w:after="200" w:line="276" w:lineRule="auto"/>
    </w:pPr>
  </w:style>
  <w:style w:type="paragraph" w:customStyle="1" w:styleId="81835CB1501A42C38BE02BEA9659E57214">
    <w:name w:val="81835CB1501A42C38BE02BEA9659E57214"/>
    <w:rsid w:val="00A84C0F"/>
    <w:pPr>
      <w:spacing w:after="200" w:line="276" w:lineRule="auto"/>
    </w:pPr>
  </w:style>
  <w:style w:type="paragraph" w:customStyle="1" w:styleId="3FF8856B62A84265A5C84529C3C5D96214">
    <w:name w:val="3FF8856B62A84265A5C84529C3C5D96214"/>
    <w:rsid w:val="00A84C0F"/>
    <w:pPr>
      <w:spacing w:after="200" w:line="276" w:lineRule="auto"/>
    </w:pPr>
  </w:style>
  <w:style w:type="paragraph" w:customStyle="1" w:styleId="DBE498F6C1F9478E9256B5C3C3B8D0FE14">
    <w:name w:val="DBE498F6C1F9478E9256B5C3C3B8D0FE14"/>
    <w:rsid w:val="00A84C0F"/>
    <w:pPr>
      <w:spacing w:after="200" w:line="276" w:lineRule="auto"/>
    </w:pPr>
  </w:style>
  <w:style w:type="paragraph" w:customStyle="1" w:styleId="BDE1C10464E64A0C81164B77F9A4AA5C14">
    <w:name w:val="BDE1C10464E64A0C81164B77F9A4AA5C14"/>
    <w:rsid w:val="00A84C0F"/>
    <w:pPr>
      <w:spacing w:after="200" w:line="276" w:lineRule="auto"/>
    </w:pPr>
  </w:style>
  <w:style w:type="paragraph" w:customStyle="1" w:styleId="648DBBF183FB40FAB6C79D4C05E49AA414">
    <w:name w:val="648DBBF183FB40FAB6C79D4C05E49AA414"/>
    <w:rsid w:val="00A84C0F"/>
    <w:pPr>
      <w:spacing w:after="200" w:line="276" w:lineRule="auto"/>
    </w:pPr>
  </w:style>
  <w:style w:type="paragraph" w:customStyle="1" w:styleId="1C09BEC26D3548A89E225D009B56BFFB14">
    <w:name w:val="1C09BEC26D3548A89E225D009B56BFFB14"/>
    <w:rsid w:val="00A84C0F"/>
    <w:pPr>
      <w:spacing w:after="200" w:line="276" w:lineRule="auto"/>
    </w:pPr>
  </w:style>
  <w:style w:type="paragraph" w:customStyle="1" w:styleId="860677CA9CD4419B8300F24B017CFBBE14">
    <w:name w:val="860677CA9CD4419B8300F24B017CFBBE14"/>
    <w:rsid w:val="00A84C0F"/>
    <w:pPr>
      <w:spacing w:after="200" w:line="276" w:lineRule="auto"/>
    </w:pPr>
  </w:style>
  <w:style w:type="paragraph" w:customStyle="1" w:styleId="6C42C24885A6479A8C655EDA93D92F2614">
    <w:name w:val="6C42C24885A6479A8C655EDA93D92F2614"/>
    <w:rsid w:val="00A84C0F"/>
    <w:pPr>
      <w:spacing w:after="200" w:line="276" w:lineRule="auto"/>
    </w:pPr>
  </w:style>
  <w:style w:type="paragraph" w:customStyle="1" w:styleId="AE78C549051C42ACAB0308BC3FBFBD2614">
    <w:name w:val="AE78C549051C42ACAB0308BC3FBFBD2614"/>
    <w:rsid w:val="00A84C0F"/>
    <w:pPr>
      <w:spacing w:after="200" w:line="276" w:lineRule="auto"/>
    </w:pPr>
  </w:style>
  <w:style w:type="paragraph" w:customStyle="1" w:styleId="BE156BEC2F1543B3B84B3D0F6AB9DFA014">
    <w:name w:val="BE156BEC2F1543B3B84B3D0F6AB9DFA014"/>
    <w:rsid w:val="00A84C0F"/>
    <w:pPr>
      <w:spacing w:after="200" w:line="276" w:lineRule="auto"/>
    </w:pPr>
  </w:style>
  <w:style w:type="paragraph" w:customStyle="1" w:styleId="AF0EAD1D64F34A3BAED0B738FADC88E514">
    <w:name w:val="AF0EAD1D64F34A3BAED0B738FADC88E514"/>
    <w:rsid w:val="00A84C0F"/>
    <w:pPr>
      <w:spacing w:after="200" w:line="276" w:lineRule="auto"/>
    </w:pPr>
  </w:style>
  <w:style w:type="paragraph" w:customStyle="1" w:styleId="B30D077B9E80489CBC3921A2CB4E1EA914">
    <w:name w:val="B30D077B9E80489CBC3921A2CB4E1EA914"/>
    <w:rsid w:val="00A84C0F"/>
    <w:pPr>
      <w:spacing w:after="200" w:line="276" w:lineRule="auto"/>
    </w:pPr>
  </w:style>
  <w:style w:type="paragraph" w:customStyle="1" w:styleId="6F253A2C3CB54B90B13DE772D5510E9014">
    <w:name w:val="6F253A2C3CB54B90B13DE772D5510E9014"/>
    <w:rsid w:val="00A84C0F"/>
    <w:pPr>
      <w:spacing w:after="200" w:line="276" w:lineRule="auto"/>
    </w:pPr>
  </w:style>
  <w:style w:type="paragraph" w:customStyle="1" w:styleId="45527F50F168459E8AAF279EDE532CE714">
    <w:name w:val="45527F50F168459E8AAF279EDE532CE714"/>
    <w:rsid w:val="00A84C0F"/>
    <w:pPr>
      <w:spacing w:after="200" w:line="276" w:lineRule="auto"/>
    </w:pPr>
  </w:style>
  <w:style w:type="paragraph" w:customStyle="1" w:styleId="D68A08BEDA9045CBBA0AA59C080ACB5613">
    <w:name w:val="D68A08BEDA9045CBBA0AA59C080ACB5613"/>
    <w:rsid w:val="00A84C0F"/>
    <w:pPr>
      <w:spacing w:after="200" w:line="276" w:lineRule="auto"/>
    </w:pPr>
  </w:style>
  <w:style w:type="paragraph" w:customStyle="1" w:styleId="553F8DCD51A145FDA48DA2C3DDFA72F913">
    <w:name w:val="553F8DCD51A145FDA48DA2C3DDFA72F913"/>
    <w:rsid w:val="00A84C0F"/>
    <w:pPr>
      <w:spacing w:after="200" w:line="276" w:lineRule="auto"/>
    </w:pPr>
  </w:style>
  <w:style w:type="paragraph" w:customStyle="1" w:styleId="B052F45FD5E44EB991A067077EAA23EC13">
    <w:name w:val="B052F45FD5E44EB991A067077EAA23EC13"/>
    <w:rsid w:val="00A84C0F"/>
    <w:pPr>
      <w:spacing w:after="200" w:line="276" w:lineRule="auto"/>
    </w:pPr>
  </w:style>
  <w:style w:type="paragraph" w:customStyle="1" w:styleId="6CDDEC44BCA146C7B2CF8FC91090E73413">
    <w:name w:val="6CDDEC44BCA146C7B2CF8FC91090E73413"/>
    <w:rsid w:val="00A84C0F"/>
    <w:pPr>
      <w:spacing w:after="200" w:line="276" w:lineRule="auto"/>
    </w:pPr>
  </w:style>
  <w:style w:type="paragraph" w:customStyle="1" w:styleId="D59AA98BFBFE4C96AE4B0ED934DA2C1013">
    <w:name w:val="D59AA98BFBFE4C96AE4B0ED934DA2C1013"/>
    <w:rsid w:val="00A84C0F"/>
    <w:pPr>
      <w:spacing w:after="200" w:line="276" w:lineRule="auto"/>
    </w:pPr>
  </w:style>
  <w:style w:type="paragraph" w:customStyle="1" w:styleId="D0FC822CB1DB4B86AEA97D39D23B787813">
    <w:name w:val="D0FC822CB1DB4B86AEA97D39D23B787813"/>
    <w:rsid w:val="00A84C0F"/>
    <w:pPr>
      <w:spacing w:after="200" w:line="276" w:lineRule="auto"/>
    </w:pPr>
  </w:style>
  <w:style w:type="paragraph" w:customStyle="1" w:styleId="40409FEADE30440DB9E89C1E4539BEF113">
    <w:name w:val="40409FEADE30440DB9E89C1E4539BEF113"/>
    <w:rsid w:val="00A84C0F"/>
    <w:pPr>
      <w:spacing w:after="200" w:line="276" w:lineRule="auto"/>
    </w:pPr>
  </w:style>
  <w:style w:type="paragraph" w:customStyle="1" w:styleId="61C9730EC8034A00BD93CAF9C89F30D513">
    <w:name w:val="61C9730EC8034A00BD93CAF9C89F30D513"/>
    <w:rsid w:val="00A84C0F"/>
    <w:pPr>
      <w:spacing w:after="200" w:line="276" w:lineRule="auto"/>
    </w:pPr>
  </w:style>
  <w:style w:type="paragraph" w:customStyle="1" w:styleId="FB2C3228D9CA4012A42FEC8D8CA4984713">
    <w:name w:val="FB2C3228D9CA4012A42FEC8D8CA4984713"/>
    <w:rsid w:val="00A84C0F"/>
    <w:pPr>
      <w:spacing w:after="200" w:line="276" w:lineRule="auto"/>
    </w:pPr>
  </w:style>
  <w:style w:type="paragraph" w:customStyle="1" w:styleId="C9EF37C4E9ED42F0AE51C3FB807AC89413">
    <w:name w:val="C9EF37C4E9ED42F0AE51C3FB807AC89413"/>
    <w:rsid w:val="00A84C0F"/>
    <w:pPr>
      <w:spacing w:after="200" w:line="276" w:lineRule="auto"/>
    </w:pPr>
  </w:style>
  <w:style w:type="paragraph" w:customStyle="1" w:styleId="6955F58B115C425FBC6B147D47E95D8513">
    <w:name w:val="6955F58B115C425FBC6B147D47E95D8513"/>
    <w:rsid w:val="00A84C0F"/>
    <w:pPr>
      <w:spacing w:after="200" w:line="276" w:lineRule="auto"/>
    </w:pPr>
  </w:style>
  <w:style w:type="paragraph" w:customStyle="1" w:styleId="C592AA76BE1A4F6FAEA18B80AA9EEAA913">
    <w:name w:val="C592AA76BE1A4F6FAEA18B80AA9EEAA913"/>
    <w:rsid w:val="00A84C0F"/>
    <w:pPr>
      <w:spacing w:after="200" w:line="276" w:lineRule="auto"/>
    </w:pPr>
  </w:style>
  <w:style w:type="paragraph" w:customStyle="1" w:styleId="4458E34E141B466580BFD839F14E0A2A13">
    <w:name w:val="4458E34E141B466580BFD839F14E0A2A13"/>
    <w:rsid w:val="00A84C0F"/>
    <w:pPr>
      <w:spacing w:after="200" w:line="276" w:lineRule="auto"/>
    </w:pPr>
  </w:style>
  <w:style w:type="paragraph" w:customStyle="1" w:styleId="8627827531E94CB39B2066CA30DE3B5911">
    <w:name w:val="8627827531E94CB39B2066CA30DE3B5911"/>
    <w:rsid w:val="00A84C0F"/>
    <w:pPr>
      <w:spacing w:after="200" w:line="276" w:lineRule="auto"/>
    </w:pPr>
  </w:style>
  <w:style w:type="paragraph" w:customStyle="1" w:styleId="1C6E7260716445318A69FE9FF0933F426">
    <w:name w:val="1C6E7260716445318A69FE9FF0933F426"/>
    <w:rsid w:val="00A84C0F"/>
    <w:pPr>
      <w:spacing w:after="200" w:line="276" w:lineRule="auto"/>
    </w:pPr>
  </w:style>
  <w:style w:type="paragraph" w:customStyle="1" w:styleId="D2E5A85F0A424B10BE1CDB9EDA0E0C9113">
    <w:name w:val="D2E5A85F0A424B10BE1CDB9EDA0E0C9113"/>
    <w:rsid w:val="00A84C0F"/>
    <w:pPr>
      <w:spacing w:after="200" w:line="276" w:lineRule="auto"/>
    </w:pPr>
  </w:style>
  <w:style w:type="paragraph" w:customStyle="1" w:styleId="DF0772169B014E5E9AE4C275CF01A33413">
    <w:name w:val="DF0772169B014E5E9AE4C275CF01A33413"/>
    <w:rsid w:val="00A84C0F"/>
    <w:pPr>
      <w:spacing w:after="200" w:line="276" w:lineRule="auto"/>
    </w:pPr>
  </w:style>
  <w:style w:type="paragraph" w:customStyle="1" w:styleId="F039819EF1A446FD8D252F45BD2360DD6">
    <w:name w:val="F039819EF1A446FD8D252F45BD2360DD6"/>
    <w:rsid w:val="00A84C0F"/>
    <w:pPr>
      <w:spacing w:after="200" w:line="276" w:lineRule="auto"/>
    </w:pPr>
  </w:style>
  <w:style w:type="paragraph" w:customStyle="1" w:styleId="068FBAC861654951A787BB80FCF5727413">
    <w:name w:val="068FBAC861654951A787BB80FCF5727413"/>
    <w:rsid w:val="00A84C0F"/>
    <w:pPr>
      <w:spacing w:after="200" w:line="276" w:lineRule="auto"/>
    </w:pPr>
  </w:style>
  <w:style w:type="paragraph" w:customStyle="1" w:styleId="BFFDB8C26A4D4D158E1FBD8FDCD8A59311">
    <w:name w:val="BFFDB8C26A4D4D158E1FBD8FDCD8A59311"/>
    <w:rsid w:val="00A84C0F"/>
    <w:pPr>
      <w:spacing w:after="200" w:line="276" w:lineRule="auto"/>
    </w:pPr>
  </w:style>
  <w:style w:type="paragraph" w:customStyle="1" w:styleId="0364C0214CBB4A05A15AD02996CDFAEE6">
    <w:name w:val="0364C0214CBB4A05A15AD02996CDFAEE6"/>
    <w:rsid w:val="00A84C0F"/>
    <w:pPr>
      <w:spacing w:after="200" w:line="276" w:lineRule="auto"/>
    </w:pPr>
  </w:style>
  <w:style w:type="paragraph" w:customStyle="1" w:styleId="54B32C8D6EAF461A967E203482BBED2C10">
    <w:name w:val="54B32C8D6EAF461A967E203482BBED2C10"/>
    <w:rsid w:val="00A84C0F"/>
    <w:pPr>
      <w:spacing w:after="200" w:line="276" w:lineRule="auto"/>
    </w:pPr>
  </w:style>
  <w:style w:type="paragraph" w:customStyle="1" w:styleId="54967AD219644EFEAF40D5FDF1526A4E10">
    <w:name w:val="54967AD219644EFEAF40D5FDF1526A4E10"/>
    <w:rsid w:val="00A84C0F"/>
    <w:pPr>
      <w:spacing w:after="200" w:line="276" w:lineRule="auto"/>
    </w:pPr>
  </w:style>
  <w:style w:type="paragraph" w:customStyle="1" w:styleId="764E7948D7C341B0AB3C69697E12B37910">
    <w:name w:val="764E7948D7C341B0AB3C69697E12B37910"/>
    <w:rsid w:val="00A84C0F"/>
    <w:pPr>
      <w:spacing w:after="200" w:line="276" w:lineRule="auto"/>
    </w:pPr>
  </w:style>
  <w:style w:type="paragraph" w:customStyle="1" w:styleId="614E9421971C49519DEA7CCB69C1C2B113">
    <w:name w:val="614E9421971C49519DEA7CCB69C1C2B113"/>
    <w:rsid w:val="00A84C0F"/>
    <w:pPr>
      <w:spacing w:after="200" w:line="276" w:lineRule="auto"/>
    </w:pPr>
  </w:style>
  <w:style w:type="paragraph" w:customStyle="1" w:styleId="A1981FA7FE334163A3A8250D7633F69C13">
    <w:name w:val="A1981FA7FE334163A3A8250D7633F69C13"/>
    <w:rsid w:val="00A84C0F"/>
    <w:pPr>
      <w:spacing w:after="200" w:line="276" w:lineRule="auto"/>
    </w:pPr>
  </w:style>
  <w:style w:type="paragraph" w:customStyle="1" w:styleId="F3CAC262247A498DAC350839197DB9C013">
    <w:name w:val="F3CAC262247A498DAC350839197DB9C013"/>
    <w:rsid w:val="00A84C0F"/>
    <w:pPr>
      <w:spacing w:after="200" w:line="276" w:lineRule="auto"/>
    </w:pPr>
  </w:style>
  <w:style w:type="paragraph" w:customStyle="1" w:styleId="D0C56321844D43B0A940F9C270691EA913">
    <w:name w:val="D0C56321844D43B0A940F9C270691EA913"/>
    <w:rsid w:val="00A84C0F"/>
    <w:pPr>
      <w:spacing w:after="200" w:line="276" w:lineRule="auto"/>
    </w:pPr>
  </w:style>
  <w:style w:type="paragraph" w:customStyle="1" w:styleId="9AEAA8A00F984FD5847384CF8071FCCB16">
    <w:name w:val="9AEAA8A00F984FD5847384CF8071FCCB16"/>
    <w:rsid w:val="00A84C0F"/>
    <w:pPr>
      <w:spacing w:after="200" w:line="276" w:lineRule="auto"/>
    </w:pPr>
  </w:style>
  <w:style w:type="paragraph" w:customStyle="1" w:styleId="4ECD2E2A723443D8A94A3611D7AEE62D11">
    <w:name w:val="4ECD2E2A723443D8A94A3611D7AEE62D11"/>
    <w:rsid w:val="00A84C0F"/>
    <w:pPr>
      <w:spacing w:after="200" w:line="276" w:lineRule="auto"/>
    </w:pPr>
  </w:style>
  <w:style w:type="paragraph" w:customStyle="1" w:styleId="9FED240ED8DB493AB11F00E518F2C76016">
    <w:name w:val="9FED240ED8DB493AB11F00E518F2C76016"/>
    <w:rsid w:val="00A84C0F"/>
    <w:pPr>
      <w:spacing w:after="200" w:line="276" w:lineRule="auto"/>
    </w:pPr>
  </w:style>
  <w:style w:type="paragraph" w:customStyle="1" w:styleId="D98A882CE73A40798FBE61242788209316">
    <w:name w:val="D98A882CE73A40798FBE61242788209316"/>
    <w:rsid w:val="00A84C0F"/>
    <w:pPr>
      <w:spacing w:after="200" w:line="276" w:lineRule="auto"/>
    </w:pPr>
  </w:style>
  <w:style w:type="paragraph" w:customStyle="1" w:styleId="C63AB792D8704E34A72EB2DDDCE53CD416">
    <w:name w:val="C63AB792D8704E34A72EB2DDDCE53CD416"/>
    <w:rsid w:val="00A84C0F"/>
    <w:pPr>
      <w:spacing w:after="200" w:line="276" w:lineRule="auto"/>
    </w:pPr>
  </w:style>
  <w:style w:type="paragraph" w:customStyle="1" w:styleId="8325075121064DAAAEF164CED23B2A9216">
    <w:name w:val="8325075121064DAAAEF164CED23B2A9216"/>
    <w:rsid w:val="00A84C0F"/>
    <w:pPr>
      <w:spacing w:after="200" w:line="276" w:lineRule="auto"/>
    </w:pPr>
  </w:style>
  <w:style w:type="paragraph" w:customStyle="1" w:styleId="F6F583F428324ED7B7212D51DE67295816">
    <w:name w:val="F6F583F428324ED7B7212D51DE67295816"/>
    <w:rsid w:val="00A84C0F"/>
    <w:pPr>
      <w:spacing w:after="200" w:line="276" w:lineRule="auto"/>
    </w:pPr>
  </w:style>
  <w:style w:type="paragraph" w:customStyle="1" w:styleId="96A4351A239147228C2BFBF424DB1B6715">
    <w:name w:val="96A4351A239147228C2BFBF424DB1B6715"/>
    <w:rsid w:val="00A84C0F"/>
    <w:pPr>
      <w:spacing w:after="200" w:line="276" w:lineRule="auto"/>
    </w:pPr>
  </w:style>
  <w:style w:type="paragraph" w:customStyle="1" w:styleId="B9A48EF9F3354B43B596B1EBC93E0E4E16">
    <w:name w:val="B9A48EF9F3354B43B596B1EBC93E0E4E16"/>
    <w:rsid w:val="00A84C0F"/>
    <w:pPr>
      <w:spacing w:after="200" w:line="276" w:lineRule="auto"/>
    </w:pPr>
  </w:style>
  <w:style w:type="paragraph" w:customStyle="1" w:styleId="787A2DCDAB554E0EA58B0872C6E3889916">
    <w:name w:val="787A2DCDAB554E0EA58B0872C6E3889916"/>
    <w:rsid w:val="00A84C0F"/>
    <w:pPr>
      <w:spacing w:after="200" w:line="276" w:lineRule="auto"/>
    </w:pPr>
  </w:style>
  <w:style w:type="paragraph" w:customStyle="1" w:styleId="F3110C8EF21E4CA89159D23FFD13929116">
    <w:name w:val="F3110C8EF21E4CA89159D23FFD13929116"/>
    <w:rsid w:val="00A84C0F"/>
    <w:pPr>
      <w:spacing w:after="200" w:line="276" w:lineRule="auto"/>
    </w:pPr>
  </w:style>
  <w:style w:type="paragraph" w:customStyle="1" w:styleId="10BA430DF3F042408257D556DDA650E916">
    <w:name w:val="10BA430DF3F042408257D556DDA650E916"/>
    <w:rsid w:val="00A84C0F"/>
    <w:pPr>
      <w:spacing w:after="200" w:line="276" w:lineRule="auto"/>
    </w:pPr>
  </w:style>
  <w:style w:type="paragraph" w:customStyle="1" w:styleId="28F6434D1F46457CB9A6E4A1A5BCEB4616">
    <w:name w:val="28F6434D1F46457CB9A6E4A1A5BCEB4616"/>
    <w:rsid w:val="00A84C0F"/>
    <w:pPr>
      <w:spacing w:after="200" w:line="276" w:lineRule="auto"/>
    </w:pPr>
  </w:style>
  <w:style w:type="paragraph" w:customStyle="1" w:styleId="32E44D96ADBC4BD0AF4E12DA5F70D38716">
    <w:name w:val="32E44D96ADBC4BD0AF4E12DA5F70D38716"/>
    <w:rsid w:val="00A84C0F"/>
    <w:pPr>
      <w:spacing w:after="200" w:line="276" w:lineRule="auto"/>
    </w:pPr>
  </w:style>
  <w:style w:type="paragraph" w:customStyle="1" w:styleId="DACDF91E0E714B2E85D8C6CF3F3786FA16">
    <w:name w:val="DACDF91E0E714B2E85D8C6CF3F3786FA16"/>
    <w:rsid w:val="00A84C0F"/>
    <w:pPr>
      <w:spacing w:after="200" w:line="276" w:lineRule="auto"/>
    </w:pPr>
  </w:style>
  <w:style w:type="paragraph" w:customStyle="1" w:styleId="4F891DA38BB04C7D80A1B2F6AF074ED116">
    <w:name w:val="4F891DA38BB04C7D80A1B2F6AF074ED116"/>
    <w:rsid w:val="00A84C0F"/>
    <w:pPr>
      <w:spacing w:after="200" w:line="276" w:lineRule="auto"/>
    </w:pPr>
  </w:style>
  <w:style w:type="paragraph" w:customStyle="1" w:styleId="1D699CF0F0B8413BB79800EA3A63640D16">
    <w:name w:val="1D699CF0F0B8413BB79800EA3A63640D16"/>
    <w:rsid w:val="00A84C0F"/>
    <w:pPr>
      <w:spacing w:after="200" w:line="276" w:lineRule="auto"/>
    </w:pPr>
  </w:style>
  <w:style w:type="paragraph" w:customStyle="1" w:styleId="A89EBA4095394ECE9127A0D75411736216">
    <w:name w:val="A89EBA4095394ECE9127A0D75411736216"/>
    <w:rsid w:val="00A84C0F"/>
    <w:pPr>
      <w:spacing w:after="200" w:line="276" w:lineRule="auto"/>
    </w:pPr>
  </w:style>
  <w:style w:type="paragraph" w:customStyle="1" w:styleId="02153F2E9C414A6DB0981FFEC04CEECB16">
    <w:name w:val="02153F2E9C414A6DB0981FFEC04CEECB16"/>
    <w:rsid w:val="00A84C0F"/>
    <w:pPr>
      <w:spacing w:after="200" w:line="276" w:lineRule="auto"/>
    </w:pPr>
  </w:style>
  <w:style w:type="paragraph" w:customStyle="1" w:styleId="81835CB1501A42C38BE02BEA9659E57215">
    <w:name w:val="81835CB1501A42C38BE02BEA9659E57215"/>
    <w:rsid w:val="00A84C0F"/>
    <w:pPr>
      <w:spacing w:after="200" w:line="276" w:lineRule="auto"/>
    </w:pPr>
  </w:style>
  <w:style w:type="paragraph" w:customStyle="1" w:styleId="3FF8856B62A84265A5C84529C3C5D96215">
    <w:name w:val="3FF8856B62A84265A5C84529C3C5D96215"/>
    <w:rsid w:val="00A84C0F"/>
    <w:pPr>
      <w:spacing w:after="200" w:line="276" w:lineRule="auto"/>
    </w:pPr>
  </w:style>
  <w:style w:type="paragraph" w:customStyle="1" w:styleId="DBE498F6C1F9478E9256B5C3C3B8D0FE15">
    <w:name w:val="DBE498F6C1F9478E9256B5C3C3B8D0FE15"/>
    <w:rsid w:val="00A84C0F"/>
    <w:pPr>
      <w:spacing w:after="200" w:line="276" w:lineRule="auto"/>
    </w:pPr>
  </w:style>
  <w:style w:type="paragraph" w:customStyle="1" w:styleId="BDE1C10464E64A0C81164B77F9A4AA5C15">
    <w:name w:val="BDE1C10464E64A0C81164B77F9A4AA5C15"/>
    <w:rsid w:val="00A84C0F"/>
    <w:pPr>
      <w:spacing w:after="200" w:line="276" w:lineRule="auto"/>
    </w:pPr>
  </w:style>
  <w:style w:type="paragraph" w:customStyle="1" w:styleId="648DBBF183FB40FAB6C79D4C05E49AA415">
    <w:name w:val="648DBBF183FB40FAB6C79D4C05E49AA415"/>
    <w:rsid w:val="00A84C0F"/>
    <w:pPr>
      <w:spacing w:after="200" w:line="276" w:lineRule="auto"/>
    </w:pPr>
  </w:style>
  <w:style w:type="paragraph" w:customStyle="1" w:styleId="1C09BEC26D3548A89E225D009B56BFFB15">
    <w:name w:val="1C09BEC26D3548A89E225D009B56BFFB15"/>
    <w:rsid w:val="00A84C0F"/>
    <w:pPr>
      <w:spacing w:after="200" w:line="276" w:lineRule="auto"/>
    </w:pPr>
  </w:style>
  <w:style w:type="paragraph" w:customStyle="1" w:styleId="860677CA9CD4419B8300F24B017CFBBE15">
    <w:name w:val="860677CA9CD4419B8300F24B017CFBBE15"/>
    <w:rsid w:val="00A84C0F"/>
    <w:pPr>
      <w:spacing w:after="200" w:line="276" w:lineRule="auto"/>
    </w:pPr>
  </w:style>
  <w:style w:type="paragraph" w:customStyle="1" w:styleId="6C42C24885A6479A8C655EDA93D92F2615">
    <w:name w:val="6C42C24885A6479A8C655EDA93D92F2615"/>
    <w:rsid w:val="00A84C0F"/>
    <w:pPr>
      <w:spacing w:after="200" w:line="276" w:lineRule="auto"/>
    </w:pPr>
  </w:style>
  <w:style w:type="paragraph" w:customStyle="1" w:styleId="AE78C549051C42ACAB0308BC3FBFBD2615">
    <w:name w:val="AE78C549051C42ACAB0308BC3FBFBD2615"/>
    <w:rsid w:val="00A84C0F"/>
    <w:pPr>
      <w:spacing w:after="200" w:line="276" w:lineRule="auto"/>
    </w:pPr>
  </w:style>
  <w:style w:type="paragraph" w:customStyle="1" w:styleId="BE156BEC2F1543B3B84B3D0F6AB9DFA015">
    <w:name w:val="BE156BEC2F1543B3B84B3D0F6AB9DFA015"/>
    <w:rsid w:val="00A84C0F"/>
    <w:pPr>
      <w:spacing w:after="200" w:line="276" w:lineRule="auto"/>
    </w:pPr>
  </w:style>
  <w:style w:type="paragraph" w:customStyle="1" w:styleId="AF0EAD1D64F34A3BAED0B738FADC88E515">
    <w:name w:val="AF0EAD1D64F34A3BAED0B738FADC88E515"/>
    <w:rsid w:val="00A84C0F"/>
    <w:pPr>
      <w:spacing w:after="200" w:line="276" w:lineRule="auto"/>
    </w:pPr>
  </w:style>
  <w:style w:type="paragraph" w:customStyle="1" w:styleId="B30D077B9E80489CBC3921A2CB4E1EA915">
    <w:name w:val="B30D077B9E80489CBC3921A2CB4E1EA915"/>
    <w:rsid w:val="00A84C0F"/>
    <w:pPr>
      <w:spacing w:after="200" w:line="276" w:lineRule="auto"/>
    </w:pPr>
  </w:style>
  <w:style w:type="paragraph" w:customStyle="1" w:styleId="6F253A2C3CB54B90B13DE772D5510E9015">
    <w:name w:val="6F253A2C3CB54B90B13DE772D5510E9015"/>
    <w:rsid w:val="00A84C0F"/>
    <w:pPr>
      <w:spacing w:after="200" w:line="276" w:lineRule="auto"/>
    </w:pPr>
  </w:style>
  <w:style w:type="paragraph" w:customStyle="1" w:styleId="45527F50F168459E8AAF279EDE532CE715">
    <w:name w:val="45527F50F168459E8AAF279EDE532CE715"/>
    <w:rsid w:val="00A84C0F"/>
    <w:pPr>
      <w:spacing w:after="200" w:line="276" w:lineRule="auto"/>
    </w:pPr>
  </w:style>
  <w:style w:type="paragraph" w:customStyle="1" w:styleId="D68A08BEDA9045CBBA0AA59C080ACB5614">
    <w:name w:val="D68A08BEDA9045CBBA0AA59C080ACB5614"/>
    <w:rsid w:val="00A84C0F"/>
    <w:pPr>
      <w:spacing w:after="200" w:line="276" w:lineRule="auto"/>
    </w:pPr>
  </w:style>
  <w:style w:type="paragraph" w:customStyle="1" w:styleId="553F8DCD51A145FDA48DA2C3DDFA72F914">
    <w:name w:val="553F8DCD51A145FDA48DA2C3DDFA72F914"/>
    <w:rsid w:val="00A84C0F"/>
    <w:pPr>
      <w:spacing w:after="200" w:line="276" w:lineRule="auto"/>
    </w:pPr>
  </w:style>
  <w:style w:type="paragraph" w:customStyle="1" w:styleId="B052F45FD5E44EB991A067077EAA23EC14">
    <w:name w:val="B052F45FD5E44EB991A067077EAA23EC14"/>
    <w:rsid w:val="00A84C0F"/>
    <w:pPr>
      <w:spacing w:after="200" w:line="276" w:lineRule="auto"/>
    </w:pPr>
  </w:style>
  <w:style w:type="paragraph" w:customStyle="1" w:styleId="6CDDEC44BCA146C7B2CF8FC91090E73414">
    <w:name w:val="6CDDEC44BCA146C7B2CF8FC91090E73414"/>
    <w:rsid w:val="00A84C0F"/>
    <w:pPr>
      <w:spacing w:after="200" w:line="276" w:lineRule="auto"/>
    </w:pPr>
  </w:style>
  <w:style w:type="paragraph" w:customStyle="1" w:styleId="D59AA98BFBFE4C96AE4B0ED934DA2C1014">
    <w:name w:val="D59AA98BFBFE4C96AE4B0ED934DA2C1014"/>
    <w:rsid w:val="00A84C0F"/>
    <w:pPr>
      <w:spacing w:after="200" w:line="276" w:lineRule="auto"/>
    </w:pPr>
  </w:style>
  <w:style w:type="paragraph" w:customStyle="1" w:styleId="D0FC822CB1DB4B86AEA97D39D23B787814">
    <w:name w:val="D0FC822CB1DB4B86AEA97D39D23B787814"/>
    <w:rsid w:val="00A84C0F"/>
    <w:pPr>
      <w:spacing w:after="200" w:line="276" w:lineRule="auto"/>
    </w:pPr>
  </w:style>
  <w:style w:type="paragraph" w:customStyle="1" w:styleId="40409FEADE30440DB9E89C1E4539BEF114">
    <w:name w:val="40409FEADE30440DB9E89C1E4539BEF114"/>
    <w:rsid w:val="00A84C0F"/>
    <w:pPr>
      <w:spacing w:after="200" w:line="276" w:lineRule="auto"/>
    </w:pPr>
  </w:style>
  <w:style w:type="paragraph" w:customStyle="1" w:styleId="61C9730EC8034A00BD93CAF9C89F30D514">
    <w:name w:val="61C9730EC8034A00BD93CAF9C89F30D514"/>
    <w:rsid w:val="00A84C0F"/>
    <w:pPr>
      <w:spacing w:after="200" w:line="276" w:lineRule="auto"/>
    </w:pPr>
  </w:style>
  <w:style w:type="paragraph" w:customStyle="1" w:styleId="FB2C3228D9CA4012A42FEC8D8CA4984714">
    <w:name w:val="FB2C3228D9CA4012A42FEC8D8CA4984714"/>
    <w:rsid w:val="00A84C0F"/>
    <w:pPr>
      <w:spacing w:after="200" w:line="276" w:lineRule="auto"/>
    </w:pPr>
  </w:style>
  <w:style w:type="paragraph" w:customStyle="1" w:styleId="C9EF37C4E9ED42F0AE51C3FB807AC89414">
    <w:name w:val="C9EF37C4E9ED42F0AE51C3FB807AC89414"/>
    <w:rsid w:val="00A84C0F"/>
    <w:pPr>
      <w:spacing w:after="200" w:line="276" w:lineRule="auto"/>
    </w:pPr>
  </w:style>
  <w:style w:type="paragraph" w:customStyle="1" w:styleId="6955F58B115C425FBC6B147D47E95D8514">
    <w:name w:val="6955F58B115C425FBC6B147D47E95D8514"/>
    <w:rsid w:val="00A84C0F"/>
    <w:pPr>
      <w:spacing w:after="200" w:line="276" w:lineRule="auto"/>
    </w:pPr>
  </w:style>
  <w:style w:type="paragraph" w:customStyle="1" w:styleId="C592AA76BE1A4F6FAEA18B80AA9EEAA914">
    <w:name w:val="C592AA76BE1A4F6FAEA18B80AA9EEAA914"/>
    <w:rsid w:val="00A84C0F"/>
    <w:pPr>
      <w:spacing w:after="200" w:line="276" w:lineRule="auto"/>
    </w:pPr>
  </w:style>
  <w:style w:type="paragraph" w:customStyle="1" w:styleId="4458E34E141B466580BFD839F14E0A2A14">
    <w:name w:val="4458E34E141B466580BFD839F14E0A2A14"/>
    <w:rsid w:val="00A84C0F"/>
    <w:pPr>
      <w:spacing w:after="200" w:line="276" w:lineRule="auto"/>
    </w:pPr>
  </w:style>
  <w:style w:type="paragraph" w:customStyle="1" w:styleId="8627827531E94CB39B2066CA30DE3B5912">
    <w:name w:val="8627827531E94CB39B2066CA30DE3B5912"/>
    <w:rsid w:val="00A84C0F"/>
    <w:pPr>
      <w:spacing w:after="200" w:line="276" w:lineRule="auto"/>
    </w:pPr>
  </w:style>
  <w:style w:type="paragraph" w:customStyle="1" w:styleId="1C6E7260716445318A69FE9FF0933F427">
    <w:name w:val="1C6E7260716445318A69FE9FF0933F427"/>
    <w:rsid w:val="00A84C0F"/>
    <w:pPr>
      <w:spacing w:after="200" w:line="276" w:lineRule="auto"/>
    </w:pPr>
  </w:style>
  <w:style w:type="paragraph" w:customStyle="1" w:styleId="D2E5A85F0A424B10BE1CDB9EDA0E0C9114">
    <w:name w:val="D2E5A85F0A424B10BE1CDB9EDA0E0C9114"/>
    <w:rsid w:val="00A84C0F"/>
    <w:pPr>
      <w:spacing w:after="200" w:line="276" w:lineRule="auto"/>
    </w:pPr>
  </w:style>
  <w:style w:type="paragraph" w:customStyle="1" w:styleId="DF0772169B014E5E9AE4C275CF01A33414">
    <w:name w:val="DF0772169B014E5E9AE4C275CF01A33414"/>
    <w:rsid w:val="00A84C0F"/>
    <w:pPr>
      <w:spacing w:after="200" w:line="276" w:lineRule="auto"/>
    </w:pPr>
  </w:style>
  <w:style w:type="paragraph" w:customStyle="1" w:styleId="F039819EF1A446FD8D252F45BD2360DD7">
    <w:name w:val="F039819EF1A446FD8D252F45BD2360DD7"/>
    <w:rsid w:val="00A84C0F"/>
    <w:pPr>
      <w:spacing w:after="200" w:line="276" w:lineRule="auto"/>
    </w:pPr>
  </w:style>
  <w:style w:type="paragraph" w:customStyle="1" w:styleId="068FBAC861654951A787BB80FCF5727414">
    <w:name w:val="068FBAC861654951A787BB80FCF5727414"/>
    <w:rsid w:val="00A84C0F"/>
    <w:pPr>
      <w:spacing w:after="200" w:line="276" w:lineRule="auto"/>
    </w:pPr>
  </w:style>
  <w:style w:type="paragraph" w:customStyle="1" w:styleId="BFFDB8C26A4D4D158E1FBD8FDCD8A59312">
    <w:name w:val="BFFDB8C26A4D4D158E1FBD8FDCD8A59312"/>
    <w:rsid w:val="00A84C0F"/>
    <w:pPr>
      <w:spacing w:after="200" w:line="276" w:lineRule="auto"/>
    </w:pPr>
  </w:style>
  <w:style w:type="paragraph" w:customStyle="1" w:styleId="0364C0214CBB4A05A15AD02996CDFAEE7">
    <w:name w:val="0364C0214CBB4A05A15AD02996CDFAEE7"/>
    <w:rsid w:val="00A84C0F"/>
    <w:pPr>
      <w:spacing w:after="200" w:line="276" w:lineRule="auto"/>
    </w:pPr>
  </w:style>
  <w:style w:type="paragraph" w:customStyle="1" w:styleId="54B32C8D6EAF461A967E203482BBED2C11">
    <w:name w:val="54B32C8D6EAF461A967E203482BBED2C11"/>
    <w:rsid w:val="00A84C0F"/>
    <w:pPr>
      <w:spacing w:after="200" w:line="276" w:lineRule="auto"/>
    </w:pPr>
  </w:style>
  <w:style w:type="paragraph" w:customStyle="1" w:styleId="54967AD219644EFEAF40D5FDF1526A4E11">
    <w:name w:val="54967AD219644EFEAF40D5FDF1526A4E11"/>
    <w:rsid w:val="00A84C0F"/>
    <w:pPr>
      <w:spacing w:after="200" w:line="276" w:lineRule="auto"/>
    </w:pPr>
  </w:style>
  <w:style w:type="paragraph" w:customStyle="1" w:styleId="764E7948D7C341B0AB3C69697E12B37911">
    <w:name w:val="764E7948D7C341B0AB3C69697E12B37911"/>
    <w:rsid w:val="00A84C0F"/>
    <w:pPr>
      <w:spacing w:after="200" w:line="276" w:lineRule="auto"/>
    </w:pPr>
  </w:style>
  <w:style w:type="paragraph" w:customStyle="1" w:styleId="614E9421971C49519DEA7CCB69C1C2B114">
    <w:name w:val="614E9421971C49519DEA7CCB69C1C2B114"/>
    <w:rsid w:val="00A84C0F"/>
    <w:pPr>
      <w:spacing w:after="200" w:line="276" w:lineRule="auto"/>
    </w:pPr>
  </w:style>
  <w:style w:type="paragraph" w:customStyle="1" w:styleId="A1981FA7FE334163A3A8250D7633F69C14">
    <w:name w:val="A1981FA7FE334163A3A8250D7633F69C14"/>
    <w:rsid w:val="00A84C0F"/>
    <w:pPr>
      <w:spacing w:after="200" w:line="276" w:lineRule="auto"/>
    </w:pPr>
  </w:style>
  <w:style w:type="paragraph" w:customStyle="1" w:styleId="F3CAC262247A498DAC350839197DB9C014">
    <w:name w:val="F3CAC262247A498DAC350839197DB9C014"/>
    <w:rsid w:val="00A84C0F"/>
    <w:pPr>
      <w:spacing w:after="200" w:line="276" w:lineRule="auto"/>
    </w:pPr>
  </w:style>
  <w:style w:type="paragraph" w:customStyle="1" w:styleId="D0C56321844D43B0A940F9C270691EA914">
    <w:name w:val="D0C56321844D43B0A940F9C270691EA914"/>
    <w:rsid w:val="00A84C0F"/>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FD637-EB49-4F27-B0E9-B39C3AF0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3002</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Stephan A Wildeus</cp:lastModifiedBy>
  <cp:revision>2</cp:revision>
  <dcterms:created xsi:type="dcterms:W3CDTF">2026-07-21T15:16:00Z</dcterms:created>
  <dcterms:modified xsi:type="dcterms:W3CDTF">2026-07-21T15:16:00Z</dcterms:modified>
  <cp:category/>
</cp:coreProperties>
</file>